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C1D1" w14:textId="77777777" w:rsidR="00912353" w:rsidRDefault="000F743E">
      <w:pPr>
        <w:spacing w:after="40"/>
        <w:jc w:val="center"/>
        <w:rPr>
          <w:b/>
          <w:color w:val="000000" w:themeColor="text1"/>
          <w:sz w:val="26"/>
        </w:rPr>
      </w:pPr>
      <w:r w:rsidRPr="00FF1131">
        <w:rPr>
          <w:b/>
          <w:color w:val="555555"/>
          <w:sz w:val="20"/>
        </w:rPr>
        <w:br/>
      </w:r>
    </w:p>
    <w:p w14:paraId="49C1CD5F" w14:textId="7FCB16DD" w:rsidR="00312737" w:rsidRDefault="000F743E">
      <w:pPr>
        <w:spacing w:after="40"/>
        <w:jc w:val="center"/>
        <w:rPr>
          <w:b/>
          <w:color w:val="000000" w:themeColor="text1"/>
          <w:sz w:val="26"/>
        </w:rPr>
      </w:pPr>
      <w:r w:rsidRPr="00FF1131">
        <w:rPr>
          <w:b/>
          <w:color w:val="000000" w:themeColor="text1"/>
          <w:sz w:val="26"/>
        </w:rPr>
        <w:t>DECRETO Nº</w:t>
      </w:r>
      <w:r w:rsidR="00D0447B">
        <w:rPr>
          <w:b/>
          <w:color w:val="000000" w:themeColor="text1"/>
          <w:sz w:val="26"/>
        </w:rPr>
        <w:t xml:space="preserve"> 105</w:t>
      </w:r>
      <w:r w:rsidRPr="00FF1131">
        <w:rPr>
          <w:b/>
          <w:color w:val="000000" w:themeColor="text1"/>
          <w:sz w:val="26"/>
        </w:rPr>
        <w:t xml:space="preserve"> DE </w:t>
      </w:r>
      <w:r w:rsidR="00912353">
        <w:rPr>
          <w:b/>
          <w:color w:val="000000" w:themeColor="text1"/>
          <w:sz w:val="26"/>
        </w:rPr>
        <w:t>06</w:t>
      </w:r>
      <w:r w:rsidRPr="00FF1131">
        <w:rPr>
          <w:b/>
          <w:color w:val="000000" w:themeColor="text1"/>
          <w:sz w:val="26"/>
        </w:rPr>
        <w:t xml:space="preserve"> DE </w:t>
      </w:r>
      <w:r w:rsidR="00912353">
        <w:rPr>
          <w:b/>
          <w:color w:val="000000" w:themeColor="text1"/>
          <w:sz w:val="26"/>
        </w:rPr>
        <w:t>NOVEMBRO</w:t>
      </w:r>
      <w:r w:rsidRPr="00FF1131">
        <w:rPr>
          <w:b/>
          <w:color w:val="000000" w:themeColor="text1"/>
          <w:sz w:val="26"/>
        </w:rPr>
        <w:t xml:space="preserve"> DE 2026</w:t>
      </w:r>
    </w:p>
    <w:p w14:paraId="43B6477E" w14:textId="77777777" w:rsidR="00912353" w:rsidRPr="00FF1131" w:rsidRDefault="00912353">
      <w:pPr>
        <w:spacing w:after="40"/>
        <w:jc w:val="center"/>
        <w:rPr>
          <w:color w:val="000000" w:themeColor="text1"/>
        </w:rPr>
      </w:pPr>
    </w:p>
    <w:p w14:paraId="2AF08038" w14:textId="34D240BD" w:rsidR="00312737" w:rsidRPr="00FF1131" w:rsidRDefault="000F743E">
      <w:pPr>
        <w:spacing w:before="240" w:after="360"/>
        <w:ind w:left="4032"/>
        <w:jc w:val="both"/>
        <w:rPr>
          <w:b/>
          <w:bCs/>
        </w:rPr>
      </w:pPr>
      <w:r w:rsidRPr="00FF1131">
        <w:rPr>
          <w:b/>
          <w:bCs/>
          <w:i/>
          <w:sz w:val="21"/>
        </w:rPr>
        <w:t>“</w:t>
      </w:r>
      <w:r w:rsidR="00B23E68" w:rsidRPr="00FF1131">
        <w:rPr>
          <w:b/>
          <w:bCs/>
          <w:i/>
          <w:sz w:val="21"/>
        </w:rPr>
        <w:t>Nomeia</w:t>
      </w:r>
      <w:r w:rsidRPr="00FF1131">
        <w:rPr>
          <w:b/>
          <w:bCs/>
          <w:i/>
          <w:sz w:val="21"/>
        </w:rPr>
        <w:t xml:space="preserve"> aprovados no Concurso Público 001/2025</w:t>
      </w:r>
      <w:r w:rsidR="00FF1131" w:rsidRPr="00FF1131">
        <w:rPr>
          <w:b/>
          <w:bCs/>
          <w:i/>
          <w:sz w:val="21"/>
        </w:rPr>
        <w:t xml:space="preserve"> e convoca</w:t>
      </w:r>
      <w:r w:rsidRPr="00FF1131">
        <w:rPr>
          <w:b/>
          <w:bCs/>
          <w:i/>
          <w:sz w:val="21"/>
        </w:rPr>
        <w:t xml:space="preserve"> para apresentação de documentação no Setor de Recursos Humanos da Prefeitura de Itapeva/MG para fins de posse de servidores públicos.”</w:t>
      </w:r>
    </w:p>
    <w:p w14:paraId="67739B7D" w14:textId="77777777" w:rsidR="00312737" w:rsidRPr="00FF1131" w:rsidRDefault="000F743E">
      <w:pPr>
        <w:spacing w:after="240"/>
        <w:ind w:firstLine="1152"/>
        <w:jc w:val="both"/>
      </w:pPr>
      <w:r w:rsidRPr="00FF1131">
        <w:t>O Excelentíssimo Senhor Prefeito do Município de Itapeva, Estado de Minas Gerais, no uso de suas atribuições que lhe são asseguradas pela legislação em vigor, e considerando todo o expediente referente ao Concurso Público 001/2025,</w:t>
      </w:r>
    </w:p>
    <w:p w14:paraId="5920FE9F" w14:textId="77777777" w:rsidR="00312737" w:rsidRPr="00FF1131" w:rsidRDefault="000F743E">
      <w:pPr>
        <w:spacing w:before="120" w:after="240"/>
        <w:jc w:val="center"/>
      </w:pPr>
      <w:r w:rsidRPr="00FF1131">
        <w:rPr>
          <w:b/>
          <w:sz w:val="24"/>
        </w:rPr>
        <w:t>DECRETA:</w:t>
      </w:r>
    </w:p>
    <w:p w14:paraId="61D50F66" w14:textId="7F6144D6" w:rsidR="00312737" w:rsidRPr="00FF1131" w:rsidRDefault="000F743E">
      <w:pPr>
        <w:spacing w:after="240"/>
        <w:ind w:firstLine="1152"/>
        <w:jc w:val="both"/>
      </w:pPr>
      <w:r w:rsidRPr="00FF1131">
        <w:rPr>
          <w:b/>
        </w:rPr>
        <w:t xml:space="preserve">Art. 1º </w:t>
      </w:r>
      <w:r w:rsidRPr="00FF1131">
        <w:t xml:space="preserve">Ficam </w:t>
      </w:r>
      <w:r w:rsidR="00B23E68" w:rsidRPr="00FF1131">
        <w:t>nomeados</w:t>
      </w:r>
      <w:r w:rsidRPr="00FF1131">
        <w:t xml:space="preserve"> </w:t>
      </w:r>
      <w:r w:rsidR="00FF1131" w:rsidRPr="00FF1131">
        <w:t xml:space="preserve">e convocados </w:t>
      </w:r>
      <w:r w:rsidRPr="00FF1131">
        <w:t>para apresentação de documentos no Setor de Recursos Humanos</w:t>
      </w:r>
      <w:r w:rsidR="00FF1131" w:rsidRPr="00FF1131">
        <w:t>,</w:t>
      </w:r>
      <w:r w:rsidRPr="00FF1131">
        <w:t xml:space="preserve"> os aprovados abaixo relacionados:</w:t>
      </w:r>
    </w:p>
    <w:tbl>
      <w:tblPr>
        <w:tblStyle w:val="TableNormal"/>
        <w:tblW w:w="10624" w:type="dxa"/>
        <w:tblInd w:w="149" w:type="dxa"/>
        <w:tblLayout w:type="fixed"/>
        <w:tblLook w:val="01E0" w:firstRow="1" w:lastRow="1" w:firstColumn="1" w:lastColumn="1" w:noHBand="0" w:noVBand="0"/>
      </w:tblPr>
      <w:tblGrid>
        <w:gridCol w:w="872"/>
        <w:gridCol w:w="951"/>
        <w:gridCol w:w="1161"/>
        <w:gridCol w:w="4417"/>
        <w:gridCol w:w="1796"/>
        <w:gridCol w:w="1427"/>
      </w:tblGrid>
      <w:tr w:rsidR="00E425DC" w:rsidRPr="00FF1131" w14:paraId="7A477C81" w14:textId="77777777" w:rsidTr="009C1637">
        <w:trPr>
          <w:trHeight w:val="278"/>
        </w:trPr>
        <w:tc>
          <w:tcPr>
            <w:tcW w:w="10624" w:type="dxa"/>
            <w:gridSpan w:val="6"/>
            <w:tcBorders>
              <w:bottom w:val="single" w:sz="4" w:space="0" w:color="000000"/>
            </w:tcBorders>
            <w:shd w:val="clear" w:color="auto" w:fill="DCDCDC"/>
          </w:tcPr>
          <w:p w14:paraId="6E2E1E26" w14:textId="37ADDF13" w:rsidR="00E425DC" w:rsidRPr="00FF1131" w:rsidRDefault="00E425DC" w:rsidP="009C1637">
            <w:pPr>
              <w:pStyle w:val="TableParagraph"/>
              <w:spacing w:before="0"/>
              <w:rPr>
                <w:rFonts w:ascii="Times New Roman"/>
                <w:sz w:val="12"/>
                <w:lang w:val="pt-BR"/>
              </w:rPr>
            </w:pPr>
            <w:r w:rsidRPr="00FF1131">
              <w:rPr>
                <w:b/>
                <w:sz w:val="18"/>
                <w:szCs w:val="18"/>
                <w:lang w:val="pt-BR"/>
              </w:rPr>
              <w:t xml:space="preserve">AUXILIAR </w:t>
            </w:r>
            <w:r w:rsidR="00B90B65">
              <w:rPr>
                <w:b/>
                <w:sz w:val="18"/>
                <w:szCs w:val="18"/>
                <w:lang w:val="pt-BR"/>
              </w:rPr>
              <w:t>ADMINISTRATIVO</w:t>
            </w:r>
            <w:r w:rsidRPr="00FF1131">
              <w:rPr>
                <w:b/>
                <w:spacing w:val="33"/>
                <w:sz w:val="12"/>
                <w:lang w:val="pt-BR"/>
              </w:rPr>
              <w:t xml:space="preserve"> </w:t>
            </w:r>
          </w:p>
        </w:tc>
      </w:tr>
      <w:tr w:rsidR="00E425DC" w:rsidRPr="00FF1131" w14:paraId="79A59FB2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238065DD" w14:textId="77777777" w:rsidR="00E425DC" w:rsidRPr="00FF1131" w:rsidRDefault="00E425DC" w:rsidP="009C1637">
            <w:pPr>
              <w:pStyle w:val="TableParagraph"/>
              <w:ind w:right="19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POSIÇÃO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0FD092A6" w14:textId="77777777" w:rsidR="00E425DC" w:rsidRPr="00FF1131" w:rsidRDefault="00E425DC" w:rsidP="009C1637">
            <w:pPr>
              <w:pStyle w:val="TableParagraph"/>
              <w:ind w:right="141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INSC.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4F96A918" w14:textId="77777777" w:rsidR="00E425DC" w:rsidRPr="00FF1131" w:rsidRDefault="00E425DC" w:rsidP="009C1637">
            <w:pPr>
              <w:pStyle w:val="TableParagraph"/>
              <w:ind w:left="68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NASC.</w:t>
            </w:r>
          </w:p>
        </w:tc>
        <w:tc>
          <w:tcPr>
            <w:tcW w:w="4417" w:type="dxa"/>
            <w:tcBorders>
              <w:top w:val="single" w:sz="4" w:space="0" w:color="000000"/>
              <w:bottom w:val="single" w:sz="4" w:space="0" w:color="000000"/>
            </w:tcBorders>
          </w:tcPr>
          <w:p w14:paraId="61E1DFCC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NOME</w:t>
            </w:r>
          </w:p>
        </w:tc>
        <w:tc>
          <w:tcPr>
            <w:tcW w:w="1796" w:type="dxa"/>
            <w:tcBorders>
              <w:top w:val="single" w:sz="4" w:space="0" w:color="000000"/>
              <w:bottom w:val="single" w:sz="4" w:space="0" w:color="000000"/>
            </w:tcBorders>
          </w:tcPr>
          <w:p w14:paraId="31538C65" w14:textId="77777777" w:rsidR="00E425DC" w:rsidRPr="00FF1131" w:rsidRDefault="00E425DC" w:rsidP="009C1637">
            <w:pPr>
              <w:pStyle w:val="TableParagraph"/>
              <w:ind w:left="126"/>
              <w:rPr>
                <w:b/>
                <w:sz w:val="12"/>
                <w:lang w:val="pt-BR"/>
              </w:rPr>
            </w:pPr>
            <w:r w:rsidRPr="00FF1131">
              <w:rPr>
                <w:b/>
                <w:sz w:val="12"/>
                <w:lang w:val="pt-BR"/>
              </w:rPr>
              <w:t xml:space="preserve">NOTA </w:t>
            </w:r>
            <w:r w:rsidRPr="00FF1131">
              <w:rPr>
                <w:b/>
                <w:spacing w:val="-2"/>
                <w:sz w:val="12"/>
                <w:lang w:val="pt-BR"/>
              </w:rPr>
              <w:t>FINAL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6D3DDF1F" w14:textId="77777777" w:rsidR="00E425DC" w:rsidRPr="00FF1131" w:rsidRDefault="00E425DC" w:rsidP="009C1637">
            <w:pPr>
              <w:pStyle w:val="TableParagraph"/>
              <w:ind w:left="475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RESULTADO</w:t>
            </w:r>
          </w:p>
        </w:tc>
      </w:tr>
      <w:tr w:rsidR="00B90B65" w:rsidRPr="00FF1131" w14:paraId="1CB2BD25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1EC5E2E" w14:textId="7BAA8C6D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5"/>
                <w:sz w:val="12"/>
              </w:rPr>
              <w:t>12º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43E607EB" w14:textId="43C40DAB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0011022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6ACA89DA" w14:textId="5349FD4E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03/06/1971</w:t>
            </w:r>
          </w:p>
        </w:tc>
        <w:tc>
          <w:tcPr>
            <w:tcW w:w="4417" w:type="dxa"/>
            <w:tcBorders>
              <w:top w:val="single" w:sz="4" w:space="0" w:color="000000"/>
              <w:bottom w:val="single" w:sz="4" w:space="0" w:color="000000"/>
            </w:tcBorders>
          </w:tcPr>
          <w:p w14:paraId="771754F9" w14:textId="626B13B6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DANIEL </w:t>
            </w:r>
            <w:r>
              <w:rPr>
                <w:spacing w:val="-2"/>
                <w:sz w:val="12"/>
              </w:rPr>
              <w:t>RIERA</w:t>
            </w:r>
          </w:p>
        </w:tc>
        <w:tc>
          <w:tcPr>
            <w:tcW w:w="1796" w:type="dxa"/>
            <w:tcBorders>
              <w:top w:val="single" w:sz="4" w:space="0" w:color="000000"/>
              <w:bottom w:val="single" w:sz="4" w:space="0" w:color="000000"/>
            </w:tcBorders>
          </w:tcPr>
          <w:p w14:paraId="5523BA22" w14:textId="71462AD5" w:rsidR="00B90B65" w:rsidRPr="00FF1131" w:rsidRDefault="00B90B65" w:rsidP="00B90B65">
            <w:pPr>
              <w:pStyle w:val="TableParagraph"/>
              <w:ind w:left="126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9,40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56A896EC" w14:textId="35F9FB20" w:rsidR="00B90B65" w:rsidRPr="00FF1131" w:rsidRDefault="00B90B65" w:rsidP="00B90B65">
            <w:pPr>
              <w:pStyle w:val="TableParagraph"/>
              <w:ind w:left="525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4B7FC9" w:rsidRPr="00FF1131" w14:paraId="0E1CFB51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4AD70473" w14:textId="3BEC54F6" w:rsidR="004B7FC9" w:rsidRDefault="004B7FC9" w:rsidP="004B7FC9">
            <w:pPr>
              <w:pStyle w:val="TableParagraph"/>
              <w:ind w:right="19"/>
              <w:rPr>
                <w:spacing w:val="-5"/>
                <w:sz w:val="12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35D28CB0" w14:textId="74843728" w:rsidR="004B7FC9" w:rsidRDefault="004B7FC9" w:rsidP="004B7FC9">
            <w:pPr>
              <w:pStyle w:val="TableParagraph"/>
              <w:ind w:right="141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0012188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696C1EC4" w14:textId="0F44F8EA" w:rsidR="004B7FC9" w:rsidRDefault="004B7FC9" w:rsidP="004B7FC9">
            <w:pPr>
              <w:pStyle w:val="TableParagraph"/>
              <w:ind w:left="68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07/05/2002</w:t>
            </w:r>
          </w:p>
        </w:tc>
        <w:tc>
          <w:tcPr>
            <w:tcW w:w="4417" w:type="dxa"/>
            <w:tcBorders>
              <w:top w:val="single" w:sz="4" w:space="0" w:color="000000"/>
              <w:bottom w:val="single" w:sz="4" w:space="0" w:color="000000"/>
            </w:tcBorders>
          </w:tcPr>
          <w:p w14:paraId="73E53571" w14:textId="640DD464" w:rsidR="004B7FC9" w:rsidRDefault="004B7FC9" w:rsidP="004B7FC9">
            <w:pPr>
              <w:pStyle w:val="TableParagraph"/>
              <w:ind w:left="247"/>
              <w:jc w:val="left"/>
              <w:rPr>
                <w:sz w:val="12"/>
              </w:rPr>
            </w:pPr>
            <w:r>
              <w:rPr>
                <w:sz w:val="12"/>
              </w:rPr>
              <w:t xml:space="preserve">PAULO HENRIQUE GOULART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1796" w:type="dxa"/>
            <w:tcBorders>
              <w:top w:val="single" w:sz="4" w:space="0" w:color="000000"/>
              <w:bottom w:val="single" w:sz="4" w:space="0" w:color="000000"/>
            </w:tcBorders>
          </w:tcPr>
          <w:p w14:paraId="3B403400" w14:textId="0199E0B1" w:rsidR="004B7FC9" w:rsidRDefault="004B7FC9" w:rsidP="004B7FC9">
            <w:pPr>
              <w:pStyle w:val="TableParagraph"/>
              <w:ind w:left="126"/>
              <w:rPr>
                <w:spacing w:val="-4"/>
                <w:sz w:val="12"/>
              </w:rPr>
            </w:pPr>
            <w:r>
              <w:rPr>
                <w:spacing w:val="-4"/>
                <w:sz w:val="12"/>
              </w:rPr>
              <w:t>9,40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2917B8E5" w14:textId="074D8A0C" w:rsidR="004B7FC9" w:rsidRDefault="004B7FC9" w:rsidP="004B7FC9">
            <w:pPr>
              <w:pStyle w:val="TableParagraph"/>
              <w:ind w:left="525"/>
              <w:jc w:val="left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</w:tbl>
    <w:p w14:paraId="57D29EBA" w14:textId="77777777" w:rsidR="00E425DC" w:rsidRDefault="00E425DC" w:rsidP="00E425DC">
      <w:pPr>
        <w:pStyle w:val="SemEspaamento"/>
        <w:rPr>
          <w:lang w:val="pt-BR"/>
        </w:rPr>
      </w:pPr>
    </w:p>
    <w:tbl>
      <w:tblPr>
        <w:tblStyle w:val="TableNormal"/>
        <w:tblW w:w="10624" w:type="dxa"/>
        <w:tblInd w:w="149" w:type="dxa"/>
        <w:tblLayout w:type="fixed"/>
        <w:tblLook w:val="01E0" w:firstRow="1" w:lastRow="1" w:firstColumn="1" w:lastColumn="1" w:noHBand="0" w:noVBand="0"/>
      </w:tblPr>
      <w:tblGrid>
        <w:gridCol w:w="872"/>
        <w:gridCol w:w="951"/>
        <w:gridCol w:w="1161"/>
        <w:gridCol w:w="4157"/>
        <w:gridCol w:w="2057"/>
        <w:gridCol w:w="1426"/>
      </w:tblGrid>
      <w:tr w:rsidR="00E425DC" w:rsidRPr="00FF1131" w14:paraId="31D34569" w14:textId="77777777" w:rsidTr="009C1637">
        <w:trPr>
          <w:trHeight w:val="278"/>
        </w:trPr>
        <w:tc>
          <w:tcPr>
            <w:tcW w:w="10624" w:type="dxa"/>
            <w:gridSpan w:val="6"/>
            <w:tcBorders>
              <w:bottom w:val="single" w:sz="4" w:space="0" w:color="000000"/>
            </w:tcBorders>
            <w:shd w:val="clear" w:color="auto" w:fill="DCDCDC"/>
          </w:tcPr>
          <w:p w14:paraId="03781BE8" w14:textId="77777777" w:rsidR="00E425DC" w:rsidRPr="00FF1131" w:rsidRDefault="00E425DC" w:rsidP="009C1637">
            <w:pPr>
              <w:pStyle w:val="TableParagraph"/>
              <w:spacing w:before="0"/>
              <w:rPr>
                <w:rFonts w:ascii="Times New Roman"/>
                <w:sz w:val="12"/>
                <w:lang w:val="pt-BR"/>
              </w:rPr>
            </w:pPr>
            <w:r w:rsidRPr="00FF1131">
              <w:rPr>
                <w:b/>
                <w:sz w:val="18"/>
                <w:szCs w:val="18"/>
                <w:lang w:val="pt-BR"/>
              </w:rPr>
              <w:t>MONITOR ESCOLAR</w:t>
            </w:r>
          </w:p>
        </w:tc>
      </w:tr>
      <w:tr w:rsidR="00E425DC" w:rsidRPr="00FF1131" w14:paraId="4F00B0B4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111A947B" w14:textId="77777777" w:rsidR="00E425DC" w:rsidRPr="00FF1131" w:rsidRDefault="00E425DC" w:rsidP="009C1637">
            <w:pPr>
              <w:pStyle w:val="TableParagraph"/>
              <w:ind w:right="19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POSIÇÃO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43BEE32A" w14:textId="77777777" w:rsidR="00E425DC" w:rsidRPr="00FF1131" w:rsidRDefault="00E425DC" w:rsidP="009C1637">
            <w:pPr>
              <w:pStyle w:val="TableParagraph"/>
              <w:ind w:right="141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INSC.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0D1D89BE" w14:textId="77777777" w:rsidR="00E425DC" w:rsidRPr="00FF1131" w:rsidRDefault="00E425DC" w:rsidP="009C1637">
            <w:pPr>
              <w:pStyle w:val="TableParagraph"/>
              <w:ind w:left="68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NASC.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4139FC70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NOME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68963A4A" w14:textId="77777777" w:rsidR="00E425DC" w:rsidRPr="00FF1131" w:rsidRDefault="00E425DC" w:rsidP="009C1637">
            <w:pPr>
              <w:pStyle w:val="TableParagraph"/>
              <w:ind w:left="385"/>
              <w:rPr>
                <w:b/>
                <w:sz w:val="12"/>
                <w:lang w:val="pt-BR"/>
              </w:rPr>
            </w:pPr>
            <w:r w:rsidRPr="00FF1131">
              <w:rPr>
                <w:b/>
                <w:sz w:val="12"/>
                <w:lang w:val="pt-BR"/>
              </w:rPr>
              <w:t xml:space="preserve">NOTA </w:t>
            </w:r>
            <w:r w:rsidRPr="00FF1131">
              <w:rPr>
                <w:b/>
                <w:spacing w:val="-2"/>
                <w:sz w:val="12"/>
                <w:lang w:val="pt-BR"/>
              </w:rPr>
              <w:t>FINAL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66470E69" w14:textId="77777777" w:rsidR="00E425DC" w:rsidRPr="00FF1131" w:rsidRDefault="00E425DC" w:rsidP="009C1637">
            <w:pPr>
              <w:pStyle w:val="TableParagraph"/>
              <w:ind w:left="474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RESULTADO</w:t>
            </w:r>
          </w:p>
        </w:tc>
      </w:tr>
      <w:tr w:rsidR="00B90B65" w:rsidRPr="00FF1131" w14:paraId="5CEC9B3B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887CC12" w14:textId="62C91E9D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136º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3CACB0D8" w14:textId="58A85842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0012371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4809344C" w14:textId="4D4EB30B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07/10/1999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24281BAE" w14:textId="5F378962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BRUNA EDUARDA MAXIMINO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31BAB469" w14:textId="709E4D04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6,20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62A7DD95" w14:textId="03FD792F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199C8E1B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7C0C1B2B" w14:textId="2E1EB4C0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137º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777B40AC" w14:textId="6B08F7D3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0013438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4E6CF0A8" w14:textId="52183DD5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18/04/1987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445945B5" w14:textId="0708E8AD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CILEIA FERREIRA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2FD40114" w14:textId="7BD2F595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6,20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733A2B50" w14:textId="672452EE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5998D0D3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260466F8" w14:textId="778E73C3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138º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11EF04AC" w14:textId="2EFBF0FC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0012000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19930664" w14:textId="1258B1D1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26/02/1991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3868DDE1" w14:textId="6FAA503A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TEITIANE DA SILVA </w:t>
            </w:r>
            <w:r>
              <w:rPr>
                <w:spacing w:val="-2"/>
                <w:sz w:val="12"/>
              </w:rPr>
              <w:t>PATRIATI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2A14D961" w14:textId="73D4AED6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6,20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7CE43381" w14:textId="41444BFE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241537B2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56901D52" w14:textId="742419AD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139º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71C1B77D" w14:textId="27F9E9DA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0010657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2FA93B69" w14:textId="398D082B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27/09/1984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0A58EE82" w14:textId="727F2765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ALANE LIRA </w:t>
            </w:r>
            <w:r>
              <w:rPr>
                <w:spacing w:val="-2"/>
                <w:sz w:val="12"/>
              </w:rPr>
              <w:t>COLSCHERAIBA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10C2B005" w14:textId="13173C5D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6,20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17E76B89" w14:textId="7D737A32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44553C5A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5D0661BB" w14:textId="5223DC21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140º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58E03A5E" w14:textId="44C0C384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0011176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2D2C1685" w14:textId="32197D84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08/02/1985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0F68B526" w14:textId="16F0ED46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IVANI CONCEICAO DE </w:t>
            </w:r>
            <w:r>
              <w:rPr>
                <w:spacing w:val="-2"/>
                <w:sz w:val="12"/>
              </w:rPr>
              <w:t>SOUSA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3EFA3B8F" w14:textId="33CB5260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6,20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20CBC51A" w14:textId="1A23EC58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0E3306BE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14F93498" w14:textId="6F2E99AC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141º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37637446" w14:textId="69CA540B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0010394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7D707F16" w14:textId="12070DE1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18/12/1982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5FC87124" w14:textId="33AC2916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ROSANIA SILVA </w:t>
            </w:r>
            <w:r>
              <w:rPr>
                <w:spacing w:val="-2"/>
                <w:sz w:val="12"/>
              </w:rPr>
              <w:t>FERNANDES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27A95F8D" w14:textId="6EB0FB3E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6,10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27C36629" w14:textId="16A379F4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4A2832FB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56966450" w14:textId="188A4602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142º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6293413A" w14:textId="0BAC6F54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0012582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463A4B0D" w14:textId="7137B09F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06/04/1974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455E0AAA" w14:textId="007FAC11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MARIA RODRIGUES DOS SANTOS </w:t>
            </w:r>
            <w:r>
              <w:rPr>
                <w:spacing w:val="-2"/>
                <w:sz w:val="12"/>
              </w:rPr>
              <w:t>PEREIRA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43CBE689" w14:textId="3CF8B5A8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6,10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0057FA41" w14:textId="2C5DD1B0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4D7DE91C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033896D6" w14:textId="26422235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143º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2CFF54D4" w14:textId="522719DA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0012936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5A660EA0" w14:textId="4117AECA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25/04/1996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184BF727" w14:textId="4499591E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LARISSA CASTANHA DA </w:t>
            </w:r>
            <w:r>
              <w:rPr>
                <w:spacing w:val="-2"/>
                <w:sz w:val="12"/>
              </w:rPr>
              <w:t>SILVA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355563A4" w14:textId="49FCB6A7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6,10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27DC6791" w14:textId="7EF80DF0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5F1295F6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7264C34A" w14:textId="0D3BB843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144º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1EA4F235" w14:textId="4718906C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0010461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38ECACB4" w14:textId="14694DE9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27/02/1988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6AAA39DF" w14:textId="26DEB2D8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LEONARDO CARLOS SILVA </w:t>
            </w:r>
            <w:r>
              <w:rPr>
                <w:spacing w:val="-2"/>
                <w:sz w:val="12"/>
              </w:rPr>
              <w:t>RIBEIRO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1F7B20F7" w14:textId="487FE215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6,10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51AC6E5C" w14:textId="6D1122C2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5990B449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70FF6B3" w14:textId="456F523B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145º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6A78264A" w14:textId="5AB26EAF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0013103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1E61C8FD" w14:textId="0A4D13D5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28/03/2003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28685F2A" w14:textId="49FE8734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VICTORIA CRISTINE ARJONA VITIELO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47178C26" w14:textId="4495B1E7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6,10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6D6868FD" w14:textId="3DD6C6DB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1158A3C3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1F613075" w14:textId="73979486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146º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6E8CCD78" w14:textId="1929D823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0011798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2AB3740C" w14:textId="75556923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30/06/2000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4177C926" w14:textId="68AF6D48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JOAO PEDRO GONCALVES </w:t>
            </w:r>
            <w:r>
              <w:rPr>
                <w:spacing w:val="-2"/>
                <w:sz w:val="12"/>
              </w:rPr>
              <w:t>BATISTA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2B6C9A03" w14:textId="2D004FE1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6,10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005D2B74" w14:textId="000533B9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659B55E6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108F202C" w14:textId="629DF089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147º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5DD1FFE5" w14:textId="602197AD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0014321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5C52E444" w14:textId="03C4C2BC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01/11/1984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730BDC37" w14:textId="2E6F5594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DANIEL HENRIQUE DOS SANTOS </w:t>
            </w:r>
            <w:r>
              <w:rPr>
                <w:spacing w:val="-2"/>
                <w:sz w:val="12"/>
              </w:rPr>
              <w:t>MARANHÃO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290C302E" w14:textId="0032D9D9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6,10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53A11479" w14:textId="39DC0D75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296CA175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133B40A2" w14:textId="49FD211D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148º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632B45CA" w14:textId="0EEC3512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0012835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0E214667" w14:textId="16BCBDB9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22/05/1990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2D96A61A" w14:textId="61C70EF0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MICHELE APARECIDA INACIO </w:t>
            </w:r>
            <w:r>
              <w:rPr>
                <w:spacing w:val="-2"/>
                <w:sz w:val="12"/>
              </w:rPr>
              <w:t>RIBEIRO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076EEE45" w14:textId="2C94F7E3" w:rsidR="00B90B65" w:rsidRPr="00FF1131" w:rsidRDefault="00B90B65" w:rsidP="00B90B65">
            <w:pPr>
              <w:pStyle w:val="TableParagraph"/>
              <w:ind w:left="385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6,10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45B770BB" w14:textId="69F68C1D" w:rsidR="00B90B65" w:rsidRPr="00FF1131" w:rsidRDefault="00B90B65" w:rsidP="00B90B65">
            <w:pPr>
              <w:pStyle w:val="TableParagraph"/>
              <w:ind w:left="524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1CC36519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2EB8B015" w14:textId="5384A13D" w:rsidR="00B90B65" w:rsidRDefault="00B90B65" w:rsidP="00B90B65">
            <w:pPr>
              <w:pStyle w:val="TableParagraph"/>
              <w:ind w:right="19"/>
              <w:rPr>
                <w:spacing w:val="-4"/>
                <w:sz w:val="12"/>
              </w:rPr>
            </w:pPr>
            <w:r>
              <w:rPr>
                <w:spacing w:val="-4"/>
                <w:sz w:val="12"/>
              </w:rPr>
              <w:t>149º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7E47D5D7" w14:textId="222A8737" w:rsidR="00B90B65" w:rsidRDefault="00B90B65" w:rsidP="00B90B65">
            <w:pPr>
              <w:pStyle w:val="TableParagraph"/>
              <w:ind w:right="141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0013222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24E38C7F" w14:textId="54920B97" w:rsidR="00B90B65" w:rsidRDefault="00B90B65" w:rsidP="00B90B65">
            <w:pPr>
              <w:pStyle w:val="TableParagraph"/>
              <w:ind w:left="68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09/08/2005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4891B37C" w14:textId="01D38C0E" w:rsidR="00B90B65" w:rsidRDefault="00B90B65" w:rsidP="00B90B65">
            <w:pPr>
              <w:pStyle w:val="TableParagraph"/>
              <w:ind w:left="247"/>
              <w:jc w:val="left"/>
              <w:rPr>
                <w:sz w:val="12"/>
              </w:rPr>
            </w:pPr>
            <w:r>
              <w:rPr>
                <w:sz w:val="12"/>
              </w:rPr>
              <w:t xml:space="preserve">ANA CLARA SOUZA </w:t>
            </w:r>
            <w:r>
              <w:rPr>
                <w:spacing w:val="-2"/>
                <w:sz w:val="12"/>
              </w:rPr>
              <w:t>FRANCA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189F839A" w14:textId="2BB0B3A7" w:rsidR="00B90B65" w:rsidRDefault="00B90B65" w:rsidP="00B90B65">
            <w:pPr>
              <w:pStyle w:val="TableParagraph"/>
              <w:ind w:left="385"/>
              <w:rPr>
                <w:spacing w:val="-4"/>
                <w:sz w:val="12"/>
              </w:rPr>
            </w:pPr>
            <w:r>
              <w:rPr>
                <w:spacing w:val="-4"/>
                <w:sz w:val="12"/>
              </w:rPr>
              <w:t>6,10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3A885F79" w14:textId="34E8DAD9" w:rsidR="00B90B65" w:rsidRDefault="00B90B65" w:rsidP="00B90B65">
            <w:pPr>
              <w:pStyle w:val="TableParagraph"/>
              <w:ind w:left="524"/>
              <w:jc w:val="left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715D4258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0A19D785" w14:textId="642084C1" w:rsidR="00B90B65" w:rsidRDefault="00B90B65" w:rsidP="00B90B65">
            <w:pPr>
              <w:pStyle w:val="TableParagraph"/>
              <w:ind w:right="19"/>
              <w:rPr>
                <w:spacing w:val="-4"/>
                <w:sz w:val="12"/>
              </w:rPr>
            </w:pPr>
            <w:r>
              <w:rPr>
                <w:spacing w:val="-4"/>
                <w:sz w:val="12"/>
              </w:rPr>
              <w:t>150º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1C6DBE12" w14:textId="4E91DCB8" w:rsidR="00B90B65" w:rsidRDefault="00B90B65" w:rsidP="00B90B65">
            <w:pPr>
              <w:pStyle w:val="TableParagraph"/>
              <w:ind w:right="141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0011916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39216738" w14:textId="4CCD5B4E" w:rsidR="00B90B65" w:rsidRDefault="00B90B65" w:rsidP="00B90B65">
            <w:pPr>
              <w:pStyle w:val="TableParagraph"/>
              <w:ind w:left="68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24/02/2002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5181AF67" w14:textId="7D349EB7" w:rsidR="00B90B65" w:rsidRDefault="00B90B65" w:rsidP="00B90B65">
            <w:pPr>
              <w:pStyle w:val="TableParagraph"/>
              <w:ind w:left="247"/>
              <w:jc w:val="left"/>
              <w:rPr>
                <w:sz w:val="12"/>
              </w:rPr>
            </w:pPr>
            <w:r>
              <w:rPr>
                <w:sz w:val="12"/>
              </w:rPr>
              <w:t xml:space="preserve">GUSTAVO CASSIARI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7732D702" w14:textId="66B9DB73" w:rsidR="00B90B65" w:rsidRDefault="00B90B65" w:rsidP="00B90B65">
            <w:pPr>
              <w:pStyle w:val="TableParagraph"/>
              <w:ind w:left="385"/>
              <w:rPr>
                <w:spacing w:val="-4"/>
                <w:sz w:val="12"/>
              </w:rPr>
            </w:pPr>
            <w:r>
              <w:rPr>
                <w:spacing w:val="-4"/>
                <w:sz w:val="12"/>
              </w:rPr>
              <w:t>6,10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 w14:paraId="746F6AB3" w14:textId="0324A61E" w:rsidR="00B90B65" w:rsidRDefault="00B90B65" w:rsidP="00B90B65">
            <w:pPr>
              <w:pStyle w:val="TableParagraph"/>
              <w:ind w:left="524"/>
              <w:jc w:val="left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</w:tbl>
    <w:p w14:paraId="35F7DCD0" w14:textId="77777777" w:rsidR="00E425DC" w:rsidRPr="00FF1131" w:rsidRDefault="00E425DC" w:rsidP="00B90B65">
      <w:pPr>
        <w:pStyle w:val="SemEspaamento"/>
      </w:pPr>
    </w:p>
    <w:tbl>
      <w:tblPr>
        <w:tblStyle w:val="TableNormal"/>
        <w:tblW w:w="10624" w:type="dxa"/>
        <w:tblInd w:w="149" w:type="dxa"/>
        <w:tblLayout w:type="fixed"/>
        <w:tblLook w:val="01E0" w:firstRow="1" w:lastRow="1" w:firstColumn="1" w:lastColumn="1" w:noHBand="0" w:noVBand="0"/>
      </w:tblPr>
      <w:tblGrid>
        <w:gridCol w:w="872"/>
        <w:gridCol w:w="951"/>
        <w:gridCol w:w="1161"/>
        <w:gridCol w:w="4137"/>
        <w:gridCol w:w="2076"/>
        <w:gridCol w:w="1427"/>
      </w:tblGrid>
      <w:tr w:rsidR="00E425DC" w:rsidRPr="00FF1131" w14:paraId="39016FBB" w14:textId="77777777" w:rsidTr="009C1637">
        <w:trPr>
          <w:trHeight w:val="278"/>
        </w:trPr>
        <w:tc>
          <w:tcPr>
            <w:tcW w:w="10624" w:type="dxa"/>
            <w:gridSpan w:val="6"/>
            <w:tcBorders>
              <w:bottom w:val="single" w:sz="4" w:space="0" w:color="000000"/>
            </w:tcBorders>
            <w:shd w:val="clear" w:color="auto" w:fill="DCDCDC"/>
          </w:tcPr>
          <w:p w14:paraId="0512B048" w14:textId="2141F5C3" w:rsidR="00E425DC" w:rsidRPr="00FF1131" w:rsidRDefault="00B90B65" w:rsidP="009C1637">
            <w:pPr>
              <w:pStyle w:val="TableParagraph"/>
              <w:spacing w:before="0"/>
              <w:rPr>
                <w:rFonts w:ascii="Times New Roman"/>
                <w:sz w:val="12"/>
                <w:lang w:val="pt-BR"/>
              </w:rPr>
            </w:pPr>
            <w:r>
              <w:rPr>
                <w:b/>
                <w:sz w:val="18"/>
                <w:szCs w:val="18"/>
                <w:lang w:val="pt-BR"/>
              </w:rPr>
              <w:t>SECRETÁRIO ESCOLAR</w:t>
            </w:r>
            <w:r w:rsidR="00E425DC" w:rsidRPr="00FF1131">
              <w:rPr>
                <w:b/>
                <w:sz w:val="18"/>
                <w:szCs w:val="18"/>
                <w:lang w:val="pt-BR"/>
              </w:rPr>
              <w:t xml:space="preserve"> </w:t>
            </w:r>
          </w:p>
        </w:tc>
      </w:tr>
      <w:tr w:rsidR="00E425DC" w:rsidRPr="00FF1131" w14:paraId="709A138A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07282DE8" w14:textId="77777777" w:rsidR="00E425DC" w:rsidRPr="00FF1131" w:rsidRDefault="00E425DC" w:rsidP="009C1637">
            <w:pPr>
              <w:pStyle w:val="TableParagraph"/>
              <w:ind w:right="19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POSIÇÃO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7725A866" w14:textId="77777777" w:rsidR="00E425DC" w:rsidRPr="00FF1131" w:rsidRDefault="00E425DC" w:rsidP="009C1637">
            <w:pPr>
              <w:pStyle w:val="TableParagraph"/>
              <w:ind w:right="141"/>
              <w:rPr>
                <w:b/>
                <w:spacing w:val="-4"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I</w:t>
            </w:r>
          </w:p>
          <w:p w14:paraId="2B75D002" w14:textId="7335EF2E" w:rsidR="00E425DC" w:rsidRPr="00FF1131" w:rsidRDefault="00E425DC" w:rsidP="009C1637">
            <w:pPr>
              <w:pStyle w:val="TableParagraph"/>
              <w:ind w:right="141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NSC.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61B9B571" w14:textId="77777777" w:rsidR="00E425DC" w:rsidRPr="00FF1131" w:rsidRDefault="00E425DC" w:rsidP="009C1637">
            <w:pPr>
              <w:pStyle w:val="TableParagraph"/>
              <w:ind w:left="68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NASC.</w:t>
            </w:r>
          </w:p>
        </w:tc>
        <w:tc>
          <w:tcPr>
            <w:tcW w:w="4137" w:type="dxa"/>
            <w:tcBorders>
              <w:top w:val="single" w:sz="4" w:space="0" w:color="000000"/>
              <w:bottom w:val="single" w:sz="4" w:space="0" w:color="000000"/>
            </w:tcBorders>
          </w:tcPr>
          <w:p w14:paraId="2C728C4A" w14:textId="77777777" w:rsidR="00E425DC" w:rsidRPr="00FF1131" w:rsidRDefault="00E425DC" w:rsidP="009C1637">
            <w:pPr>
              <w:pStyle w:val="TableParagraph"/>
              <w:ind w:left="247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4"/>
                <w:sz w:val="12"/>
                <w:lang w:val="pt-BR"/>
              </w:rPr>
              <w:t>NOME</w:t>
            </w:r>
          </w:p>
        </w:tc>
        <w:tc>
          <w:tcPr>
            <w:tcW w:w="2076" w:type="dxa"/>
            <w:tcBorders>
              <w:top w:val="single" w:sz="4" w:space="0" w:color="000000"/>
              <w:bottom w:val="single" w:sz="4" w:space="0" w:color="000000"/>
            </w:tcBorders>
          </w:tcPr>
          <w:p w14:paraId="417CBD5D" w14:textId="77777777" w:rsidR="00E425DC" w:rsidRPr="00FF1131" w:rsidRDefault="00E425DC" w:rsidP="009C1637">
            <w:pPr>
              <w:pStyle w:val="TableParagraph"/>
              <w:ind w:left="406"/>
              <w:rPr>
                <w:b/>
                <w:sz w:val="12"/>
                <w:lang w:val="pt-BR"/>
              </w:rPr>
            </w:pPr>
            <w:r w:rsidRPr="00FF1131">
              <w:rPr>
                <w:b/>
                <w:sz w:val="12"/>
                <w:lang w:val="pt-BR"/>
              </w:rPr>
              <w:t xml:space="preserve">NOTA </w:t>
            </w:r>
            <w:r w:rsidRPr="00FF1131">
              <w:rPr>
                <w:b/>
                <w:spacing w:val="-2"/>
                <w:sz w:val="12"/>
                <w:lang w:val="pt-BR"/>
              </w:rPr>
              <w:t>FINAL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69796163" w14:textId="77777777" w:rsidR="00E425DC" w:rsidRPr="00FF1131" w:rsidRDefault="00E425DC" w:rsidP="009C1637">
            <w:pPr>
              <w:pStyle w:val="TableParagraph"/>
              <w:ind w:left="475"/>
              <w:jc w:val="left"/>
              <w:rPr>
                <w:b/>
                <w:sz w:val="12"/>
                <w:lang w:val="pt-BR"/>
              </w:rPr>
            </w:pPr>
            <w:r w:rsidRPr="00FF1131">
              <w:rPr>
                <w:b/>
                <w:spacing w:val="-2"/>
                <w:sz w:val="12"/>
                <w:lang w:val="pt-BR"/>
              </w:rPr>
              <w:t>RESULTADO</w:t>
            </w:r>
          </w:p>
        </w:tc>
      </w:tr>
      <w:tr w:rsidR="00B90B65" w:rsidRPr="00FF1131" w14:paraId="5AB2A874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1EC89A5" w14:textId="0E8AB6A6" w:rsidR="00B90B65" w:rsidRPr="00FF1131" w:rsidRDefault="00B90B65" w:rsidP="00B90B65">
            <w:pPr>
              <w:pStyle w:val="TableParagraph"/>
              <w:ind w:right="19"/>
              <w:rPr>
                <w:sz w:val="12"/>
                <w:lang w:val="pt-BR"/>
              </w:rPr>
            </w:pPr>
            <w:r>
              <w:rPr>
                <w:spacing w:val="-5"/>
                <w:sz w:val="12"/>
              </w:rPr>
              <w:t>2º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4A696A2A" w14:textId="7A8DC688" w:rsidR="00B90B65" w:rsidRPr="00FF1131" w:rsidRDefault="00B90B65" w:rsidP="00B90B65">
            <w:pPr>
              <w:pStyle w:val="TableParagraph"/>
              <w:ind w:right="141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0010409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491AA453" w14:textId="2C065382" w:rsidR="00B90B65" w:rsidRPr="00FF1131" w:rsidRDefault="00B90B65" w:rsidP="00B90B65">
            <w:pPr>
              <w:pStyle w:val="TableParagraph"/>
              <w:ind w:left="68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22/12/1983</w:t>
            </w:r>
          </w:p>
        </w:tc>
        <w:tc>
          <w:tcPr>
            <w:tcW w:w="4137" w:type="dxa"/>
            <w:tcBorders>
              <w:top w:val="single" w:sz="4" w:space="0" w:color="000000"/>
              <w:bottom w:val="single" w:sz="4" w:space="0" w:color="000000"/>
            </w:tcBorders>
          </w:tcPr>
          <w:p w14:paraId="1E1EE08B" w14:textId="09BE5EB3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LEANDRO LOPES </w:t>
            </w:r>
            <w:r>
              <w:rPr>
                <w:spacing w:val="-2"/>
                <w:sz w:val="12"/>
              </w:rPr>
              <w:t>MENESES</w:t>
            </w:r>
          </w:p>
        </w:tc>
        <w:tc>
          <w:tcPr>
            <w:tcW w:w="2076" w:type="dxa"/>
            <w:tcBorders>
              <w:top w:val="single" w:sz="4" w:space="0" w:color="000000"/>
              <w:bottom w:val="single" w:sz="4" w:space="0" w:color="000000"/>
            </w:tcBorders>
          </w:tcPr>
          <w:p w14:paraId="2198E68D" w14:textId="67439C8B" w:rsidR="00B90B65" w:rsidRPr="00FF1131" w:rsidRDefault="00B90B65" w:rsidP="00B90B65">
            <w:pPr>
              <w:pStyle w:val="TableParagraph"/>
              <w:ind w:left="406"/>
              <w:rPr>
                <w:sz w:val="12"/>
                <w:lang w:val="pt-BR"/>
              </w:rPr>
            </w:pPr>
            <w:r>
              <w:rPr>
                <w:spacing w:val="-4"/>
                <w:sz w:val="12"/>
              </w:rPr>
              <w:t>8,30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01D16F97" w14:textId="27D95E15" w:rsidR="00B90B65" w:rsidRPr="00FF1131" w:rsidRDefault="00B90B65" w:rsidP="00B90B65">
            <w:pPr>
              <w:pStyle w:val="TableParagraph"/>
              <w:ind w:left="525"/>
              <w:jc w:val="left"/>
              <w:rPr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7EF7F671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E4C5019" w14:textId="58FB2072" w:rsidR="00B90B65" w:rsidRPr="00FF1131" w:rsidRDefault="00B90B65" w:rsidP="00B90B65">
            <w:pPr>
              <w:pStyle w:val="TableParagraph"/>
              <w:ind w:right="19"/>
              <w:rPr>
                <w:spacing w:val="-5"/>
                <w:sz w:val="12"/>
                <w:lang w:val="pt-BR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00A9BFDA" w14:textId="3518A6EE" w:rsidR="00B90B65" w:rsidRPr="00FF1131" w:rsidRDefault="00B90B65" w:rsidP="00B90B65">
            <w:pPr>
              <w:pStyle w:val="TableParagraph"/>
              <w:ind w:right="141"/>
              <w:rPr>
                <w:spacing w:val="-2"/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0014385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0B31CFE9" w14:textId="0DC8D96C" w:rsidR="00B90B65" w:rsidRPr="00FF1131" w:rsidRDefault="00B90B65" w:rsidP="00B90B65">
            <w:pPr>
              <w:pStyle w:val="TableParagraph"/>
              <w:ind w:left="68"/>
              <w:rPr>
                <w:spacing w:val="-2"/>
                <w:sz w:val="12"/>
                <w:lang w:val="pt-BR"/>
              </w:rPr>
            </w:pPr>
            <w:r>
              <w:rPr>
                <w:spacing w:val="-2"/>
                <w:sz w:val="12"/>
              </w:rPr>
              <w:t>22/11/1984</w:t>
            </w:r>
          </w:p>
        </w:tc>
        <w:tc>
          <w:tcPr>
            <w:tcW w:w="4137" w:type="dxa"/>
            <w:tcBorders>
              <w:top w:val="single" w:sz="4" w:space="0" w:color="000000"/>
              <w:bottom w:val="single" w:sz="4" w:space="0" w:color="000000"/>
            </w:tcBorders>
          </w:tcPr>
          <w:p w14:paraId="1101DC97" w14:textId="6D49B95B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GRACIANE RODRIGUES </w:t>
            </w:r>
            <w:r>
              <w:rPr>
                <w:spacing w:val="-2"/>
                <w:sz w:val="12"/>
              </w:rPr>
              <w:t>DELGADO</w:t>
            </w:r>
          </w:p>
        </w:tc>
        <w:tc>
          <w:tcPr>
            <w:tcW w:w="2076" w:type="dxa"/>
            <w:tcBorders>
              <w:top w:val="single" w:sz="4" w:space="0" w:color="000000"/>
              <w:bottom w:val="single" w:sz="4" w:space="0" w:color="000000"/>
            </w:tcBorders>
          </w:tcPr>
          <w:p w14:paraId="0F783BA7" w14:textId="4058CFF2" w:rsidR="00B90B65" w:rsidRPr="00FF1131" w:rsidRDefault="00B90B65" w:rsidP="00B90B65">
            <w:pPr>
              <w:pStyle w:val="TableParagraph"/>
              <w:ind w:left="406"/>
              <w:rPr>
                <w:spacing w:val="-4"/>
                <w:sz w:val="12"/>
                <w:lang w:val="pt-BR"/>
              </w:rPr>
            </w:pPr>
            <w:r>
              <w:rPr>
                <w:spacing w:val="-4"/>
                <w:sz w:val="12"/>
              </w:rPr>
              <w:t>8,30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129526A3" w14:textId="2A2E425E" w:rsidR="00B90B65" w:rsidRPr="00FF1131" w:rsidRDefault="00B90B65" w:rsidP="00B90B65">
            <w:pPr>
              <w:pStyle w:val="TableParagraph"/>
              <w:ind w:left="525"/>
              <w:jc w:val="left"/>
              <w:rPr>
                <w:spacing w:val="-2"/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551ED2D3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00214802" w14:textId="4BB4E69E" w:rsidR="00B90B65" w:rsidRPr="00FF1131" w:rsidRDefault="00B90B65" w:rsidP="00B90B65">
            <w:pPr>
              <w:pStyle w:val="TableParagraph"/>
              <w:ind w:right="19"/>
              <w:rPr>
                <w:spacing w:val="-5"/>
                <w:sz w:val="12"/>
                <w:lang w:val="pt-BR"/>
              </w:rPr>
            </w:pPr>
            <w:r>
              <w:rPr>
                <w:spacing w:val="-5"/>
                <w:sz w:val="12"/>
              </w:rPr>
              <w:t>4º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17D4359E" w14:textId="76000666" w:rsidR="00B90B65" w:rsidRPr="00FF1131" w:rsidRDefault="00B90B65" w:rsidP="00B90B65">
            <w:pPr>
              <w:pStyle w:val="TableParagraph"/>
              <w:ind w:right="141"/>
              <w:rPr>
                <w:spacing w:val="-2"/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0012857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4319AD6A" w14:textId="7A02706F" w:rsidR="00B90B65" w:rsidRPr="00FF1131" w:rsidRDefault="00B90B65" w:rsidP="00B90B65">
            <w:pPr>
              <w:pStyle w:val="TableParagraph"/>
              <w:ind w:left="68"/>
              <w:rPr>
                <w:spacing w:val="-2"/>
                <w:sz w:val="12"/>
                <w:lang w:val="pt-BR"/>
              </w:rPr>
            </w:pPr>
            <w:r>
              <w:rPr>
                <w:spacing w:val="-2"/>
                <w:sz w:val="12"/>
              </w:rPr>
              <w:t>10/07/2000</w:t>
            </w:r>
          </w:p>
        </w:tc>
        <w:tc>
          <w:tcPr>
            <w:tcW w:w="4137" w:type="dxa"/>
            <w:tcBorders>
              <w:top w:val="single" w:sz="4" w:space="0" w:color="000000"/>
              <w:bottom w:val="single" w:sz="4" w:space="0" w:color="000000"/>
            </w:tcBorders>
          </w:tcPr>
          <w:p w14:paraId="4B1E9A7F" w14:textId="4AA05C6B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ALEF WILLYAN CACAVELO </w:t>
            </w:r>
            <w:r>
              <w:rPr>
                <w:spacing w:val="-2"/>
                <w:sz w:val="12"/>
              </w:rPr>
              <w:t>ROCHA</w:t>
            </w:r>
          </w:p>
        </w:tc>
        <w:tc>
          <w:tcPr>
            <w:tcW w:w="2076" w:type="dxa"/>
            <w:tcBorders>
              <w:top w:val="single" w:sz="4" w:space="0" w:color="000000"/>
              <w:bottom w:val="single" w:sz="4" w:space="0" w:color="000000"/>
            </w:tcBorders>
          </w:tcPr>
          <w:p w14:paraId="7019E821" w14:textId="050645B9" w:rsidR="00B90B65" w:rsidRPr="00FF1131" w:rsidRDefault="00B90B65" w:rsidP="00B90B65">
            <w:pPr>
              <w:pStyle w:val="TableParagraph"/>
              <w:ind w:left="406"/>
              <w:rPr>
                <w:spacing w:val="-4"/>
                <w:sz w:val="12"/>
                <w:lang w:val="pt-BR"/>
              </w:rPr>
            </w:pPr>
            <w:r>
              <w:rPr>
                <w:spacing w:val="-4"/>
                <w:sz w:val="12"/>
              </w:rPr>
              <w:t>8,30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2CEB2CB4" w14:textId="5CAD7D4F" w:rsidR="00B90B65" w:rsidRPr="00FF1131" w:rsidRDefault="00B90B65" w:rsidP="00B90B65">
            <w:pPr>
              <w:pStyle w:val="TableParagraph"/>
              <w:ind w:left="525"/>
              <w:jc w:val="left"/>
              <w:rPr>
                <w:spacing w:val="-2"/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B90B65" w:rsidRPr="00FF1131" w14:paraId="11D68D11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3578EBEC" w14:textId="06AD14E6" w:rsidR="00B90B65" w:rsidRPr="00FF1131" w:rsidRDefault="00B90B65" w:rsidP="00B90B65">
            <w:pPr>
              <w:pStyle w:val="TableParagraph"/>
              <w:ind w:right="19"/>
              <w:rPr>
                <w:spacing w:val="-5"/>
                <w:sz w:val="12"/>
                <w:lang w:val="pt-BR"/>
              </w:rPr>
            </w:pPr>
            <w:r>
              <w:rPr>
                <w:spacing w:val="-5"/>
                <w:sz w:val="12"/>
              </w:rPr>
              <w:t>5º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7AFF81E4" w14:textId="39075CD3" w:rsidR="00B90B65" w:rsidRPr="00FF1131" w:rsidRDefault="00B90B65" w:rsidP="00B90B65">
            <w:pPr>
              <w:pStyle w:val="TableParagraph"/>
              <w:ind w:right="141"/>
              <w:rPr>
                <w:spacing w:val="-2"/>
                <w:sz w:val="12"/>
                <w:lang w:val="pt-BR"/>
              </w:rPr>
            </w:pPr>
            <w:r>
              <w:rPr>
                <w:spacing w:val="-2"/>
                <w:sz w:val="12"/>
              </w:rPr>
              <w:t>0013549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3726FAC5" w14:textId="6A80D701" w:rsidR="00B90B65" w:rsidRPr="00FF1131" w:rsidRDefault="00B90B65" w:rsidP="00B90B65">
            <w:pPr>
              <w:pStyle w:val="TableParagraph"/>
              <w:ind w:left="68"/>
              <w:rPr>
                <w:spacing w:val="-2"/>
                <w:sz w:val="12"/>
                <w:lang w:val="pt-BR"/>
              </w:rPr>
            </w:pPr>
            <w:r>
              <w:rPr>
                <w:spacing w:val="-2"/>
                <w:sz w:val="12"/>
              </w:rPr>
              <w:t>18/10/2003</w:t>
            </w:r>
          </w:p>
        </w:tc>
        <w:tc>
          <w:tcPr>
            <w:tcW w:w="4137" w:type="dxa"/>
            <w:tcBorders>
              <w:top w:val="single" w:sz="4" w:space="0" w:color="000000"/>
              <w:bottom w:val="single" w:sz="4" w:space="0" w:color="000000"/>
            </w:tcBorders>
          </w:tcPr>
          <w:p w14:paraId="6D6F239E" w14:textId="6BC51EB9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lang w:val="pt-BR"/>
              </w:rPr>
            </w:pPr>
            <w:r>
              <w:rPr>
                <w:sz w:val="12"/>
              </w:rPr>
              <w:t xml:space="preserve">BRENDA BUENO </w:t>
            </w:r>
            <w:r>
              <w:rPr>
                <w:spacing w:val="-2"/>
                <w:sz w:val="12"/>
              </w:rPr>
              <w:t>BORLENGHI</w:t>
            </w:r>
          </w:p>
        </w:tc>
        <w:tc>
          <w:tcPr>
            <w:tcW w:w="2076" w:type="dxa"/>
            <w:tcBorders>
              <w:top w:val="single" w:sz="4" w:space="0" w:color="000000"/>
              <w:bottom w:val="single" w:sz="4" w:space="0" w:color="000000"/>
            </w:tcBorders>
          </w:tcPr>
          <w:p w14:paraId="5BB64C3F" w14:textId="0438857D" w:rsidR="00B90B65" w:rsidRPr="00FF1131" w:rsidRDefault="00B90B65" w:rsidP="00B90B65">
            <w:pPr>
              <w:pStyle w:val="TableParagraph"/>
              <w:ind w:left="406"/>
              <w:rPr>
                <w:spacing w:val="-4"/>
                <w:sz w:val="12"/>
                <w:lang w:val="pt-BR"/>
              </w:rPr>
            </w:pPr>
            <w:r>
              <w:rPr>
                <w:spacing w:val="-4"/>
                <w:sz w:val="12"/>
              </w:rPr>
              <w:t>8,30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</w:tcPr>
          <w:p w14:paraId="7B9803CB" w14:textId="0765BDA4" w:rsidR="00B90B65" w:rsidRPr="00FF1131" w:rsidRDefault="00B90B65" w:rsidP="00B90B65">
            <w:pPr>
              <w:pStyle w:val="TableParagraph"/>
              <w:ind w:left="525"/>
              <w:jc w:val="left"/>
              <w:rPr>
                <w:spacing w:val="-2"/>
                <w:sz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</w:tbl>
    <w:p w14:paraId="12F5579E" w14:textId="0DB82CE8" w:rsidR="00E425DC" w:rsidRDefault="00B90B65" w:rsidP="00B90B65">
      <w:pPr>
        <w:pStyle w:val="SemEspaamento"/>
      </w:pPr>
      <w:r>
        <w:t xml:space="preserve"> </w:t>
      </w:r>
    </w:p>
    <w:p w14:paraId="4DAFD057" w14:textId="77777777" w:rsidR="00912353" w:rsidRDefault="00912353" w:rsidP="00B90B65">
      <w:pPr>
        <w:pStyle w:val="SemEspaamento"/>
      </w:pPr>
    </w:p>
    <w:p w14:paraId="49C5AC13" w14:textId="77777777" w:rsidR="00912353" w:rsidRDefault="00912353" w:rsidP="00B90B65">
      <w:pPr>
        <w:pStyle w:val="SemEspaamento"/>
      </w:pPr>
    </w:p>
    <w:p w14:paraId="72F7D206" w14:textId="77777777" w:rsidR="00912353" w:rsidRDefault="00912353" w:rsidP="00B90B65">
      <w:pPr>
        <w:pStyle w:val="SemEspaamento"/>
      </w:pPr>
    </w:p>
    <w:tbl>
      <w:tblPr>
        <w:tblW w:w="10483" w:type="dxa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3"/>
      </w:tblGrid>
      <w:tr w:rsidR="00E425DC" w:rsidRPr="00FF1131" w14:paraId="4A5F1399" w14:textId="77777777" w:rsidTr="009C1637">
        <w:trPr>
          <w:trHeight w:val="278"/>
        </w:trPr>
        <w:tc>
          <w:tcPr>
            <w:tcW w:w="10483" w:type="dxa"/>
            <w:tcBorders>
              <w:bottom w:val="single" w:sz="4" w:space="0" w:color="000000"/>
            </w:tcBorders>
            <w:shd w:val="clear" w:color="auto" w:fill="DCDCDC"/>
          </w:tcPr>
          <w:p w14:paraId="692EFAF9" w14:textId="30EE31E6" w:rsidR="00E425DC" w:rsidRPr="00FF1131" w:rsidRDefault="00B90B65" w:rsidP="009C1637">
            <w:pPr>
              <w:pStyle w:val="TableParagraph"/>
              <w:spacing w:before="0"/>
              <w:rPr>
                <w:sz w:val="18"/>
                <w:szCs w:val="18"/>
                <w:lang w:val="pt-BR"/>
              </w:rPr>
            </w:pPr>
            <w:r>
              <w:rPr>
                <w:b/>
                <w:sz w:val="18"/>
                <w:szCs w:val="18"/>
                <w:lang w:val="pt-BR"/>
              </w:rPr>
              <w:t>SUPERVISOR PEDAGÓGICO</w:t>
            </w:r>
          </w:p>
        </w:tc>
      </w:tr>
    </w:tbl>
    <w:p w14:paraId="3C7FB910" w14:textId="77777777" w:rsidR="00E425DC" w:rsidRPr="00FF1131" w:rsidRDefault="00E425DC" w:rsidP="00E425DC">
      <w:pPr>
        <w:rPr>
          <w:vanish/>
          <w:sz w:val="12"/>
          <w:szCs w:val="12"/>
        </w:rPr>
      </w:pPr>
    </w:p>
    <w:tbl>
      <w:tblPr>
        <w:tblW w:w="10483" w:type="dxa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2"/>
        <w:gridCol w:w="951"/>
        <w:gridCol w:w="1161"/>
        <w:gridCol w:w="4267"/>
        <w:gridCol w:w="1946"/>
        <w:gridCol w:w="1286"/>
      </w:tblGrid>
      <w:tr w:rsidR="00E425DC" w:rsidRPr="00FF1131" w14:paraId="4A35253C" w14:textId="77777777" w:rsidTr="009C1637">
        <w:trPr>
          <w:trHeight w:val="209"/>
        </w:trPr>
        <w:tc>
          <w:tcPr>
            <w:tcW w:w="872" w:type="dxa"/>
            <w:tcBorders>
              <w:bottom w:val="single" w:sz="4" w:space="0" w:color="000000"/>
            </w:tcBorders>
          </w:tcPr>
          <w:p w14:paraId="0AEB648C" w14:textId="77777777" w:rsidR="00E425DC" w:rsidRPr="00FF1131" w:rsidRDefault="00E425DC" w:rsidP="009C1637">
            <w:pPr>
              <w:pStyle w:val="TableParagraph"/>
              <w:spacing w:before="0" w:line="134" w:lineRule="exact"/>
              <w:ind w:right="19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POSIÇÃO</w:t>
            </w:r>
          </w:p>
        </w:tc>
        <w:tc>
          <w:tcPr>
            <w:tcW w:w="951" w:type="dxa"/>
            <w:tcBorders>
              <w:bottom w:val="single" w:sz="4" w:space="0" w:color="000000"/>
            </w:tcBorders>
          </w:tcPr>
          <w:p w14:paraId="037CF826" w14:textId="77777777" w:rsidR="00E425DC" w:rsidRPr="00FF1131" w:rsidRDefault="00E425DC" w:rsidP="009C1637">
            <w:pPr>
              <w:pStyle w:val="TableParagraph"/>
              <w:spacing w:before="0" w:line="134" w:lineRule="exact"/>
              <w:ind w:right="141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4"/>
                <w:sz w:val="12"/>
                <w:szCs w:val="12"/>
                <w:lang w:val="pt-BR"/>
              </w:rPr>
              <w:t>INSC.</w:t>
            </w:r>
          </w:p>
        </w:tc>
        <w:tc>
          <w:tcPr>
            <w:tcW w:w="1161" w:type="dxa"/>
            <w:tcBorders>
              <w:bottom w:val="single" w:sz="4" w:space="0" w:color="000000"/>
            </w:tcBorders>
          </w:tcPr>
          <w:p w14:paraId="6C488080" w14:textId="77777777" w:rsidR="00E425DC" w:rsidRPr="00FF1131" w:rsidRDefault="00E425DC" w:rsidP="009C1637">
            <w:pPr>
              <w:pStyle w:val="TableParagraph"/>
              <w:spacing w:before="0" w:line="134" w:lineRule="exact"/>
              <w:ind w:left="68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NASC.</w:t>
            </w:r>
          </w:p>
        </w:tc>
        <w:tc>
          <w:tcPr>
            <w:tcW w:w="4267" w:type="dxa"/>
            <w:tcBorders>
              <w:bottom w:val="single" w:sz="4" w:space="0" w:color="000000"/>
            </w:tcBorders>
          </w:tcPr>
          <w:p w14:paraId="34769F45" w14:textId="77777777" w:rsidR="00E425DC" w:rsidRPr="00FF1131" w:rsidRDefault="00E425DC" w:rsidP="009C1637">
            <w:pPr>
              <w:pStyle w:val="TableParagraph"/>
              <w:spacing w:before="0" w:line="134" w:lineRule="exact"/>
              <w:ind w:left="247"/>
              <w:jc w:val="left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4"/>
                <w:sz w:val="12"/>
                <w:szCs w:val="12"/>
                <w:lang w:val="pt-BR"/>
              </w:rPr>
              <w:t>NOME</w:t>
            </w:r>
          </w:p>
        </w:tc>
        <w:tc>
          <w:tcPr>
            <w:tcW w:w="1946" w:type="dxa"/>
            <w:tcBorders>
              <w:bottom w:val="single" w:sz="4" w:space="0" w:color="000000"/>
            </w:tcBorders>
          </w:tcPr>
          <w:p w14:paraId="45C8DBC7" w14:textId="77777777" w:rsidR="00E425DC" w:rsidRPr="00FF1131" w:rsidRDefault="00E425DC" w:rsidP="009C1637">
            <w:pPr>
              <w:pStyle w:val="TableParagraph"/>
              <w:spacing w:before="0" w:line="134" w:lineRule="exact"/>
              <w:ind w:left="276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z w:val="12"/>
                <w:szCs w:val="12"/>
                <w:lang w:val="pt-BR"/>
              </w:rPr>
              <w:t xml:space="preserve">NOTA </w:t>
            </w: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FINAL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45A44699" w14:textId="77777777" w:rsidR="00E425DC" w:rsidRPr="00FF1131" w:rsidRDefault="00E425DC" w:rsidP="009C1637">
            <w:pPr>
              <w:pStyle w:val="TableParagraph"/>
              <w:spacing w:before="0" w:line="134" w:lineRule="exact"/>
              <w:ind w:left="475"/>
              <w:jc w:val="left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RESULTADO</w:t>
            </w:r>
          </w:p>
        </w:tc>
      </w:tr>
      <w:tr w:rsidR="00B90B65" w:rsidRPr="00FF1131" w14:paraId="0F30D33F" w14:textId="77777777" w:rsidTr="009C1637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73E25DD6" w14:textId="725BA628" w:rsidR="00B90B65" w:rsidRPr="00FF1131" w:rsidRDefault="00B90B65" w:rsidP="00B90B65">
            <w:pPr>
              <w:pStyle w:val="TableParagraph"/>
              <w:ind w:right="19"/>
              <w:rPr>
                <w:sz w:val="12"/>
                <w:szCs w:val="12"/>
                <w:lang w:val="pt-BR"/>
              </w:rPr>
            </w:pPr>
            <w:r>
              <w:rPr>
                <w:spacing w:val="-5"/>
                <w:sz w:val="12"/>
              </w:rPr>
              <w:t>13º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4E36E249" w14:textId="0F49A56D" w:rsidR="00B90B65" w:rsidRPr="00FF1131" w:rsidRDefault="00B90B65" w:rsidP="00B90B65">
            <w:pPr>
              <w:pStyle w:val="TableParagraph"/>
              <w:ind w:right="141"/>
              <w:rPr>
                <w:sz w:val="12"/>
                <w:szCs w:val="12"/>
                <w:lang w:val="pt-BR"/>
              </w:rPr>
            </w:pPr>
            <w:r>
              <w:rPr>
                <w:spacing w:val="-2"/>
                <w:sz w:val="12"/>
              </w:rPr>
              <w:t>0010481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2A93FAFD" w14:textId="422A7352" w:rsidR="00B90B65" w:rsidRPr="00FF1131" w:rsidRDefault="00B90B65" w:rsidP="00B90B65">
            <w:pPr>
              <w:pStyle w:val="TableParagraph"/>
              <w:ind w:left="68"/>
              <w:rPr>
                <w:sz w:val="12"/>
                <w:szCs w:val="12"/>
                <w:lang w:val="pt-BR"/>
              </w:rPr>
            </w:pPr>
            <w:r>
              <w:rPr>
                <w:spacing w:val="-2"/>
                <w:sz w:val="12"/>
              </w:rPr>
              <w:t>14/06/1987</w:t>
            </w:r>
          </w:p>
        </w:tc>
        <w:tc>
          <w:tcPr>
            <w:tcW w:w="4267" w:type="dxa"/>
            <w:tcBorders>
              <w:top w:val="single" w:sz="4" w:space="0" w:color="000000"/>
              <w:bottom w:val="single" w:sz="4" w:space="0" w:color="000000"/>
            </w:tcBorders>
          </w:tcPr>
          <w:p w14:paraId="0A10880A" w14:textId="4418E6A7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szCs w:val="12"/>
                <w:lang w:val="pt-BR"/>
              </w:rPr>
            </w:pPr>
            <w:r>
              <w:rPr>
                <w:sz w:val="12"/>
              </w:rPr>
              <w:t xml:space="preserve">ANDRESSA DOS SANTOS ARAÚJO </w:t>
            </w:r>
            <w:r>
              <w:rPr>
                <w:spacing w:val="-2"/>
                <w:sz w:val="12"/>
              </w:rPr>
              <w:t>TELES</w:t>
            </w:r>
          </w:p>
        </w:tc>
        <w:tc>
          <w:tcPr>
            <w:tcW w:w="1946" w:type="dxa"/>
            <w:tcBorders>
              <w:top w:val="single" w:sz="4" w:space="0" w:color="000000"/>
              <w:bottom w:val="single" w:sz="4" w:space="0" w:color="000000"/>
            </w:tcBorders>
          </w:tcPr>
          <w:p w14:paraId="373FB017" w14:textId="0C82ABA0" w:rsidR="00B90B65" w:rsidRPr="00FF1131" w:rsidRDefault="00B90B65" w:rsidP="00B90B65">
            <w:pPr>
              <w:pStyle w:val="TableParagraph"/>
              <w:ind w:left="276"/>
              <w:rPr>
                <w:sz w:val="12"/>
                <w:szCs w:val="12"/>
                <w:lang w:val="pt-BR"/>
              </w:rPr>
            </w:pPr>
            <w:r>
              <w:rPr>
                <w:spacing w:val="-4"/>
                <w:sz w:val="12"/>
              </w:rPr>
              <w:t>8,20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21532EA2" w14:textId="46FC58A3" w:rsidR="00B90B65" w:rsidRPr="00FF1131" w:rsidRDefault="00B90B65" w:rsidP="00B90B65">
            <w:pPr>
              <w:pStyle w:val="TableParagraph"/>
              <w:ind w:left="525"/>
              <w:jc w:val="left"/>
              <w:rPr>
                <w:sz w:val="12"/>
                <w:szCs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</w:tbl>
    <w:p w14:paraId="5F24DBEC" w14:textId="77777777" w:rsidR="00E425DC" w:rsidRDefault="00E425DC" w:rsidP="00912353">
      <w:pPr>
        <w:pStyle w:val="SemEspaamento"/>
      </w:pPr>
    </w:p>
    <w:tbl>
      <w:tblPr>
        <w:tblW w:w="10483" w:type="dxa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2"/>
        <w:gridCol w:w="951"/>
        <w:gridCol w:w="1161"/>
        <w:gridCol w:w="4157"/>
        <w:gridCol w:w="2057"/>
        <w:gridCol w:w="1285"/>
      </w:tblGrid>
      <w:tr w:rsidR="004B7FC9" w:rsidRPr="00185D9A" w14:paraId="65D6BF2E" w14:textId="77777777" w:rsidTr="0052570D">
        <w:trPr>
          <w:trHeight w:val="278"/>
        </w:trPr>
        <w:tc>
          <w:tcPr>
            <w:tcW w:w="10483" w:type="dxa"/>
            <w:gridSpan w:val="6"/>
            <w:tcBorders>
              <w:bottom w:val="single" w:sz="4" w:space="0" w:color="000000"/>
            </w:tcBorders>
            <w:shd w:val="clear" w:color="auto" w:fill="DCDCDC"/>
          </w:tcPr>
          <w:p w14:paraId="30F5EECB" w14:textId="77777777" w:rsidR="004B7FC9" w:rsidRPr="004B7FC9" w:rsidRDefault="004B7FC9" w:rsidP="0052570D">
            <w:pPr>
              <w:pStyle w:val="TableParagraph"/>
              <w:spacing w:before="0"/>
              <w:rPr>
                <w:sz w:val="18"/>
                <w:szCs w:val="18"/>
              </w:rPr>
            </w:pPr>
            <w:r w:rsidRPr="004B7FC9">
              <w:rPr>
                <w:b/>
                <w:sz w:val="18"/>
                <w:szCs w:val="18"/>
              </w:rPr>
              <w:t>PROFESSOR DO ENSINO BÁSICO PEB</w:t>
            </w:r>
          </w:p>
        </w:tc>
      </w:tr>
      <w:tr w:rsidR="004B7FC9" w:rsidRPr="00185D9A" w14:paraId="63021E89" w14:textId="77777777" w:rsidTr="0052570D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7A7134F4" w14:textId="77777777" w:rsidR="004B7FC9" w:rsidRPr="00185D9A" w:rsidRDefault="004B7FC9" w:rsidP="0052570D">
            <w:pPr>
              <w:pStyle w:val="TableParagraph"/>
              <w:ind w:right="19"/>
              <w:rPr>
                <w:b/>
                <w:sz w:val="12"/>
                <w:szCs w:val="12"/>
              </w:rPr>
            </w:pPr>
            <w:r w:rsidRPr="00185D9A">
              <w:rPr>
                <w:b/>
                <w:spacing w:val="-2"/>
                <w:sz w:val="12"/>
                <w:szCs w:val="12"/>
              </w:rPr>
              <w:t>POSIÇÃO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64096E66" w14:textId="77777777" w:rsidR="004B7FC9" w:rsidRPr="00185D9A" w:rsidRDefault="004B7FC9" w:rsidP="0052570D">
            <w:pPr>
              <w:pStyle w:val="TableParagraph"/>
              <w:ind w:right="141"/>
              <w:rPr>
                <w:b/>
                <w:sz w:val="12"/>
                <w:szCs w:val="12"/>
              </w:rPr>
            </w:pPr>
            <w:r w:rsidRPr="00185D9A">
              <w:rPr>
                <w:b/>
                <w:spacing w:val="-4"/>
                <w:sz w:val="12"/>
                <w:szCs w:val="12"/>
              </w:rPr>
              <w:t>INSC.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58DD1F56" w14:textId="77777777" w:rsidR="004B7FC9" w:rsidRPr="00185D9A" w:rsidRDefault="004B7FC9" w:rsidP="0052570D">
            <w:pPr>
              <w:pStyle w:val="TableParagraph"/>
              <w:ind w:left="68"/>
              <w:rPr>
                <w:b/>
                <w:sz w:val="12"/>
                <w:szCs w:val="12"/>
              </w:rPr>
            </w:pPr>
            <w:r w:rsidRPr="00185D9A">
              <w:rPr>
                <w:b/>
                <w:spacing w:val="-2"/>
                <w:sz w:val="12"/>
                <w:szCs w:val="12"/>
              </w:rPr>
              <w:t>NASC.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36080FBE" w14:textId="77777777" w:rsidR="004B7FC9" w:rsidRPr="00185D9A" w:rsidRDefault="004B7FC9" w:rsidP="0052570D">
            <w:pPr>
              <w:pStyle w:val="TableParagraph"/>
              <w:ind w:left="247"/>
              <w:jc w:val="left"/>
              <w:rPr>
                <w:b/>
                <w:sz w:val="12"/>
                <w:szCs w:val="12"/>
              </w:rPr>
            </w:pPr>
            <w:r w:rsidRPr="00185D9A">
              <w:rPr>
                <w:b/>
                <w:spacing w:val="-4"/>
                <w:sz w:val="12"/>
                <w:szCs w:val="12"/>
              </w:rPr>
              <w:t>NOME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6E50BC45" w14:textId="77777777" w:rsidR="004B7FC9" w:rsidRPr="00185D9A" w:rsidRDefault="004B7FC9" w:rsidP="0052570D">
            <w:pPr>
              <w:pStyle w:val="TableParagraph"/>
              <w:ind w:left="385"/>
              <w:rPr>
                <w:b/>
                <w:sz w:val="12"/>
                <w:szCs w:val="12"/>
              </w:rPr>
            </w:pPr>
            <w:r w:rsidRPr="00185D9A">
              <w:rPr>
                <w:b/>
                <w:sz w:val="12"/>
                <w:szCs w:val="12"/>
              </w:rPr>
              <w:t xml:space="preserve">NOTA </w:t>
            </w:r>
            <w:r w:rsidRPr="00185D9A">
              <w:rPr>
                <w:b/>
                <w:spacing w:val="-2"/>
                <w:sz w:val="12"/>
                <w:szCs w:val="12"/>
              </w:rPr>
              <w:t>FINAL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2A539183" w14:textId="77777777" w:rsidR="004B7FC9" w:rsidRPr="00185D9A" w:rsidRDefault="004B7FC9" w:rsidP="0052570D">
            <w:pPr>
              <w:pStyle w:val="TableParagraph"/>
              <w:ind w:left="474"/>
              <w:jc w:val="left"/>
              <w:rPr>
                <w:b/>
                <w:sz w:val="12"/>
                <w:szCs w:val="12"/>
              </w:rPr>
            </w:pPr>
            <w:r w:rsidRPr="00185D9A">
              <w:rPr>
                <w:b/>
                <w:spacing w:val="-2"/>
                <w:sz w:val="12"/>
                <w:szCs w:val="12"/>
              </w:rPr>
              <w:t>RESULTADO</w:t>
            </w:r>
          </w:p>
        </w:tc>
      </w:tr>
      <w:tr w:rsidR="004B7FC9" w:rsidRPr="00185D9A" w14:paraId="44880652" w14:textId="77777777" w:rsidTr="0052570D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35A66B4" w14:textId="25C4EE93" w:rsidR="004B7FC9" w:rsidRPr="00185D9A" w:rsidRDefault="004B7FC9" w:rsidP="004B7FC9">
            <w:pPr>
              <w:pStyle w:val="TableParagraph"/>
              <w:ind w:right="19"/>
              <w:rPr>
                <w:sz w:val="12"/>
                <w:szCs w:val="12"/>
              </w:rPr>
            </w:pPr>
            <w:r>
              <w:rPr>
                <w:spacing w:val="-5"/>
                <w:sz w:val="12"/>
              </w:rPr>
              <w:t>43º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1E22E7AD" w14:textId="3CD3CCDE" w:rsidR="004B7FC9" w:rsidRPr="00185D9A" w:rsidRDefault="004B7FC9" w:rsidP="004B7FC9">
            <w:pPr>
              <w:pStyle w:val="TableParagraph"/>
              <w:ind w:right="141"/>
              <w:rPr>
                <w:sz w:val="12"/>
                <w:szCs w:val="12"/>
              </w:rPr>
            </w:pPr>
            <w:r>
              <w:rPr>
                <w:spacing w:val="-2"/>
                <w:sz w:val="12"/>
              </w:rPr>
              <w:t>0011978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3C1E9AFC" w14:textId="24C05BAA" w:rsidR="004B7FC9" w:rsidRPr="00185D9A" w:rsidRDefault="004B7FC9" w:rsidP="004B7FC9">
            <w:pPr>
              <w:pStyle w:val="TableParagraph"/>
              <w:ind w:left="68"/>
              <w:rPr>
                <w:sz w:val="12"/>
                <w:szCs w:val="12"/>
              </w:rPr>
            </w:pPr>
            <w:r>
              <w:rPr>
                <w:spacing w:val="-2"/>
                <w:sz w:val="12"/>
              </w:rPr>
              <w:t>06/09/1993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7D2C85CB" w14:textId="6A08CB3A" w:rsidR="004B7FC9" w:rsidRPr="00185D9A" w:rsidRDefault="004B7FC9" w:rsidP="004B7FC9">
            <w:pPr>
              <w:pStyle w:val="TableParagraph"/>
              <w:ind w:left="247"/>
              <w:jc w:val="left"/>
              <w:rPr>
                <w:sz w:val="12"/>
                <w:szCs w:val="12"/>
              </w:rPr>
            </w:pPr>
            <w:r>
              <w:rPr>
                <w:sz w:val="12"/>
              </w:rPr>
              <w:t xml:space="preserve">CIBELE FERNANDES DOS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3015AB31" w14:textId="5D8F3B68" w:rsidR="004B7FC9" w:rsidRPr="00185D9A" w:rsidRDefault="004B7FC9" w:rsidP="004B7FC9">
            <w:pPr>
              <w:pStyle w:val="TableParagraph"/>
              <w:ind w:left="385"/>
              <w:rPr>
                <w:sz w:val="12"/>
                <w:szCs w:val="12"/>
              </w:rPr>
            </w:pPr>
            <w:r>
              <w:rPr>
                <w:spacing w:val="-4"/>
                <w:sz w:val="12"/>
              </w:rPr>
              <w:t>7,60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4A5546C0" w14:textId="66DD4116" w:rsidR="004B7FC9" w:rsidRPr="00185D9A" w:rsidRDefault="004B7FC9" w:rsidP="004B7FC9">
            <w:pPr>
              <w:pStyle w:val="TableParagraph"/>
              <w:ind w:left="524"/>
              <w:jc w:val="left"/>
              <w:rPr>
                <w:sz w:val="12"/>
                <w:szCs w:val="12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4B7FC9" w:rsidRPr="00185D9A" w14:paraId="5B6A11E7" w14:textId="77777777" w:rsidTr="0052570D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31675813" w14:textId="7381DCED" w:rsidR="004B7FC9" w:rsidRPr="00185D9A" w:rsidRDefault="004B7FC9" w:rsidP="004B7FC9">
            <w:pPr>
              <w:pStyle w:val="TableParagraph"/>
              <w:ind w:right="19"/>
              <w:rPr>
                <w:spacing w:val="-5"/>
                <w:sz w:val="12"/>
                <w:szCs w:val="12"/>
              </w:rPr>
            </w:pPr>
            <w:r>
              <w:rPr>
                <w:spacing w:val="-5"/>
                <w:sz w:val="12"/>
              </w:rPr>
              <w:t>44º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64AA9409" w14:textId="5F9BBACB" w:rsidR="004B7FC9" w:rsidRPr="00185D9A" w:rsidRDefault="004B7FC9" w:rsidP="004B7FC9">
            <w:pPr>
              <w:pStyle w:val="TableParagraph"/>
              <w:ind w:right="141"/>
              <w:rPr>
                <w:spacing w:val="-2"/>
                <w:sz w:val="12"/>
                <w:szCs w:val="12"/>
              </w:rPr>
            </w:pPr>
            <w:r>
              <w:rPr>
                <w:spacing w:val="-2"/>
                <w:sz w:val="12"/>
              </w:rPr>
              <w:t>0014032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7EFE13E1" w14:textId="373FF530" w:rsidR="004B7FC9" w:rsidRPr="00185D9A" w:rsidRDefault="004B7FC9" w:rsidP="004B7FC9">
            <w:pPr>
              <w:pStyle w:val="TableParagraph"/>
              <w:ind w:left="68"/>
              <w:rPr>
                <w:spacing w:val="-2"/>
                <w:sz w:val="12"/>
                <w:szCs w:val="12"/>
              </w:rPr>
            </w:pPr>
            <w:r>
              <w:rPr>
                <w:spacing w:val="-2"/>
                <w:sz w:val="12"/>
              </w:rPr>
              <w:t>22/05/1996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744D8D2E" w14:textId="4F700D96" w:rsidR="004B7FC9" w:rsidRPr="00185D9A" w:rsidRDefault="004B7FC9" w:rsidP="004B7FC9">
            <w:pPr>
              <w:pStyle w:val="TableParagraph"/>
              <w:ind w:left="247"/>
              <w:jc w:val="left"/>
              <w:rPr>
                <w:sz w:val="12"/>
                <w:szCs w:val="12"/>
              </w:rPr>
            </w:pPr>
            <w:r>
              <w:rPr>
                <w:sz w:val="12"/>
              </w:rPr>
              <w:t xml:space="preserve">BRUNA LARISSA VIDAL </w:t>
            </w:r>
            <w:r>
              <w:rPr>
                <w:spacing w:val="-2"/>
                <w:sz w:val="12"/>
              </w:rPr>
              <w:t>XAVIER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5E2E1405" w14:textId="7FA15711" w:rsidR="004B7FC9" w:rsidRPr="00185D9A" w:rsidRDefault="004B7FC9" w:rsidP="004B7FC9">
            <w:pPr>
              <w:pStyle w:val="TableParagraph"/>
              <w:ind w:left="385"/>
              <w:rPr>
                <w:spacing w:val="-4"/>
                <w:sz w:val="12"/>
                <w:szCs w:val="12"/>
              </w:rPr>
            </w:pPr>
            <w:r>
              <w:rPr>
                <w:spacing w:val="-4"/>
                <w:sz w:val="12"/>
              </w:rPr>
              <w:t>7,60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28C2FCD4" w14:textId="79BF4E00" w:rsidR="004B7FC9" w:rsidRPr="00185D9A" w:rsidRDefault="004B7FC9" w:rsidP="004B7FC9">
            <w:pPr>
              <w:pStyle w:val="TableParagraph"/>
              <w:ind w:left="524"/>
              <w:jc w:val="left"/>
              <w:rPr>
                <w:spacing w:val="-2"/>
                <w:sz w:val="12"/>
                <w:szCs w:val="12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  <w:tr w:rsidR="004B7FC9" w:rsidRPr="00185D9A" w14:paraId="3C0D0318" w14:textId="77777777" w:rsidTr="0052570D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E8DCBEC" w14:textId="3B204FC2" w:rsidR="004B7FC9" w:rsidRDefault="004B7FC9" w:rsidP="004B7FC9">
            <w:pPr>
              <w:pStyle w:val="TableParagraph"/>
              <w:ind w:right="19"/>
              <w:rPr>
                <w:spacing w:val="-5"/>
                <w:sz w:val="12"/>
              </w:rPr>
            </w:pPr>
            <w:r>
              <w:rPr>
                <w:spacing w:val="-5"/>
                <w:sz w:val="12"/>
              </w:rPr>
              <w:t>45º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50D50662" w14:textId="61A0A5C2" w:rsidR="004B7FC9" w:rsidRDefault="004B7FC9" w:rsidP="004B7FC9">
            <w:pPr>
              <w:pStyle w:val="TableParagraph"/>
              <w:ind w:right="141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0014137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1762BBF0" w14:textId="6B03ECF9" w:rsidR="004B7FC9" w:rsidRDefault="004B7FC9" w:rsidP="004B7FC9">
            <w:pPr>
              <w:pStyle w:val="TableParagraph"/>
              <w:ind w:left="68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19/11/1975</w:t>
            </w: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41D0B3F7" w14:textId="10A70312" w:rsidR="004B7FC9" w:rsidRDefault="004B7FC9" w:rsidP="004B7FC9">
            <w:pPr>
              <w:pStyle w:val="TableParagraph"/>
              <w:ind w:left="247"/>
              <w:jc w:val="left"/>
              <w:rPr>
                <w:sz w:val="12"/>
              </w:rPr>
            </w:pPr>
            <w:r>
              <w:rPr>
                <w:sz w:val="12"/>
              </w:rPr>
              <w:t xml:space="preserve">VANESSA FELIX DE </w:t>
            </w:r>
            <w:r>
              <w:rPr>
                <w:spacing w:val="-2"/>
                <w:sz w:val="12"/>
              </w:rPr>
              <w:t>SOUZA</w:t>
            </w:r>
          </w:p>
        </w:tc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</w:tcPr>
          <w:p w14:paraId="7E94D308" w14:textId="722D91B1" w:rsidR="004B7FC9" w:rsidRDefault="004B7FC9" w:rsidP="004B7FC9">
            <w:pPr>
              <w:pStyle w:val="TableParagraph"/>
              <w:ind w:left="385"/>
              <w:rPr>
                <w:spacing w:val="-4"/>
                <w:sz w:val="12"/>
              </w:rPr>
            </w:pPr>
            <w:r>
              <w:rPr>
                <w:spacing w:val="-4"/>
                <w:sz w:val="12"/>
              </w:rPr>
              <w:t>7,60</w:t>
            </w:r>
          </w:p>
        </w:tc>
        <w:tc>
          <w:tcPr>
            <w:tcW w:w="1285" w:type="dxa"/>
            <w:tcBorders>
              <w:top w:val="single" w:sz="4" w:space="0" w:color="000000"/>
              <w:bottom w:val="single" w:sz="4" w:space="0" w:color="000000"/>
            </w:tcBorders>
          </w:tcPr>
          <w:p w14:paraId="2E70E4F9" w14:textId="593B306E" w:rsidR="004B7FC9" w:rsidRDefault="004B7FC9" w:rsidP="004B7FC9">
            <w:pPr>
              <w:pStyle w:val="TableParagraph"/>
              <w:ind w:left="524"/>
              <w:jc w:val="left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</w:tbl>
    <w:p w14:paraId="46547414" w14:textId="77777777" w:rsidR="004B7FC9" w:rsidRDefault="004B7FC9" w:rsidP="00912353">
      <w:pPr>
        <w:pStyle w:val="SemEspaamento"/>
      </w:pPr>
    </w:p>
    <w:tbl>
      <w:tblPr>
        <w:tblW w:w="10483" w:type="dxa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3"/>
      </w:tblGrid>
      <w:tr w:rsidR="00B90B65" w:rsidRPr="00FF1131" w14:paraId="27E9F884" w14:textId="77777777" w:rsidTr="0052570D">
        <w:trPr>
          <w:trHeight w:val="278"/>
        </w:trPr>
        <w:tc>
          <w:tcPr>
            <w:tcW w:w="10483" w:type="dxa"/>
            <w:tcBorders>
              <w:bottom w:val="single" w:sz="4" w:space="0" w:color="000000"/>
            </w:tcBorders>
            <w:shd w:val="clear" w:color="auto" w:fill="DCDCDC"/>
          </w:tcPr>
          <w:p w14:paraId="1A2F695E" w14:textId="03662CE5" w:rsidR="00B90B65" w:rsidRPr="00912353" w:rsidRDefault="00B90B65" w:rsidP="0052570D">
            <w:pPr>
              <w:pStyle w:val="TableParagraph"/>
              <w:spacing w:before="0"/>
              <w:rPr>
                <w:sz w:val="18"/>
                <w:szCs w:val="18"/>
                <w:lang w:val="pt-BR"/>
              </w:rPr>
            </w:pPr>
            <w:r w:rsidRPr="00912353">
              <w:rPr>
                <w:b/>
                <w:sz w:val="18"/>
                <w:szCs w:val="18"/>
              </w:rPr>
              <w:t>TÉCNICO EM SEGURANÇA DO TRABALHO</w:t>
            </w:r>
          </w:p>
        </w:tc>
      </w:tr>
    </w:tbl>
    <w:p w14:paraId="55EFB0BA" w14:textId="77777777" w:rsidR="00B90B65" w:rsidRPr="00FF1131" w:rsidRDefault="00B90B65" w:rsidP="00B90B65">
      <w:pPr>
        <w:rPr>
          <w:vanish/>
          <w:sz w:val="12"/>
          <w:szCs w:val="12"/>
        </w:rPr>
      </w:pPr>
    </w:p>
    <w:tbl>
      <w:tblPr>
        <w:tblW w:w="10483" w:type="dxa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2"/>
        <w:gridCol w:w="951"/>
        <w:gridCol w:w="1161"/>
        <w:gridCol w:w="4267"/>
        <w:gridCol w:w="1946"/>
        <w:gridCol w:w="1286"/>
      </w:tblGrid>
      <w:tr w:rsidR="00B90B65" w:rsidRPr="00FF1131" w14:paraId="4F07545D" w14:textId="77777777" w:rsidTr="0052570D">
        <w:trPr>
          <w:trHeight w:val="209"/>
        </w:trPr>
        <w:tc>
          <w:tcPr>
            <w:tcW w:w="872" w:type="dxa"/>
            <w:tcBorders>
              <w:bottom w:val="single" w:sz="4" w:space="0" w:color="000000"/>
            </w:tcBorders>
          </w:tcPr>
          <w:p w14:paraId="675BA210" w14:textId="77777777" w:rsidR="00B90B65" w:rsidRPr="00FF1131" w:rsidRDefault="00B90B65" w:rsidP="0052570D">
            <w:pPr>
              <w:pStyle w:val="TableParagraph"/>
              <w:spacing w:before="0" w:line="134" w:lineRule="exact"/>
              <w:ind w:right="19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POSIÇÃO</w:t>
            </w:r>
          </w:p>
        </w:tc>
        <w:tc>
          <w:tcPr>
            <w:tcW w:w="951" w:type="dxa"/>
            <w:tcBorders>
              <w:bottom w:val="single" w:sz="4" w:space="0" w:color="000000"/>
            </w:tcBorders>
          </w:tcPr>
          <w:p w14:paraId="41653F7E" w14:textId="77777777" w:rsidR="00B90B65" w:rsidRPr="00FF1131" w:rsidRDefault="00B90B65" w:rsidP="0052570D">
            <w:pPr>
              <w:pStyle w:val="TableParagraph"/>
              <w:spacing w:before="0" w:line="134" w:lineRule="exact"/>
              <w:ind w:right="141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4"/>
                <w:sz w:val="12"/>
                <w:szCs w:val="12"/>
                <w:lang w:val="pt-BR"/>
              </w:rPr>
              <w:t>INSC.</w:t>
            </w:r>
          </w:p>
        </w:tc>
        <w:tc>
          <w:tcPr>
            <w:tcW w:w="1161" w:type="dxa"/>
            <w:tcBorders>
              <w:bottom w:val="single" w:sz="4" w:space="0" w:color="000000"/>
            </w:tcBorders>
          </w:tcPr>
          <w:p w14:paraId="64418C07" w14:textId="77777777" w:rsidR="00B90B65" w:rsidRPr="00FF1131" w:rsidRDefault="00B90B65" w:rsidP="0052570D">
            <w:pPr>
              <w:pStyle w:val="TableParagraph"/>
              <w:spacing w:before="0" w:line="134" w:lineRule="exact"/>
              <w:ind w:left="68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NASC.</w:t>
            </w:r>
          </w:p>
        </w:tc>
        <w:tc>
          <w:tcPr>
            <w:tcW w:w="4267" w:type="dxa"/>
            <w:tcBorders>
              <w:bottom w:val="single" w:sz="4" w:space="0" w:color="000000"/>
            </w:tcBorders>
          </w:tcPr>
          <w:p w14:paraId="41A5DEC8" w14:textId="77777777" w:rsidR="00B90B65" w:rsidRPr="00FF1131" w:rsidRDefault="00B90B65" w:rsidP="0052570D">
            <w:pPr>
              <w:pStyle w:val="TableParagraph"/>
              <w:spacing w:before="0" w:line="134" w:lineRule="exact"/>
              <w:ind w:left="247"/>
              <w:jc w:val="left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4"/>
                <w:sz w:val="12"/>
                <w:szCs w:val="12"/>
                <w:lang w:val="pt-BR"/>
              </w:rPr>
              <w:t>NOME</w:t>
            </w:r>
          </w:p>
        </w:tc>
        <w:tc>
          <w:tcPr>
            <w:tcW w:w="1946" w:type="dxa"/>
            <w:tcBorders>
              <w:bottom w:val="single" w:sz="4" w:space="0" w:color="000000"/>
            </w:tcBorders>
          </w:tcPr>
          <w:p w14:paraId="13606A43" w14:textId="77777777" w:rsidR="00B90B65" w:rsidRPr="00FF1131" w:rsidRDefault="00B90B65" w:rsidP="0052570D">
            <w:pPr>
              <w:pStyle w:val="TableParagraph"/>
              <w:spacing w:before="0" w:line="134" w:lineRule="exact"/>
              <w:ind w:left="276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z w:val="12"/>
                <w:szCs w:val="12"/>
                <w:lang w:val="pt-BR"/>
              </w:rPr>
              <w:t xml:space="preserve">NOTA </w:t>
            </w: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FINAL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74D94A61" w14:textId="77777777" w:rsidR="00B90B65" w:rsidRPr="00FF1131" w:rsidRDefault="00B90B65" w:rsidP="0052570D">
            <w:pPr>
              <w:pStyle w:val="TableParagraph"/>
              <w:spacing w:before="0" w:line="134" w:lineRule="exact"/>
              <w:ind w:left="475"/>
              <w:jc w:val="left"/>
              <w:rPr>
                <w:b/>
                <w:sz w:val="12"/>
                <w:szCs w:val="12"/>
                <w:lang w:val="pt-BR"/>
              </w:rPr>
            </w:pPr>
            <w:r w:rsidRPr="00FF1131">
              <w:rPr>
                <w:b/>
                <w:spacing w:val="-2"/>
                <w:sz w:val="12"/>
                <w:szCs w:val="12"/>
                <w:lang w:val="pt-BR"/>
              </w:rPr>
              <w:t>RESULTADO</w:t>
            </w:r>
          </w:p>
        </w:tc>
      </w:tr>
      <w:tr w:rsidR="00B90B65" w:rsidRPr="00FF1131" w14:paraId="1D6C9084" w14:textId="77777777" w:rsidTr="0052570D">
        <w:trPr>
          <w:trHeight w:val="273"/>
        </w:trPr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</w:tcPr>
          <w:p w14:paraId="673C47A1" w14:textId="5DC2F514" w:rsidR="00B90B65" w:rsidRPr="00FF1131" w:rsidRDefault="00B90B65" w:rsidP="00B90B65">
            <w:pPr>
              <w:pStyle w:val="TableParagraph"/>
              <w:ind w:right="19"/>
              <w:rPr>
                <w:sz w:val="12"/>
                <w:szCs w:val="12"/>
                <w:lang w:val="pt-BR"/>
              </w:rPr>
            </w:pPr>
            <w:r>
              <w:rPr>
                <w:spacing w:val="-5"/>
                <w:sz w:val="12"/>
              </w:rPr>
              <w:t>3º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</w:tcBorders>
          </w:tcPr>
          <w:p w14:paraId="0E94CF25" w14:textId="2246CC1F" w:rsidR="00B90B65" w:rsidRPr="00FF1131" w:rsidRDefault="00B90B65" w:rsidP="00B90B65">
            <w:pPr>
              <w:pStyle w:val="TableParagraph"/>
              <w:ind w:right="141"/>
              <w:rPr>
                <w:sz w:val="12"/>
                <w:szCs w:val="12"/>
                <w:lang w:val="pt-BR"/>
              </w:rPr>
            </w:pPr>
            <w:r>
              <w:rPr>
                <w:spacing w:val="-2"/>
                <w:sz w:val="12"/>
              </w:rPr>
              <w:t>0013562</w:t>
            </w:r>
          </w:p>
        </w:tc>
        <w:tc>
          <w:tcPr>
            <w:tcW w:w="1161" w:type="dxa"/>
            <w:tcBorders>
              <w:top w:val="single" w:sz="4" w:space="0" w:color="000000"/>
              <w:bottom w:val="single" w:sz="4" w:space="0" w:color="000000"/>
            </w:tcBorders>
          </w:tcPr>
          <w:p w14:paraId="7DDB883E" w14:textId="66D7BB66" w:rsidR="00B90B65" w:rsidRPr="00FF1131" w:rsidRDefault="00B90B65" w:rsidP="00B90B65">
            <w:pPr>
              <w:pStyle w:val="TableParagraph"/>
              <w:ind w:left="68"/>
              <w:rPr>
                <w:sz w:val="12"/>
                <w:szCs w:val="12"/>
                <w:lang w:val="pt-BR"/>
              </w:rPr>
            </w:pPr>
            <w:r>
              <w:rPr>
                <w:spacing w:val="-2"/>
                <w:sz w:val="12"/>
              </w:rPr>
              <w:t>02/05/1990</w:t>
            </w:r>
          </w:p>
        </w:tc>
        <w:tc>
          <w:tcPr>
            <w:tcW w:w="4267" w:type="dxa"/>
            <w:tcBorders>
              <w:top w:val="single" w:sz="4" w:space="0" w:color="000000"/>
              <w:bottom w:val="single" w:sz="4" w:space="0" w:color="000000"/>
            </w:tcBorders>
          </w:tcPr>
          <w:p w14:paraId="6A06AF80" w14:textId="2C4E7F92" w:rsidR="00B90B65" w:rsidRPr="00FF1131" w:rsidRDefault="00B90B65" w:rsidP="00B90B65">
            <w:pPr>
              <w:pStyle w:val="TableParagraph"/>
              <w:ind w:left="247"/>
              <w:jc w:val="left"/>
              <w:rPr>
                <w:sz w:val="12"/>
                <w:szCs w:val="12"/>
                <w:lang w:val="pt-BR"/>
              </w:rPr>
            </w:pPr>
            <w:r>
              <w:rPr>
                <w:sz w:val="12"/>
              </w:rPr>
              <w:t xml:space="preserve">LUCAS ALVES FERREIRA </w:t>
            </w:r>
            <w:r>
              <w:rPr>
                <w:spacing w:val="-2"/>
                <w:sz w:val="12"/>
              </w:rPr>
              <w:t>RODRIGUES</w:t>
            </w:r>
          </w:p>
        </w:tc>
        <w:tc>
          <w:tcPr>
            <w:tcW w:w="1946" w:type="dxa"/>
            <w:tcBorders>
              <w:top w:val="single" w:sz="4" w:space="0" w:color="000000"/>
              <w:bottom w:val="single" w:sz="4" w:space="0" w:color="000000"/>
            </w:tcBorders>
          </w:tcPr>
          <w:p w14:paraId="1D87C0CE" w14:textId="19A7F6A0" w:rsidR="00B90B65" w:rsidRPr="00FF1131" w:rsidRDefault="00B90B65" w:rsidP="00B90B65">
            <w:pPr>
              <w:pStyle w:val="TableParagraph"/>
              <w:ind w:left="276"/>
              <w:rPr>
                <w:sz w:val="12"/>
                <w:szCs w:val="12"/>
                <w:lang w:val="pt-BR"/>
              </w:rPr>
            </w:pPr>
            <w:r>
              <w:rPr>
                <w:spacing w:val="-4"/>
                <w:sz w:val="12"/>
              </w:rPr>
              <w:t>6,60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</w:tcPr>
          <w:p w14:paraId="7BFC699C" w14:textId="1904A039" w:rsidR="00B90B65" w:rsidRPr="00FF1131" w:rsidRDefault="00B90B65" w:rsidP="00B90B65">
            <w:pPr>
              <w:pStyle w:val="TableParagraph"/>
              <w:ind w:left="525"/>
              <w:jc w:val="left"/>
              <w:rPr>
                <w:sz w:val="12"/>
                <w:szCs w:val="12"/>
                <w:lang w:val="pt-BR"/>
              </w:rPr>
            </w:pPr>
            <w:r>
              <w:rPr>
                <w:spacing w:val="-2"/>
                <w:sz w:val="12"/>
              </w:rPr>
              <w:t>APROVADO</w:t>
            </w:r>
          </w:p>
        </w:tc>
      </w:tr>
    </w:tbl>
    <w:p w14:paraId="602E7C44" w14:textId="77777777" w:rsidR="00B90B65" w:rsidRDefault="00B90B65" w:rsidP="00E425DC">
      <w:pPr>
        <w:ind w:left="1531" w:hanging="1529"/>
        <w:jc w:val="both"/>
        <w:rPr>
          <w:sz w:val="18"/>
          <w:szCs w:val="18"/>
        </w:rPr>
      </w:pPr>
    </w:p>
    <w:p w14:paraId="5E26F541" w14:textId="5CB8DE1B" w:rsidR="00312737" w:rsidRPr="00FF1131" w:rsidRDefault="000F743E">
      <w:pPr>
        <w:spacing w:before="160"/>
        <w:ind w:firstLine="1152"/>
        <w:jc w:val="both"/>
      </w:pPr>
      <w:r w:rsidRPr="00FF1131">
        <w:rPr>
          <w:b/>
        </w:rPr>
        <w:t xml:space="preserve">Art. 2º </w:t>
      </w:r>
      <w:r w:rsidRPr="00FF1131">
        <w:t xml:space="preserve">Os </w:t>
      </w:r>
      <w:r w:rsidR="00B23E68" w:rsidRPr="00FF1131">
        <w:t>nomeados</w:t>
      </w:r>
      <w:r w:rsidRPr="00FF1131">
        <w:t xml:space="preserve"> deverão se apresentar no período de </w:t>
      </w:r>
      <w:r w:rsidRPr="00FF1131">
        <w:rPr>
          <w:b/>
          <w:sz w:val="28"/>
          <w:szCs w:val="28"/>
        </w:rPr>
        <w:t>0</w:t>
      </w:r>
      <w:r w:rsidR="00912353">
        <w:rPr>
          <w:b/>
          <w:sz w:val="28"/>
          <w:szCs w:val="28"/>
        </w:rPr>
        <w:t>9</w:t>
      </w:r>
      <w:r w:rsidRPr="00FF1131">
        <w:rPr>
          <w:b/>
          <w:sz w:val="28"/>
          <w:szCs w:val="28"/>
        </w:rPr>
        <w:t xml:space="preserve">/11/2026 a </w:t>
      </w:r>
      <w:r w:rsidR="00912353">
        <w:rPr>
          <w:b/>
          <w:sz w:val="28"/>
          <w:szCs w:val="28"/>
        </w:rPr>
        <w:t>23</w:t>
      </w:r>
      <w:r w:rsidRPr="00FF1131">
        <w:rPr>
          <w:b/>
          <w:sz w:val="28"/>
          <w:szCs w:val="28"/>
        </w:rPr>
        <w:t>/11/2026</w:t>
      </w:r>
      <w:r w:rsidRPr="00FF1131">
        <w:t xml:space="preserve"> no Setor de Recursos Humanos da Prefeitura Municipal de Itapeva, localizada na Rua Ulisses Escobar, nº 30, Centro, exclusivamente nos horários das </w:t>
      </w:r>
      <w:r w:rsidRPr="00FF1131">
        <w:rPr>
          <w:b/>
        </w:rPr>
        <w:t>9h às 11h</w:t>
      </w:r>
      <w:r w:rsidRPr="00FF1131">
        <w:t xml:space="preserve"> e das </w:t>
      </w:r>
      <w:r w:rsidRPr="00FF1131">
        <w:rPr>
          <w:b/>
        </w:rPr>
        <w:t>13h às 14h30</w:t>
      </w:r>
      <w:r w:rsidRPr="00FF1131">
        <w:t>, munidos de todos os documentos descritos no Anexo I deste decreto</w:t>
      </w:r>
      <w:r w:rsidR="0001047D" w:rsidRPr="00FF1131">
        <w:t>, para fins de posse no cargo público.</w:t>
      </w:r>
    </w:p>
    <w:p w14:paraId="179B9502" w14:textId="77777777" w:rsidR="00312737" w:rsidRPr="00FF1131" w:rsidRDefault="000F743E">
      <w:pPr>
        <w:spacing w:after="360"/>
        <w:ind w:firstLine="1152"/>
        <w:jc w:val="both"/>
      </w:pPr>
      <w:r w:rsidRPr="00FF1131">
        <w:rPr>
          <w:b/>
        </w:rPr>
        <w:t xml:space="preserve">Art. 3º </w:t>
      </w:r>
      <w:r w:rsidRPr="00FF1131">
        <w:t>Este Decreto entrará em vigor na data de sua publicação.</w:t>
      </w:r>
    </w:p>
    <w:p w14:paraId="46B031C3" w14:textId="77777777" w:rsidR="00312737" w:rsidRPr="00FF1131" w:rsidRDefault="000F743E" w:rsidP="00FF1131">
      <w:pPr>
        <w:spacing w:after="240"/>
        <w:ind w:firstLine="1134"/>
      </w:pPr>
      <w:r w:rsidRPr="00FF1131">
        <w:rPr>
          <w:i/>
        </w:rPr>
        <w:t>Registre-se, publique-se e cumpra-se.</w:t>
      </w:r>
    </w:p>
    <w:p w14:paraId="7071DCFB" w14:textId="00F4919E" w:rsidR="00312737" w:rsidRPr="00FF1131" w:rsidRDefault="000F743E" w:rsidP="00FF1131">
      <w:pPr>
        <w:spacing w:after="800"/>
        <w:jc w:val="right"/>
      </w:pPr>
      <w:r w:rsidRPr="00FF1131">
        <w:t xml:space="preserve">Itapeva/MG, </w:t>
      </w:r>
      <w:r w:rsidR="00912353">
        <w:t>05</w:t>
      </w:r>
      <w:r w:rsidRPr="00FF1131">
        <w:t xml:space="preserve"> de </w:t>
      </w:r>
      <w:r w:rsidR="00912353">
        <w:t>novembro</w:t>
      </w:r>
      <w:r w:rsidRPr="00FF1131">
        <w:t xml:space="preserve"> de 2026.</w:t>
      </w:r>
    </w:p>
    <w:p w14:paraId="5B376C8A" w14:textId="77777777" w:rsidR="00312737" w:rsidRPr="00FF1131" w:rsidRDefault="000F743E">
      <w:pPr>
        <w:spacing w:after="0" w:line="240" w:lineRule="auto"/>
        <w:jc w:val="center"/>
        <w:rPr>
          <w:sz w:val="20"/>
        </w:rPr>
      </w:pPr>
      <w:r w:rsidRPr="00FF1131">
        <w:rPr>
          <w:b/>
        </w:rPr>
        <w:t>DANIEL PEREIRA DO COUTO</w:t>
      </w:r>
      <w:r w:rsidRPr="00FF1131">
        <w:rPr>
          <w:b/>
        </w:rPr>
        <w:br/>
      </w:r>
      <w:r w:rsidRPr="00FF1131">
        <w:rPr>
          <w:sz w:val="20"/>
        </w:rPr>
        <w:t>Prefeito Municipal de Itapeva</w:t>
      </w:r>
    </w:p>
    <w:p w14:paraId="0C02C277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36364F6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0F85B46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1CE973E5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539D0768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DEF0ED2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659AB872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47438B8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ABE9E8B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262F9F3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3B94FA9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BD0D95E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4633FB27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8D658C1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60412C2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4FA33C06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4AC86D8B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B9E41C7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8DBCFAD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14C7EC12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91FEC8E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04488C35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0000EDFA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013895BA" w14:textId="77777777" w:rsidR="00E425DC" w:rsidRPr="00FF1131" w:rsidRDefault="00E425DC" w:rsidP="00E425DC">
      <w:pPr>
        <w:spacing w:line="360" w:lineRule="auto"/>
        <w:ind w:left="-567"/>
        <w:jc w:val="center"/>
        <w:rPr>
          <w:b/>
          <w:sz w:val="23"/>
          <w:szCs w:val="23"/>
        </w:rPr>
      </w:pPr>
      <w:r w:rsidRPr="00FF1131">
        <w:rPr>
          <w:b/>
          <w:sz w:val="23"/>
          <w:szCs w:val="23"/>
        </w:rPr>
        <w:t>ANEXO I</w:t>
      </w:r>
    </w:p>
    <w:p w14:paraId="72D4B6AA" w14:textId="77777777" w:rsidR="00E425DC" w:rsidRPr="00912353" w:rsidRDefault="00E425DC" w:rsidP="00E425DC">
      <w:pPr>
        <w:spacing w:line="360" w:lineRule="auto"/>
        <w:jc w:val="center"/>
        <w:rPr>
          <w:b/>
          <w:sz w:val="20"/>
          <w:szCs w:val="20"/>
        </w:rPr>
      </w:pPr>
      <w:r w:rsidRPr="00912353">
        <w:rPr>
          <w:b/>
          <w:sz w:val="20"/>
          <w:szCs w:val="20"/>
        </w:rPr>
        <w:t>RELAÇÃO DE DOCUMENTOS</w:t>
      </w:r>
    </w:p>
    <w:p w14:paraId="65709D81" w14:textId="77777777" w:rsidR="00E425DC" w:rsidRPr="00912353" w:rsidRDefault="00E425DC" w:rsidP="00E425DC">
      <w:pPr>
        <w:spacing w:line="360" w:lineRule="auto"/>
        <w:rPr>
          <w:b/>
          <w:sz w:val="20"/>
          <w:szCs w:val="20"/>
        </w:rPr>
      </w:pPr>
      <w:r w:rsidRPr="00912353">
        <w:rPr>
          <w:b/>
          <w:sz w:val="20"/>
          <w:szCs w:val="20"/>
        </w:rPr>
        <w:t>(OBRIGATÓRIO trazer os documentos originais e as cópias legíveis e se possível não juntar dois ou mais documentos na mesma página (</w:t>
      </w:r>
      <w:proofErr w:type="spellStart"/>
      <w:r w:rsidRPr="00912353">
        <w:rPr>
          <w:b/>
          <w:sz w:val="20"/>
          <w:szCs w:val="20"/>
        </w:rPr>
        <w:t>ex</w:t>
      </w:r>
      <w:proofErr w:type="spellEnd"/>
      <w:r w:rsidRPr="00912353">
        <w:rPr>
          <w:b/>
          <w:sz w:val="20"/>
          <w:szCs w:val="20"/>
        </w:rPr>
        <w:t>: evite tirar cópia do RG e do Título de Eleitor na mesma folha).</w:t>
      </w:r>
    </w:p>
    <w:p w14:paraId="2C574C16" w14:textId="77777777" w:rsidR="00E425DC" w:rsidRPr="00FF1131" w:rsidRDefault="00E425DC" w:rsidP="00E425DC">
      <w:pPr>
        <w:numPr>
          <w:ilvl w:val="0"/>
          <w:numId w:val="11"/>
        </w:numPr>
        <w:spacing w:after="0" w:line="360" w:lineRule="auto"/>
        <w:jc w:val="center"/>
        <w:rPr>
          <w:b/>
          <w:sz w:val="12"/>
          <w:szCs w:val="12"/>
        </w:rPr>
      </w:pPr>
      <w:r w:rsidRPr="00FF1131">
        <w:rPr>
          <w:b/>
          <w:sz w:val="12"/>
          <w:szCs w:val="12"/>
        </w:rPr>
        <w:t>item 13.6 do Edital 001/2025- “Não serão aceitos, no ato da posse / contratação, protocolos ou cópias simples dos documentos exigidos. As cópias</w:t>
      </w:r>
    </w:p>
    <w:p w14:paraId="2C0EA2E3" w14:textId="77777777" w:rsidR="00E425DC" w:rsidRPr="00FF1131" w:rsidRDefault="00E425DC" w:rsidP="00E425DC">
      <w:pPr>
        <w:spacing w:line="360" w:lineRule="auto"/>
        <w:jc w:val="center"/>
        <w:rPr>
          <w:b/>
          <w:sz w:val="12"/>
          <w:szCs w:val="12"/>
        </w:rPr>
      </w:pPr>
      <w:r w:rsidRPr="00FF1131">
        <w:rPr>
          <w:b/>
          <w:sz w:val="12"/>
          <w:szCs w:val="12"/>
        </w:rPr>
        <w:t>somente serão aceitas se acompanhadas dos respectivos originais, para fins de conferência e autenticação)</w:t>
      </w:r>
    </w:p>
    <w:tbl>
      <w:tblPr>
        <w:tblW w:w="9922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4819"/>
      </w:tblGrid>
      <w:tr w:rsidR="00E425DC" w:rsidRPr="00FF1131" w14:paraId="26570905" w14:textId="77777777" w:rsidTr="009C1637">
        <w:trPr>
          <w:trHeight w:val="505"/>
        </w:trPr>
        <w:tc>
          <w:tcPr>
            <w:tcW w:w="5103" w:type="dxa"/>
            <w:shd w:val="clear" w:color="auto" w:fill="FFFF00"/>
          </w:tcPr>
          <w:p w14:paraId="488BAF76" w14:textId="77777777" w:rsidR="00E425DC" w:rsidRPr="00912353" w:rsidRDefault="00E425DC" w:rsidP="009C1637">
            <w:pPr>
              <w:tabs>
                <w:tab w:val="left" w:pos="368"/>
              </w:tabs>
              <w:spacing w:line="237" w:lineRule="auto"/>
              <w:jc w:val="center"/>
              <w:rPr>
                <w:rFonts w:eastAsia="Arial"/>
                <w:b/>
                <w:sz w:val="18"/>
                <w:szCs w:val="18"/>
              </w:rPr>
            </w:pPr>
            <w:r w:rsidRPr="00912353">
              <w:rPr>
                <w:rFonts w:eastAsia="Arial"/>
                <w:b/>
                <w:sz w:val="18"/>
                <w:szCs w:val="18"/>
              </w:rPr>
              <w:t>O CANDIDATO CONVOCADO DEVERÁ APRESENTAR, OBRIGATORIAMENTE, OS SEGUINTES DOCUMENTOS PARA INVESTIDURA NO CARGO:</w:t>
            </w:r>
          </w:p>
        </w:tc>
        <w:tc>
          <w:tcPr>
            <w:tcW w:w="4819" w:type="dxa"/>
            <w:shd w:val="clear" w:color="auto" w:fill="FFFF00"/>
          </w:tcPr>
          <w:p w14:paraId="31D72945" w14:textId="77777777" w:rsidR="00E425DC" w:rsidRPr="00912353" w:rsidRDefault="00E425DC" w:rsidP="009C1637">
            <w:pPr>
              <w:jc w:val="center"/>
              <w:rPr>
                <w:b/>
                <w:sz w:val="18"/>
                <w:szCs w:val="18"/>
              </w:rPr>
            </w:pPr>
            <w:r w:rsidRPr="00912353">
              <w:rPr>
                <w:b/>
                <w:sz w:val="18"/>
                <w:szCs w:val="18"/>
              </w:rPr>
              <w:t>OBSERVAÇÕES</w:t>
            </w:r>
          </w:p>
        </w:tc>
      </w:tr>
      <w:tr w:rsidR="00E425DC" w:rsidRPr="00FF1131" w14:paraId="3F03E19D" w14:textId="77777777" w:rsidTr="009C1637">
        <w:trPr>
          <w:trHeight w:val="360"/>
        </w:trPr>
        <w:tc>
          <w:tcPr>
            <w:tcW w:w="5103" w:type="dxa"/>
          </w:tcPr>
          <w:p w14:paraId="7401CD32" w14:textId="77777777" w:rsidR="00E425DC" w:rsidRPr="00912353" w:rsidRDefault="00E425DC" w:rsidP="00E425DC">
            <w:pPr>
              <w:pStyle w:val="PargrafodaLista"/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12353">
              <w:rPr>
                <w:rFonts w:ascii="Arial" w:eastAsia="Arial" w:hAnsi="Arial" w:cs="Arial"/>
                <w:sz w:val="18"/>
                <w:szCs w:val="18"/>
              </w:rPr>
              <w:t>original e fotocópia da Cédula de Identidade (RG);</w:t>
            </w:r>
          </w:p>
          <w:p w14:paraId="0429E2D7" w14:textId="77777777" w:rsidR="00E425DC" w:rsidRPr="00912353" w:rsidRDefault="00E425DC" w:rsidP="009C1637">
            <w:pPr>
              <w:tabs>
                <w:tab w:val="left" w:pos="712"/>
              </w:tabs>
              <w:spacing w:line="236" w:lineRule="auto"/>
              <w:ind w:left="644"/>
              <w:contextualSpacing/>
              <w:jc w:val="both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4819" w:type="dxa"/>
          </w:tcPr>
          <w:p w14:paraId="55F00654" w14:textId="77777777" w:rsidR="00E425DC" w:rsidRPr="00912353" w:rsidRDefault="00E425DC" w:rsidP="00E425DC">
            <w:pPr>
              <w:numPr>
                <w:ilvl w:val="0"/>
                <w:numId w:val="13"/>
              </w:numPr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 xml:space="preserve">É </w:t>
            </w:r>
            <w:proofErr w:type="gramStart"/>
            <w:r w:rsidRPr="00912353">
              <w:rPr>
                <w:bCs/>
                <w:color w:val="000000"/>
                <w:sz w:val="18"/>
                <w:szCs w:val="18"/>
              </w:rPr>
              <w:t>necessário  que</w:t>
            </w:r>
            <w:proofErr w:type="gramEnd"/>
            <w:r w:rsidRPr="00912353">
              <w:rPr>
                <w:bCs/>
                <w:color w:val="000000"/>
                <w:sz w:val="18"/>
                <w:szCs w:val="18"/>
              </w:rPr>
              <w:t xml:space="preserve"> a identidade esteja atualizada </w:t>
            </w:r>
            <w:proofErr w:type="gramStart"/>
            <w:r w:rsidRPr="00912353">
              <w:rPr>
                <w:bCs/>
                <w:color w:val="000000"/>
                <w:sz w:val="18"/>
                <w:szCs w:val="18"/>
              </w:rPr>
              <w:t>e  com</w:t>
            </w:r>
            <w:proofErr w:type="gramEnd"/>
            <w:r w:rsidRPr="00912353">
              <w:rPr>
                <w:bCs/>
                <w:color w:val="000000"/>
                <w:sz w:val="18"/>
                <w:szCs w:val="18"/>
              </w:rPr>
              <w:t xml:space="preserve"> data de emissão com menos </w:t>
            </w:r>
            <w:proofErr w:type="gramStart"/>
            <w:r w:rsidRPr="00912353">
              <w:rPr>
                <w:bCs/>
                <w:color w:val="000000"/>
                <w:sz w:val="18"/>
                <w:szCs w:val="18"/>
              </w:rPr>
              <w:t>de  dez</w:t>
            </w:r>
            <w:proofErr w:type="gramEnd"/>
            <w:r w:rsidRPr="00912353">
              <w:rPr>
                <w:bCs/>
                <w:color w:val="000000"/>
                <w:sz w:val="18"/>
                <w:szCs w:val="18"/>
              </w:rPr>
              <w:t xml:space="preserve"> anos.</w:t>
            </w:r>
          </w:p>
          <w:p w14:paraId="742FB581" w14:textId="77777777" w:rsidR="00E425DC" w:rsidRPr="00912353" w:rsidRDefault="00E425DC" w:rsidP="009C1637">
            <w:pPr>
              <w:ind w:left="354" w:hanging="289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 xml:space="preserve">     Havendo a mudança do estado civil        dentro do período deverá ser feita a atualização no órgão emissor da Identidade.</w:t>
            </w:r>
          </w:p>
          <w:p w14:paraId="655312C4" w14:textId="77777777" w:rsidR="00E425DC" w:rsidRPr="00912353" w:rsidRDefault="00E425DC" w:rsidP="00E425DC">
            <w:pPr>
              <w:numPr>
                <w:ilvl w:val="0"/>
                <w:numId w:val="13"/>
              </w:numPr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color w:val="000000"/>
                <w:sz w:val="18"/>
                <w:szCs w:val="18"/>
              </w:rPr>
              <w:t>Não será aceita a CNH (Carteira Nacional de Habilitação) como documento substituto ao RG</w:t>
            </w:r>
          </w:p>
        </w:tc>
      </w:tr>
      <w:tr w:rsidR="00E425DC" w:rsidRPr="00FF1131" w14:paraId="1517363B" w14:textId="77777777" w:rsidTr="009C1637">
        <w:trPr>
          <w:trHeight w:val="360"/>
        </w:trPr>
        <w:tc>
          <w:tcPr>
            <w:tcW w:w="5103" w:type="dxa"/>
          </w:tcPr>
          <w:p w14:paraId="12F319E8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original e fotocópia da certidão de nascimento ou casamento ou averbações, se houver;</w:t>
            </w:r>
          </w:p>
          <w:p w14:paraId="133592E7" w14:textId="77777777" w:rsidR="00E425DC" w:rsidRPr="00912353" w:rsidRDefault="00E425DC" w:rsidP="009C1637">
            <w:pPr>
              <w:tabs>
                <w:tab w:val="left" w:pos="712"/>
              </w:tabs>
              <w:spacing w:line="236" w:lineRule="auto"/>
              <w:ind w:left="644"/>
              <w:contextualSpacing/>
              <w:jc w:val="both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4819" w:type="dxa"/>
          </w:tcPr>
          <w:p w14:paraId="0951758C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>Se for solteiro trazer certidão de nascimento; se casado trazer certidão de casamento; se divorciado, separado judicialmente trazer certidão com averbações</w:t>
            </w:r>
          </w:p>
        </w:tc>
      </w:tr>
      <w:tr w:rsidR="00E425DC" w:rsidRPr="00FF1131" w14:paraId="17EB2AF0" w14:textId="77777777" w:rsidTr="009C1637">
        <w:trPr>
          <w:trHeight w:val="360"/>
        </w:trPr>
        <w:tc>
          <w:tcPr>
            <w:tcW w:w="5103" w:type="dxa"/>
          </w:tcPr>
          <w:p w14:paraId="36883C04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Original e fotocópia da Carteira Nacional de Habilitação (CNH) (quando o cargo exigir)</w:t>
            </w:r>
          </w:p>
        </w:tc>
        <w:tc>
          <w:tcPr>
            <w:tcW w:w="4819" w:type="dxa"/>
          </w:tcPr>
          <w:p w14:paraId="23734357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color w:val="000000"/>
                <w:sz w:val="18"/>
                <w:szCs w:val="18"/>
              </w:rPr>
              <w:t xml:space="preserve">Versão física OU cópia da CNH Digital </w:t>
            </w:r>
            <w:r w:rsidRPr="00912353">
              <w:rPr>
                <w:i/>
                <w:iCs/>
                <w:color w:val="000000"/>
                <w:sz w:val="18"/>
                <w:szCs w:val="18"/>
              </w:rPr>
              <w:t>(Atenção: verificar se a numeração está perfeitamente legível)</w:t>
            </w:r>
            <w:r w:rsidRPr="00912353">
              <w:rPr>
                <w:color w:val="000000"/>
                <w:sz w:val="18"/>
                <w:szCs w:val="18"/>
              </w:rPr>
              <w:t>.</w:t>
            </w:r>
          </w:p>
        </w:tc>
      </w:tr>
      <w:tr w:rsidR="00E425DC" w:rsidRPr="00FF1131" w14:paraId="222B0DC5" w14:textId="77777777" w:rsidTr="009C1637">
        <w:trPr>
          <w:trHeight w:val="360"/>
        </w:trPr>
        <w:tc>
          <w:tcPr>
            <w:tcW w:w="5103" w:type="dxa"/>
          </w:tcPr>
          <w:p w14:paraId="33DAF3DC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6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original e fotocópia de comprovante de residência;</w:t>
            </w:r>
          </w:p>
          <w:p w14:paraId="71C9FB03" w14:textId="77777777" w:rsidR="00E425DC" w:rsidRPr="00912353" w:rsidRDefault="00E425DC" w:rsidP="009C1637">
            <w:pPr>
              <w:ind w:left="720"/>
              <w:contextualSpacing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19" w:type="dxa"/>
          </w:tcPr>
          <w:p w14:paraId="6CAF95DA" w14:textId="77777777" w:rsidR="00E425DC" w:rsidRPr="00912353" w:rsidRDefault="00E425DC" w:rsidP="009C1637">
            <w:pPr>
              <w:jc w:val="both"/>
              <w:rPr>
                <w:sz w:val="18"/>
                <w:szCs w:val="18"/>
              </w:rPr>
            </w:pPr>
            <w:r w:rsidRPr="00912353">
              <w:rPr>
                <w:sz w:val="18"/>
                <w:szCs w:val="18"/>
              </w:rPr>
              <w:t xml:space="preserve">Cópia da </w:t>
            </w:r>
            <w:r w:rsidRPr="00912353">
              <w:rPr>
                <w:bCs/>
                <w:color w:val="000000"/>
                <w:sz w:val="18"/>
                <w:szCs w:val="18"/>
              </w:rPr>
              <w:t xml:space="preserve">conta de água, energia elétrica, </w:t>
            </w:r>
            <w:proofErr w:type="gramStart"/>
            <w:r w:rsidRPr="00912353">
              <w:rPr>
                <w:bCs/>
                <w:color w:val="000000"/>
                <w:sz w:val="18"/>
                <w:szCs w:val="18"/>
              </w:rPr>
              <w:t>internet,  telefone</w:t>
            </w:r>
            <w:proofErr w:type="gramEnd"/>
            <w:r w:rsidRPr="00912353">
              <w:rPr>
                <w:sz w:val="18"/>
                <w:szCs w:val="18"/>
              </w:rPr>
              <w:t xml:space="preserve"> comprovando a residência, em nome do candidato ou no nome dos pais caso resida com eles.</w:t>
            </w:r>
          </w:p>
          <w:p w14:paraId="2714BE76" w14:textId="77777777" w:rsidR="00E425DC" w:rsidRPr="00912353" w:rsidRDefault="00E425DC" w:rsidP="009C1637">
            <w:pPr>
              <w:jc w:val="both"/>
              <w:rPr>
                <w:sz w:val="18"/>
                <w:szCs w:val="18"/>
              </w:rPr>
            </w:pPr>
            <w:r w:rsidRPr="00912353">
              <w:rPr>
                <w:sz w:val="18"/>
                <w:szCs w:val="18"/>
              </w:rPr>
              <w:t xml:space="preserve">Caso o comprovante esteja no nome do cônjuge ou </w:t>
            </w:r>
            <w:proofErr w:type="gramStart"/>
            <w:r w:rsidRPr="00912353">
              <w:rPr>
                <w:sz w:val="18"/>
                <w:szCs w:val="18"/>
              </w:rPr>
              <w:t xml:space="preserve">companheiro,   </w:t>
            </w:r>
            <w:proofErr w:type="gramEnd"/>
            <w:r w:rsidRPr="00912353">
              <w:rPr>
                <w:sz w:val="18"/>
                <w:szCs w:val="18"/>
              </w:rPr>
              <w:t xml:space="preserve">apresentar certidão de casamento ou documento que comprove a união estável por meio de sentença judicial, certidão cartorária ou outro meio. </w:t>
            </w:r>
          </w:p>
          <w:p w14:paraId="61DB8EDB" w14:textId="77777777" w:rsidR="00E425DC" w:rsidRPr="00912353" w:rsidRDefault="00E425DC" w:rsidP="009C1637">
            <w:pPr>
              <w:jc w:val="both"/>
              <w:rPr>
                <w:sz w:val="18"/>
                <w:szCs w:val="18"/>
              </w:rPr>
            </w:pPr>
            <w:r w:rsidRPr="00912353">
              <w:rPr>
                <w:sz w:val="18"/>
                <w:szCs w:val="18"/>
              </w:rPr>
              <w:t>Contrato de aluguel entre particulares, ou entre particular e imobiliária com firma reconhecida em cartório;</w:t>
            </w:r>
          </w:p>
          <w:p w14:paraId="3F04472B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sz w:val="18"/>
                <w:szCs w:val="18"/>
              </w:rPr>
              <w:t>Ou demais documentos similares que possam aferir a moradia no endereço mencionado.</w:t>
            </w:r>
          </w:p>
        </w:tc>
      </w:tr>
      <w:tr w:rsidR="00E425DC" w:rsidRPr="00FF1131" w14:paraId="373E8463" w14:textId="77777777" w:rsidTr="009C1637">
        <w:trPr>
          <w:trHeight w:val="315"/>
        </w:trPr>
        <w:tc>
          <w:tcPr>
            <w:tcW w:w="5103" w:type="dxa"/>
          </w:tcPr>
          <w:p w14:paraId="68BC0D8A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Carteira de Trabalho (CTPS-Carteira de Trabalho e Previdência Social) ou Carteira Digital de Trabalho</w:t>
            </w:r>
          </w:p>
        </w:tc>
        <w:tc>
          <w:tcPr>
            <w:tcW w:w="4819" w:type="dxa"/>
          </w:tcPr>
          <w:p w14:paraId="11605235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 xml:space="preserve">cópia da Carteira de Trabalho da página da foto e o verso </w:t>
            </w:r>
            <w:proofErr w:type="gramStart"/>
            <w:r w:rsidRPr="00912353">
              <w:rPr>
                <w:bCs/>
                <w:color w:val="000000"/>
                <w:sz w:val="18"/>
                <w:szCs w:val="18"/>
              </w:rPr>
              <w:t>da mesma</w:t>
            </w:r>
            <w:proofErr w:type="gramEnd"/>
            <w:r w:rsidRPr="00912353">
              <w:rPr>
                <w:bCs/>
                <w:color w:val="000000"/>
                <w:sz w:val="18"/>
                <w:szCs w:val="18"/>
              </w:rPr>
              <w:t>, ou seja, a qualificação civil</w:t>
            </w:r>
          </w:p>
        </w:tc>
      </w:tr>
      <w:tr w:rsidR="00E425DC" w:rsidRPr="00FF1131" w14:paraId="1152D3C0" w14:textId="77777777" w:rsidTr="009C1637">
        <w:trPr>
          <w:trHeight w:val="360"/>
        </w:trPr>
        <w:tc>
          <w:tcPr>
            <w:tcW w:w="5103" w:type="dxa"/>
          </w:tcPr>
          <w:p w14:paraId="7469883A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0" w:lineRule="atLeast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original e fotocópia do CPF;</w:t>
            </w:r>
          </w:p>
          <w:p w14:paraId="0F9C171A" w14:textId="77777777" w:rsidR="00E425DC" w:rsidRPr="00912353" w:rsidRDefault="00E425DC" w:rsidP="009C1637">
            <w:pPr>
              <w:ind w:left="720"/>
              <w:contextualSpacing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19" w:type="dxa"/>
          </w:tcPr>
          <w:p w14:paraId="722F0800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 xml:space="preserve">Se não tiver o </w:t>
            </w:r>
            <w:proofErr w:type="spellStart"/>
            <w:r w:rsidRPr="00912353">
              <w:rPr>
                <w:bCs/>
                <w:color w:val="000000"/>
                <w:sz w:val="18"/>
                <w:szCs w:val="18"/>
              </w:rPr>
              <w:t>Cpf</w:t>
            </w:r>
            <w:proofErr w:type="spellEnd"/>
            <w:r w:rsidRPr="00912353">
              <w:rPr>
                <w:bCs/>
                <w:color w:val="000000"/>
                <w:sz w:val="18"/>
                <w:szCs w:val="18"/>
              </w:rPr>
              <w:t xml:space="preserve"> em mãos, emitir através do site da Receita Federal </w:t>
            </w:r>
            <w:proofErr w:type="gramStart"/>
            <w:r w:rsidRPr="00912353">
              <w:rPr>
                <w:bCs/>
                <w:color w:val="000000"/>
                <w:sz w:val="18"/>
                <w:szCs w:val="18"/>
              </w:rPr>
              <w:t>o comprovantes</w:t>
            </w:r>
            <w:proofErr w:type="gramEnd"/>
            <w:r w:rsidRPr="00912353">
              <w:rPr>
                <w:bCs/>
                <w:color w:val="000000"/>
                <w:sz w:val="18"/>
                <w:szCs w:val="18"/>
              </w:rPr>
              <w:t xml:space="preserve"> do mesmo </w:t>
            </w:r>
            <w:r w:rsidRPr="00912353">
              <w:rPr>
                <w:color w:val="0000FF"/>
                <w:sz w:val="18"/>
                <w:szCs w:val="18"/>
              </w:rPr>
              <w:t>https://servicos.receita.fazenda.gov.br/Servicos/CPF/ImpressaoComprovante/ConsultaImpressao.asp</w:t>
            </w:r>
          </w:p>
        </w:tc>
      </w:tr>
      <w:tr w:rsidR="00E425DC" w:rsidRPr="00FF1131" w14:paraId="1D3BB10B" w14:textId="77777777" w:rsidTr="009C1637">
        <w:trPr>
          <w:trHeight w:val="360"/>
        </w:trPr>
        <w:tc>
          <w:tcPr>
            <w:tcW w:w="5103" w:type="dxa"/>
          </w:tcPr>
          <w:p w14:paraId="31922805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0" w:lineRule="atLeast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Emissão de Situação Cadastral no CPF; (recente)</w:t>
            </w:r>
          </w:p>
        </w:tc>
        <w:tc>
          <w:tcPr>
            <w:tcW w:w="4819" w:type="dxa"/>
          </w:tcPr>
          <w:p w14:paraId="4F16154B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 xml:space="preserve">Acessar para emissão: </w:t>
            </w:r>
            <w:r w:rsidRPr="00912353">
              <w:rPr>
                <w:color w:val="0000FF"/>
                <w:sz w:val="18"/>
                <w:szCs w:val="18"/>
              </w:rPr>
              <w:t>https://servicos.receita.fazenda.gov.br/servicos/cpf/consultasituacao/consultapublica.asp</w:t>
            </w:r>
          </w:p>
        </w:tc>
      </w:tr>
      <w:tr w:rsidR="00E425DC" w:rsidRPr="00FF1131" w14:paraId="2EE39271" w14:textId="77777777" w:rsidTr="009C1637">
        <w:trPr>
          <w:trHeight w:val="345"/>
        </w:trPr>
        <w:tc>
          <w:tcPr>
            <w:tcW w:w="5103" w:type="dxa"/>
          </w:tcPr>
          <w:p w14:paraId="1603C1D3" w14:textId="77777777" w:rsidR="00E425DC" w:rsidRPr="00912353" w:rsidRDefault="00E425DC" w:rsidP="00E425DC">
            <w:pPr>
              <w:numPr>
                <w:ilvl w:val="0"/>
                <w:numId w:val="10"/>
              </w:numPr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 xml:space="preserve">Emissão da página meu cadastro do portal do </w:t>
            </w:r>
            <w:proofErr w:type="spellStart"/>
            <w:r w:rsidRPr="00912353">
              <w:rPr>
                <w:rFonts w:eastAsia="Arial"/>
                <w:b/>
                <w:bCs/>
                <w:sz w:val="18"/>
                <w:szCs w:val="18"/>
              </w:rPr>
              <w:t>MeuINSS</w:t>
            </w:r>
            <w:proofErr w:type="spellEnd"/>
          </w:p>
        </w:tc>
        <w:tc>
          <w:tcPr>
            <w:tcW w:w="4819" w:type="dxa"/>
          </w:tcPr>
          <w:p w14:paraId="292F726D" w14:textId="77777777" w:rsidR="00E425DC" w:rsidRPr="00912353" w:rsidRDefault="00E425DC" w:rsidP="009C1637">
            <w:pPr>
              <w:ind w:left="65"/>
              <w:jc w:val="both"/>
              <w:rPr>
                <w:color w:val="000000"/>
                <w:sz w:val="18"/>
                <w:szCs w:val="18"/>
              </w:rPr>
            </w:pPr>
            <w:r w:rsidRPr="00912353">
              <w:rPr>
                <w:color w:val="000000"/>
                <w:sz w:val="18"/>
                <w:szCs w:val="18"/>
              </w:rPr>
              <w:t>Acesse o portal oficial do Meu INSS pelo endereço:</w:t>
            </w:r>
            <w:r w:rsidRPr="00912353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hyperlink r:id="rId8" w:anchor="/login" w:tgtFrame="_blank" w:history="1">
              <w:r w:rsidRPr="00912353">
                <w:rPr>
                  <w:rStyle w:val="Hyperlink"/>
                  <w:b/>
                  <w:bCs/>
                  <w:sz w:val="18"/>
                  <w:szCs w:val="18"/>
                </w:rPr>
                <w:t>https://meu.inss.gov.br/#/login</w:t>
              </w:r>
            </w:hyperlink>
            <w:r w:rsidRPr="00912353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12353">
              <w:rPr>
                <w:color w:val="000000"/>
                <w:sz w:val="18"/>
                <w:szCs w:val="18"/>
              </w:rPr>
              <w:t>utilizando os dados de login da conta Gov.br do titular. Entre na seção "Meu Cadastro" Todos os dados exibidos devem ser minuciosamente revisados e atualizados caso haja divergências. Certifique-se de validar os seguintes campos:</w:t>
            </w:r>
          </w:p>
          <w:p w14:paraId="1C4590F9" w14:textId="77777777" w:rsidR="00E425DC" w:rsidRPr="00912353" w:rsidRDefault="00E425DC" w:rsidP="00912353">
            <w:pPr>
              <w:pStyle w:val="SemEspaamento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912353">
              <w:rPr>
                <w:rFonts w:asciiTheme="majorHAnsi" w:hAnsiTheme="majorHAnsi" w:cstheme="majorHAnsi"/>
                <w:sz w:val="18"/>
                <w:szCs w:val="18"/>
              </w:rPr>
              <w:t>Nome completo do titular (verificar ortografia).</w:t>
            </w:r>
          </w:p>
          <w:p w14:paraId="33D75DF9" w14:textId="77777777" w:rsidR="00E425DC" w:rsidRPr="00912353" w:rsidRDefault="00E425DC" w:rsidP="00912353">
            <w:pPr>
              <w:pStyle w:val="SemEspaamento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912353">
              <w:rPr>
                <w:rFonts w:asciiTheme="majorHAnsi" w:hAnsiTheme="majorHAnsi" w:cstheme="majorHAnsi"/>
                <w:sz w:val="18"/>
                <w:szCs w:val="18"/>
              </w:rPr>
              <w:t xml:space="preserve">Nome completo da mãe e </w:t>
            </w:r>
            <w:proofErr w:type="gramStart"/>
            <w:r w:rsidRPr="00912353">
              <w:rPr>
                <w:rFonts w:asciiTheme="majorHAnsi" w:hAnsiTheme="majorHAnsi" w:cstheme="majorHAnsi"/>
                <w:sz w:val="18"/>
                <w:szCs w:val="18"/>
              </w:rPr>
              <w:t>do</w:t>
            </w:r>
            <w:proofErr w:type="gramEnd"/>
            <w:r w:rsidRPr="00912353">
              <w:rPr>
                <w:rFonts w:asciiTheme="majorHAnsi" w:hAnsiTheme="majorHAnsi" w:cstheme="majorHAnsi"/>
                <w:sz w:val="18"/>
                <w:szCs w:val="18"/>
              </w:rPr>
              <w:t xml:space="preserve"> pai</w:t>
            </w:r>
          </w:p>
          <w:p w14:paraId="683CF82A" w14:textId="77777777" w:rsidR="00E425DC" w:rsidRPr="00912353" w:rsidRDefault="00E425DC" w:rsidP="00912353">
            <w:pPr>
              <w:pStyle w:val="SemEspaamento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912353">
              <w:rPr>
                <w:rFonts w:asciiTheme="majorHAnsi" w:hAnsiTheme="majorHAnsi" w:cstheme="majorHAnsi"/>
                <w:sz w:val="18"/>
                <w:szCs w:val="18"/>
              </w:rPr>
              <w:t>Estado civil atualizado e nível de escolaridade correto.</w:t>
            </w:r>
          </w:p>
          <w:p w14:paraId="060953E1" w14:textId="77777777" w:rsidR="00E425DC" w:rsidRPr="00912353" w:rsidRDefault="00E425DC" w:rsidP="00912353">
            <w:pPr>
              <w:pStyle w:val="SemEspaamento"/>
              <w:numPr>
                <w:ilvl w:val="0"/>
                <w:numId w:val="21"/>
              </w:numPr>
              <w:rPr>
                <w:bCs/>
                <w:sz w:val="18"/>
                <w:szCs w:val="18"/>
              </w:rPr>
            </w:pPr>
            <w:r w:rsidRPr="00912353">
              <w:rPr>
                <w:rFonts w:asciiTheme="majorHAnsi" w:hAnsiTheme="majorHAnsi" w:cstheme="majorHAnsi"/>
                <w:sz w:val="18"/>
                <w:szCs w:val="18"/>
              </w:rPr>
              <w:t>Endereço residencial, telefone e e-mail.</w:t>
            </w:r>
          </w:p>
        </w:tc>
      </w:tr>
      <w:tr w:rsidR="00E425DC" w:rsidRPr="00FF1131" w14:paraId="163554B6" w14:textId="77777777" w:rsidTr="009C1637">
        <w:trPr>
          <w:trHeight w:val="390"/>
        </w:trPr>
        <w:tc>
          <w:tcPr>
            <w:tcW w:w="5103" w:type="dxa"/>
          </w:tcPr>
          <w:p w14:paraId="6B75B943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0" w:lineRule="atLeast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1 fotografia 3x4 recente;</w:t>
            </w:r>
          </w:p>
          <w:p w14:paraId="1E5132BB" w14:textId="77777777" w:rsidR="00E425DC" w:rsidRPr="00912353" w:rsidRDefault="00E425DC" w:rsidP="009C1637">
            <w:pPr>
              <w:ind w:left="720"/>
              <w:contextualSpacing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19" w:type="dxa"/>
          </w:tcPr>
          <w:p w14:paraId="2C13FF49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425DC" w:rsidRPr="00FF1131" w14:paraId="4E3DC6F5" w14:textId="77777777" w:rsidTr="009C1637">
        <w:trPr>
          <w:trHeight w:val="330"/>
        </w:trPr>
        <w:tc>
          <w:tcPr>
            <w:tcW w:w="5103" w:type="dxa"/>
          </w:tcPr>
          <w:p w14:paraId="16FF7EA5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 xml:space="preserve">original e fotocópia do Título de Eleitor </w:t>
            </w:r>
          </w:p>
          <w:p w14:paraId="62AA4014" w14:textId="77777777" w:rsidR="00E425DC" w:rsidRPr="00912353" w:rsidRDefault="00E425DC" w:rsidP="009C1637">
            <w:pPr>
              <w:tabs>
                <w:tab w:val="left" w:pos="712"/>
              </w:tabs>
              <w:spacing w:line="237" w:lineRule="auto"/>
              <w:ind w:left="720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ou E- Título impresso;</w:t>
            </w:r>
          </w:p>
          <w:p w14:paraId="38692BB0" w14:textId="77777777" w:rsidR="00E425DC" w:rsidRPr="00912353" w:rsidRDefault="00E425DC" w:rsidP="009C163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19" w:type="dxa"/>
          </w:tcPr>
          <w:p w14:paraId="35BDD269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425DC" w:rsidRPr="00FF1131" w14:paraId="5D9D9230" w14:textId="77777777" w:rsidTr="009C1637">
        <w:trPr>
          <w:trHeight w:val="330"/>
        </w:trPr>
        <w:tc>
          <w:tcPr>
            <w:tcW w:w="5103" w:type="dxa"/>
          </w:tcPr>
          <w:p w14:paraId="3306836A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Certidão de quitação Eleitoral (recente)</w:t>
            </w:r>
          </w:p>
        </w:tc>
        <w:tc>
          <w:tcPr>
            <w:tcW w:w="4819" w:type="dxa"/>
          </w:tcPr>
          <w:p w14:paraId="1BEC4E41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 xml:space="preserve">Para emissão: </w:t>
            </w:r>
          </w:p>
          <w:p w14:paraId="5382D7CC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FF"/>
                <w:sz w:val="18"/>
                <w:szCs w:val="18"/>
              </w:rPr>
              <w:t>https://www.tse.jus.br/servicos-eleitorais/certidoes/certidao-de-quitacao-eleitoral</w:t>
            </w:r>
          </w:p>
        </w:tc>
      </w:tr>
      <w:tr w:rsidR="00E425DC" w:rsidRPr="00FF1131" w14:paraId="71597CEF" w14:textId="77777777" w:rsidTr="009C1637">
        <w:trPr>
          <w:trHeight w:val="360"/>
        </w:trPr>
        <w:tc>
          <w:tcPr>
            <w:tcW w:w="5103" w:type="dxa"/>
          </w:tcPr>
          <w:p w14:paraId="00FE168E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7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original e fotocópia do Certificado de Reservista, de isenção ou de dispensa (se do sexo masculino);</w:t>
            </w:r>
          </w:p>
          <w:p w14:paraId="2EB3F445" w14:textId="77777777" w:rsidR="00E425DC" w:rsidRPr="00912353" w:rsidRDefault="00E425DC" w:rsidP="009C1637">
            <w:pPr>
              <w:ind w:left="720"/>
              <w:contextualSpacing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19" w:type="dxa"/>
          </w:tcPr>
          <w:p w14:paraId="48AEB4C3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425DC" w:rsidRPr="00FF1131" w14:paraId="5E544CBA" w14:textId="77777777" w:rsidTr="009C1637">
        <w:trPr>
          <w:trHeight w:val="390"/>
        </w:trPr>
        <w:tc>
          <w:tcPr>
            <w:tcW w:w="5103" w:type="dxa"/>
          </w:tcPr>
          <w:p w14:paraId="111AC820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9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 xml:space="preserve">Diploma </w:t>
            </w:r>
            <w:r w:rsidRPr="00912353">
              <w:rPr>
                <w:rFonts w:eastAsia="Arial"/>
                <w:b/>
                <w:bCs/>
                <w:sz w:val="18"/>
                <w:szCs w:val="18"/>
              </w:rPr>
              <w:t>(cópia autenticada em Cartório);</w:t>
            </w:r>
          </w:p>
          <w:p w14:paraId="4B7C2B4C" w14:textId="77777777" w:rsidR="00E425DC" w:rsidRPr="00912353" w:rsidRDefault="00E425DC" w:rsidP="009C1637">
            <w:pPr>
              <w:tabs>
                <w:tab w:val="left" w:pos="712"/>
              </w:tabs>
              <w:spacing w:line="239" w:lineRule="auto"/>
              <w:ind w:left="644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 xml:space="preserve"> Certificado de conclusão com firma reconhecida (em papel timbrado) ou histórico escolar </w:t>
            </w:r>
            <w:r w:rsidRPr="00912353">
              <w:rPr>
                <w:rFonts w:eastAsia="Arial"/>
                <w:b/>
                <w:bCs/>
                <w:sz w:val="18"/>
                <w:szCs w:val="18"/>
              </w:rPr>
              <w:t>autenticado</w:t>
            </w:r>
            <w:r w:rsidRPr="00912353">
              <w:rPr>
                <w:rFonts w:eastAsia="Arial"/>
                <w:sz w:val="18"/>
                <w:szCs w:val="18"/>
              </w:rPr>
              <w:t>, conforme exigência específica do cargo / emprego público.</w:t>
            </w:r>
          </w:p>
          <w:p w14:paraId="7595DADF" w14:textId="77777777" w:rsidR="00E425DC" w:rsidRPr="00912353" w:rsidRDefault="00E425DC" w:rsidP="009C1637">
            <w:pPr>
              <w:tabs>
                <w:tab w:val="left" w:pos="712"/>
              </w:tabs>
              <w:spacing w:line="239" w:lineRule="auto"/>
              <w:ind w:left="720"/>
              <w:contextualSpacing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19" w:type="dxa"/>
          </w:tcPr>
          <w:p w14:paraId="10FA9C2B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</w:p>
          <w:p w14:paraId="7945DA89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>Comprovante de escolaridade exigida para o cargo (Diploma e Histórico) e outras exigências do cargo conforme Edital, item 13.16, o;</w:t>
            </w:r>
          </w:p>
          <w:p w14:paraId="07DDAD76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425DC" w:rsidRPr="00FF1131" w14:paraId="5FBC5726" w14:textId="77777777" w:rsidTr="009C1637">
        <w:trPr>
          <w:trHeight w:val="390"/>
        </w:trPr>
        <w:tc>
          <w:tcPr>
            <w:tcW w:w="5103" w:type="dxa"/>
          </w:tcPr>
          <w:p w14:paraId="631052A3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9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 xml:space="preserve">Registro no respectivo Conselho Profissional </w:t>
            </w:r>
            <w:r w:rsidRPr="00912353">
              <w:rPr>
                <w:rFonts w:eastAsia="Arial"/>
                <w:b/>
                <w:bCs/>
                <w:sz w:val="18"/>
                <w:szCs w:val="18"/>
              </w:rPr>
              <w:t>(cópia autenticada)</w:t>
            </w:r>
            <w:r w:rsidRPr="00912353">
              <w:rPr>
                <w:rFonts w:eastAsia="Arial"/>
                <w:sz w:val="18"/>
                <w:szCs w:val="18"/>
              </w:rPr>
              <w:t>, quando aplicável;</w:t>
            </w:r>
          </w:p>
        </w:tc>
        <w:tc>
          <w:tcPr>
            <w:tcW w:w="4819" w:type="dxa"/>
          </w:tcPr>
          <w:p w14:paraId="043F139B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>Comprovante do registro no órgão de classe,</w:t>
            </w:r>
          </w:p>
          <w:p w14:paraId="02DFD35D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 xml:space="preserve">Item 13.16 p; </w:t>
            </w:r>
          </w:p>
        </w:tc>
      </w:tr>
      <w:tr w:rsidR="00E425DC" w:rsidRPr="00FF1131" w14:paraId="5AF90B30" w14:textId="77777777" w:rsidTr="009C1637">
        <w:trPr>
          <w:trHeight w:val="579"/>
        </w:trPr>
        <w:tc>
          <w:tcPr>
            <w:tcW w:w="5103" w:type="dxa"/>
          </w:tcPr>
          <w:p w14:paraId="576827C5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5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 xml:space="preserve">Declaração de bens que constituam seu patrimônio; </w:t>
            </w:r>
          </w:p>
        </w:tc>
        <w:tc>
          <w:tcPr>
            <w:tcW w:w="4819" w:type="dxa"/>
          </w:tcPr>
          <w:p w14:paraId="51CA8EAD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 xml:space="preserve">Fazer declaração, tendo ou não bens; </w:t>
            </w:r>
          </w:p>
          <w:p w14:paraId="62D06214" w14:textId="77777777" w:rsidR="00E425DC" w:rsidRPr="00912353" w:rsidRDefault="00E425DC" w:rsidP="009C1637">
            <w:pPr>
              <w:tabs>
                <w:tab w:val="left" w:pos="712"/>
              </w:tabs>
              <w:spacing w:line="235" w:lineRule="auto"/>
              <w:ind w:left="644"/>
              <w:contextualSpacing/>
              <w:jc w:val="center"/>
              <w:rPr>
                <w:rFonts w:eastAsia="Arial"/>
                <w:b/>
                <w:bCs/>
                <w:sz w:val="18"/>
                <w:szCs w:val="18"/>
              </w:rPr>
            </w:pPr>
            <w:r w:rsidRPr="00912353">
              <w:rPr>
                <w:rFonts w:eastAsia="Arial"/>
                <w:b/>
                <w:bCs/>
                <w:sz w:val="18"/>
                <w:szCs w:val="18"/>
              </w:rPr>
              <w:t>Anexo II</w:t>
            </w:r>
          </w:p>
          <w:p w14:paraId="6F4F944C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425DC" w:rsidRPr="00FF1131" w14:paraId="6CAE718B" w14:textId="77777777" w:rsidTr="009C1637">
        <w:trPr>
          <w:trHeight w:val="390"/>
        </w:trPr>
        <w:tc>
          <w:tcPr>
            <w:tcW w:w="5103" w:type="dxa"/>
          </w:tcPr>
          <w:p w14:paraId="1F2F19B7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Declaração de Não Acúmulo de Cargos e Funções Públicas</w:t>
            </w:r>
          </w:p>
          <w:p w14:paraId="6CFA3CD2" w14:textId="77777777" w:rsidR="00E425DC" w:rsidRPr="00912353" w:rsidRDefault="00E425DC" w:rsidP="009C163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19" w:type="dxa"/>
          </w:tcPr>
          <w:p w14:paraId="56FC3F18" w14:textId="77777777" w:rsidR="00E425DC" w:rsidRPr="00912353" w:rsidRDefault="00E425DC" w:rsidP="009C1637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>Se o candidato não possuir outro cargo/</w:t>
            </w:r>
            <w:proofErr w:type="gramStart"/>
            <w:r w:rsidRPr="00912353">
              <w:rPr>
                <w:bCs/>
                <w:color w:val="000000"/>
                <w:sz w:val="18"/>
                <w:szCs w:val="18"/>
              </w:rPr>
              <w:t>função  pública</w:t>
            </w:r>
            <w:proofErr w:type="gramEnd"/>
            <w:r w:rsidRPr="00912353">
              <w:rPr>
                <w:bCs/>
                <w:color w:val="000000"/>
                <w:sz w:val="18"/>
                <w:szCs w:val="18"/>
              </w:rPr>
              <w:t xml:space="preserve">, deverá preencher o </w:t>
            </w:r>
            <w:r w:rsidRPr="00912353">
              <w:rPr>
                <w:rFonts w:eastAsia="Arial"/>
                <w:b/>
                <w:bCs/>
                <w:sz w:val="18"/>
                <w:szCs w:val="18"/>
              </w:rPr>
              <w:t xml:space="preserve">ANEXO III </w:t>
            </w:r>
            <w:r w:rsidRPr="00912353">
              <w:rPr>
                <w:rFonts w:eastAsia="Arial"/>
                <w:sz w:val="18"/>
                <w:szCs w:val="18"/>
              </w:rPr>
              <w:t>(Declaração de que não infringe o art. 37, inciso XVI da Constituição da República Federativa do Brasil de 1988 (Acumulação de Cargos e Funções)</w:t>
            </w:r>
          </w:p>
          <w:p w14:paraId="260D70D5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425DC" w:rsidRPr="00FF1131" w14:paraId="13038587" w14:textId="77777777" w:rsidTr="009C1637">
        <w:trPr>
          <w:trHeight w:val="390"/>
        </w:trPr>
        <w:tc>
          <w:tcPr>
            <w:tcW w:w="5103" w:type="dxa"/>
          </w:tcPr>
          <w:p w14:paraId="7B46DD59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 xml:space="preserve">Declaração de Acumulação de Cargos/Funções Públicas </w:t>
            </w:r>
          </w:p>
        </w:tc>
        <w:tc>
          <w:tcPr>
            <w:tcW w:w="4819" w:type="dxa"/>
          </w:tcPr>
          <w:p w14:paraId="68A6A946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 xml:space="preserve">No caso de declaração de Acumulação de Cargos, além da própria declaração feita pelo convocado conforme modelo em </w:t>
            </w:r>
            <w:r w:rsidRPr="00912353">
              <w:rPr>
                <w:b/>
                <w:color w:val="000000"/>
                <w:sz w:val="18"/>
                <w:szCs w:val="18"/>
              </w:rPr>
              <w:t>Anexo IV</w:t>
            </w:r>
            <w:r w:rsidRPr="00912353">
              <w:rPr>
                <w:bCs/>
                <w:color w:val="000000"/>
                <w:sz w:val="18"/>
                <w:szCs w:val="18"/>
              </w:rPr>
              <w:t>.</w:t>
            </w:r>
          </w:p>
          <w:p w14:paraId="5CB8CBB4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bCs/>
                <w:color w:val="000000"/>
                <w:sz w:val="18"/>
                <w:szCs w:val="18"/>
              </w:rPr>
              <w:t xml:space="preserve">Ainda deverá também trazer anexado à sua declaração um documento timbrado fornecido pela outra entidade pública na qual trabalha discriminando o cargo que ocupa na entidade e horário de trabalho exercido na mesma, assinado e carimbado. </w:t>
            </w:r>
          </w:p>
          <w:p w14:paraId="386B9A19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425DC" w:rsidRPr="00FF1131" w14:paraId="26B0C44E" w14:textId="77777777" w:rsidTr="009C1637">
        <w:trPr>
          <w:trHeight w:val="390"/>
        </w:trPr>
        <w:tc>
          <w:tcPr>
            <w:tcW w:w="5103" w:type="dxa"/>
          </w:tcPr>
          <w:p w14:paraId="09265AB9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ind w:left="720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 xml:space="preserve">Declaração de não estar cumprindo e nem ter sofrido, no exercício da função pública, penalidade por prática de improbidade administrativa aplicada por qualquer órgão público ou entidade da esfera federal, estadual ou municipal, </w:t>
            </w:r>
          </w:p>
          <w:p w14:paraId="1F73140C" w14:textId="77777777" w:rsidR="00E425DC" w:rsidRPr="00912353" w:rsidRDefault="00E425DC" w:rsidP="009C1637">
            <w:pPr>
              <w:tabs>
                <w:tab w:val="left" w:pos="712"/>
              </w:tabs>
              <w:spacing w:line="238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4819" w:type="dxa"/>
          </w:tcPr>
          <w:p w14:paraId="1CD4C39D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</w:p>
          <w:p w14:paraId="29611ACE" w14:textId="77777777" w:rsidR="00E425DC" w:rsidRPr="00912353" w:rsidRDefault="00E425DC" w:rsidP="009C1637">
            <w:pPr>
              <w:tabs>
                <w:tab w:val="left" w:pos="712"/>
              </w:tabs>
              <w:spacing w:line="238" w:lineRule="auto"/>
              <w:contextualSpacing/>
              <w:jc w:val="center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b/>
                <w:bCs/>
                <w:sz w:val="18"/>
                <w:szCs w:val="18"/>
              </w:rPr>
              <w:t>Anexo V</w:t>
            </w:r>
          </w:p>
          <w:p w14:paraId="0D4E103B" w14:textId="77777777" w:rsidR="00E425DC" w:rsidRPr="00912353" w:rsidRDefault="00E425DC" w:rsidP="009C1637">
            <w:pPr>
              <w:tabs>
                <w:tab w:val="left" w:pos="712"/>
              </w:tabs>
              <w:spacing w:line="238" w:lineRule="auto"/>
              <w:ind w:left="720"/>
              <w:contextualSpacing/>
              <w:jc w:val="center"/>
              <w:rPr>
                <w:rFonts w:eastAsia="Arial"/>
                <w:sz w:val="18"/>
                <w:szCs w:val="18"/>
              </w:rPr>
            </w:pPr>
          </w:p>
          <w:p w14:paraId="06D14E2D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425DC" w:rsidRPr="00FF1131" w14:paraId="4B65CC9E" w14:textId="77777777" w:rsidTr="009C1637">
        <w:trPr>
          <w:trHeight w:val="390"/>
        </w:trPr>
        <w:tc>
          <w:tcPr>
            <w:tcW w:w="5103" w:type="dxa"/>
          </w:tcPr>
          <w:p w14:paraId="6667A167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Atestado de antecedentes criminais federal, original e recente, com emissão inferior a 30 (trinta) dias a contar da data de convocação;</w:t>
            </w:r>
          </w:p>
        </w:tc>
        <w:tc>
          <w:tcPr>
            <w:tcW w:w="4819" w:type="dxa"/>
          </w:tcPr>
          <w:p w14:paraId="30A7C7AF" w14:textId="77777777" w:rsidR="00E425DC" w:rsidRPr="00912353" w:rsidRDefault="00E425DC" w:rsidP="009C1637">
            <w:pPr>
              <w:jc w:val="both"/>
              <w:rPr>
                <w:rStyle w:val="Hyperlink"/>
                <w:color w:val="0070C0"/>
                <w:sz w:val="18"/>
                <w:szCs w:val="18"/>
              </w:rPr>
            </w:pPr>
            <w:r w:rsidRPr="00912353">
              <w:rPr>
                <w:color w:val="0070C0"/>
                <w:sz w:val="18"/>
                <w:szCs w:val="18"/>
              </w:rPr>
              <w:t>www.gov.br/pf/pt-br/assuntos/antecedentes-criminais</w:t>
            </w:r>
            <w:r w:rsidRPr="00912353">
              <w:rPr>
                <w:color w:val="0070C0"/>
                <w:sz w:val="18"/>
                <w:szCs w:val="18"/>
              </w:rPr>
              <w:fldChar w:fldCharType="begin"/>
            </w:r>
            <w:r w:rsidRPr="00912353">
              <w:rPr>
                <w:color w:val="0070C0"/>
                <w:sz w:val="18"/>
                <w:szCs w:val="18"/>
              </w:rPr>
              <w:instrText>HYPERLINK "https://www.bing.com/ck/a?!&amp;&amp;p=71939c84362f824d643ff20a25e8f7851940568b9ece49d02697ac1bfb91660dJmltdHM9MTc4MDI3MjAwMA&amp;ptn=3&amp;ver=2&amp;hsh=4&amp;fclid=0c9d73a3-0361-6048-159d-64fc02756138&amp;u=a1aHR0cHM6Ly93d3cuZ292LmJyL3B0LWJyL3NlcnZpY29zL2VtaXRpci1jZXJ0aWRhby1kZS1hbnRlY2VkZW50ZXMtY3JpbWluYWlz&amp;ntb=1" \t "_blank"</w:instrText>
            </w:r>
            <w:r w:rsidRPr="00912353">
              <w:rPr>
                <w:color w:val="0070C0"/>
                <w:sz w:val="18"/>
                <w:szCs w:val="18"/>
              </w:rPr>
            </w:r>
            <w:r w:rsidRPr="00912353">
              <w:rPr>
                <w:color w:val="0070C0"/>
                <w:sz w:val="18"/>
                <w:szCs w:val="18"/>
              </w:rPr>
              <w:fldChar w:fldCharType="separate"/>
            </w:r>
          </w:p>
          <w:p w14:paraId="2FA44131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0000"/>
                <w:sz w:val="18"/>
                <w:szCs w:val="18"/>
              </w:rPr>
            </w:pPr>
            <w:r w:rsidRPr="00912353"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E425DC" w:rsidRPr="00FF1131" w14:paraId="781F47B3" w14:textId="77777777" w:rsidTr="009C1637">
        <w:trPr>
          <w:trHeight w:val="390"/>
        </w:trPr>
        <w:tc>
          <w:tcPr>
            <w:tcW w:w="5103" w:type="dxa"/>
          </w:tcPr>
          <w:p w14:paraId="1B679EBF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 xml:space="preserve"> Atestado de antecedentes criminais estadual, original e recente, com emissão inferior a 30 (trinta) dias a contar da data</w:t>
            </w:r>
          </w:p>
          <w:p w14:paraId="7141B497" w14:textId="77777777" w:rsidR="00E425DC" w:rsidRPr="00912353" w:rsidRDefault="00E425DC" w:rsidP="009C1637">
            <w:pPr>
              <w:tabs>
                <w:tab w:val="left" w:pos="712"/>
              </w:tabs>
              <w:spacing w:line="238" w:lineRule="auto"/>
              <w:ind w:left="360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 xml:space="preserve">     de convocação;</w:t>
            </w:r>
          </w:p>
        </w:tc>
        <w:tc>
          <w:tcPr>
            <w:tcW w:w="4819" w:type="dxa"/>
          </w:tcPr>
          <w:p w14:paraId="00B9EF55" w14:textId="77777777" w:rsidR="00E425DC" w:rsidRPr="00912353" w:rsidRDefault="00E425DC" w:rsidP="009C1637">
            <w:pPr>
              <w:ind w:left="65"/>
              <w:jc w:val="both"/>
              <w:rPr>
                <w:bCs/>
                <w:color w:val="0070C0"/>
                <w:sz w:val="18"/>
                <w:szCs w:val="18"/>
              </w:rPr>
            </w:pPr>
            <w:hyperlink r:id="rId9" w:history="1">
              <w:r w:rsidRPr="00912353">
                <w:rPr>
                  <w:rStyle w:val="Hyperlink"/>
                  <w:bCs/>
                  <w:sz w:val="18"/>
                  <w:szCs w:val="18"/>
                </w:rPr>
                <w:t>https://www.policiacivil.mg.gov.br/pagina/emissao-atestado</w:t>
              </w:r>
            </w:hyperlink>
          </w:p>
        </w:tc>
      </w:tr>
      <w:tr w:rsidR="00E425DC" w:rsidRPr="00FF1131" w14:paraId="4DB18C0D" w14:textId="77777777" w:rsidTr="009C1637">
        <w:trPr>
          <w:trHeight w:val="390"/>
        </w:trPr>
        <w:tc>
          <w:tcPr>
            <w:tcW w:w="5103" w:type="dxa"/>
          </w:tcPr>
          <w:p w14:paraId="630E843B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>Declaração de Aptidão Física e Mental,</w:t>
            </w:r>
          </w:p>
          <w:p w14:paraId="3EF3A785" w14:textId="77777777" w:rsidR="00E425DC" w:rsidRPr="00912353" w:rsidRDefault="00E425DC" w:rsidP="009C1637">
            <w:pPr>
              <w:tabs>
                <w:tab w:val="left" w:pos="712"/>
              </w:tabs>
              <w:spacing w:line="238" w:lineRule="auto"/>
              <w:ind w:left="720"/>
              <w:contextualSpacing/>
              <w:jc w:val="both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4819" w:type="dxa"/>
          </w:tcPr>
          <w:p w14:paraId="246E7C39" w14:textId="77777777" w:rsidR="00E425DC" w:rsidRPr="00912353" w:rsidRDefault="00E425DC" w:rsidP="009C1637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912353">
              <w:rPr>
                <w:b/>
                <w:bCs/>
                <w:sz w:val="18"/>
                <w:szCs w:val="18"/>
              </w:rPr>
              <w:t>ANEXO VI</w:t>
            </w:r>
          </w:p>
          <w:p w14:paraId="3DA0678E" w14:textId="77777777" w:rsidR="00E425DC" w:rsidRPr="00912353" w:rsidRDefault="00E425DC" w:rsidP="009C1637">
            <w:pPr>
              <w:ind w:left="65"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425DC" w:rsidRPr="00FF1131" w14:paraId="58C399D7" w14:textId="77777777" w:rsidTr="009C1637">
        <w:trPr>
          <w:trHeight w:val="390"/>
        </w:trPr>
        <w:tc>
          <w:tcPr>
            <w:tcW w:w="5103" w:type="dxa"/>
          </w:tcPr>
          <w:p w14:paraId="2F56A3EB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rFonts w:eastAsia="Arial"/>
                <w:sz w:val="18"/>
                <w:szCs w:val="18"/>
              </w:rPr>
              <w:t xml:space="preserve">RG, CPF e certidão de nascimento dos dependentes, para fins de declaração do Imposto de Renda e preenchimento do Anexo VII; </w:t>
            </w:r>
          </w:p>
        </w:tc>
        <w:tc>
          <w:tcPr>
            <w:tcW w:w="4819" w:type="dxa"/>
          </w:tcPr>
          <w:p w14:paraId="29DB3601" w14:textId="77777777" w:rsidR="00E425DC" w:rsidRPr="00912353" w:rsidRDefault="00E425DC" w:rsidP="009C1637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912353">
              <w:rPr>
                <w:b/>
                <w:bCs/>
                <w:sz w:val="18"/>
                <w:szCs w:val="18"/>
              </w:rPr>
              <w:t>ANEXO VII</w:t>
            </w:r>
          </w:p>
          <w:p w14:paraId="59B390B7" w14:textId="77777777" w:rsidR="00E425DC" w:rsidRPr="00912353" w:rsidRDefault="00E425DC" w:rsidP="009C1637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425DC" w:rsidRPr="00FF1131" w14:paraId="138BDFCD" w14:textId="77777777" w:rsidTr="009C1637">
        <w:trPr>
          <w:trHeight w:val="390"/>
        </w:trPr>
        <w:tc>
          <w:tcPr>
            <w:tcW w:w="5103" w:type="dxa"/>
          </w:tcPr>
          <w:p w14:paraId="62F1B361" w14:textId="77777777" w:rsidR="00E425DC" w:rsidRPr="00912353" w:rsidRDefault="00E425DC" w:rsidP="00E425DC">
            <w:pPr>
              <w:numPr>
                <w:ilvl w:val="0"/>
                <w:numId w:val="10"/>
              </w:numPr>
              <w:tabs>
                <w:tab w:val="left" w:pos="712"/>
              </w:tabs>
              <w:spacing w:after="0" w:line="238" w:lineRule="auto"/>
              <w:contextualSpacing/>
              <w:jc w:val="both"/>
              <w:rPr>
                <w:rFonts w:eastAsia="Arial"/>
                <w:sz w:val="18"/>
                <w:szCs w:val="18"/>
              </w:rPr>
            </w:pPr>
            <w:r w:rsidRPr="00912353">
              <w:rPr>
                <w:sz w:val="18"/>
                <w:szCs w:val="18"/>
              </w:rPr>
              <w:t>Exame Médico Admissional</w:t>
            </w:r>
          </w:p>
        </w:tc>
        <w:tc>
          <w:tcPr>
            <w:tcW w:w="4819" w:type="dxa"/>
          </w:tcPr>
          <w:p w14:paraId="6D7B8E1E" w14:textId="77777777" w:rsidR="00E425DC" w:rsidRPr="00912353" w:rsidRDefault="00E425DC" w:rsidP="009C1637">
            <w:pPr>
              <w:ind w:firstLine="1078"/>
              <w:jc w:val="both"/>
              <w:rPr>
                <w:sz w:val="18"/>
                <w:szCs w:val="18"/>
              </w:rPr>
            </w:pPr>
            <w:r w:rsidRPr="00912353">
              <w:rPr>
                <w:sz w:val="18"/>
                <w:szCs w:val="18"/>
              </w:rPr>
              <w:t>Após a entrega e regular conferência de toda a documentação acima dentro do prazo, o Setor de RH encaminhará o candidato à Secretaria de Saúde Municipal para a realização dos exames laboratoriais.</w:t>
            </w:r>
          </w:p>
          <w:p w14:paraId="3807F4BC" w14:textId="77777777" w:rsidR="00E425DC" w:rsidRPr="00912353" w:rsidRDefault="00E425DC" w:rsidP="009C1637">
            <w:pPr>
              <w:ind w:firstLine="1078"/>
              <w:jc w:val="both"/>
              <w:rPr>
                <w:sz w:val="18"/>
                <w:szCs w:val="18"/>
              </w:rPr>
            </w:pPr>
            <w:r w:rsidRPr="00912353">
              <w:rPr>
                <w:sz w:val="18"/>
                <w:szCs w:val="18"/>
              </w:rPr>
              <w:t xml:space="preserve">De posse dos resultados dos exames laboratoriais, o RH agendará o </w:t>
            </w:r>
            <w:r w:rsidRPr="00912353">
              <w:rPr>
                <w:b/>
                <w:bCs/>
                <w:sz w:val="18"/>
                <w:szCs w:val="18"/>
              </w:rPr>
              <w:t>Exame Médico Admissional</w:t>
            </w:r>
            <w:r w:rsidRPr="00912353">
              <w:rPr>
                <w:sz w:val="18"/>
                <w:szCs w:val="18"/>
              </w:rPr>
              <w:t>, ocasião em que será feita a devida avaliação da aptidão física e mental do candidato para o exercício do cargo.</w:t>
            </w:r>
          </w:p>
          <w:p w14:paraId="24449010" w14:textId="77777777" w:rsidR="00E425DC" w:rsidRPr="00912353" w:rsidRDefault="00E425DC" w:rsidP="009C1637">
            <w:pPr>
              <w:ind w:firstLine="1078"/>
              <w:jc w:val="both"/>
              <w:rPr>
                <w:sz w:val="18"/>
                <w:szCs w:val="18"/>
              </w:rPr>
            </w:pPr>
            <w:r w:rsidRPr="00912353">
              <w:rPr>
                <w:sz w:val="18"/>
                <w:szCs w:val="18"/>
              </w:rPr>
              <w:t>O médico avaliador poderá a seu critério, solicitar exames complementares caso julgue necessário para a conclusão do laudo.</w:t>
            </w:r>
          </w:p>
          <w:p w14:paraId="75577F64" w14:textId="77777777" w:rsidR="00E425DC" w:rsidRPr="00912353" w:rsidRDefault="00E425DC" w:rsidP="009C1637">
            <w:pPr>
              <w:ind w:firstLine="1078"/>
              <w:jc w:val="both"/>
              <w:rPr>
                <w:sz w:val="18"/>
                <w:szCs w:val="18"/>
              </w:rPr>
            </w:pPr>
            <w:r w:rsidRPr="00912353">
              <w:rPr>
                <w:sz w:val="18"/>
                <w:szCs w:val="18"/>
              </w:rPr>
              <w:t xml:space="preserve">Fica o candidato ciente de que, conforme o </w:t>
            </w:r>
            <w:r w:rsidRPr="00912353">
              <w:rPr>
                <w:b/>
                <w:bCs/>
                <w:sz w:val="18"/>
                <w:szCs w:val="18"/>
              </w:rPr>
              <w:t>Item 13.15 do Edital do Concurso Público 001/25</w:t>
            </w:r>
            <w:r w:rsidRPr="00912353">
              <w:rPr>
                <w:sz w:val="18"/>
                <w:szCs w:val="18"/>
              </w:rPr>
              <w:t>, todos os custos relativos a eventuais exames médicos complementares solicitados serão de sua inteira e exclusiva responsabilidade.</w:t>
            </w:r>
          </w:p>
          <w:p w14:paraId="38BF0768" w14:textId="77777777" w:rsidR="00E425DC" w:rsidRPr="00912353" w:rsidRDefault="00E425DC" w:rsidP="009C1637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781565BB" w14:textId="77777777" w:rsidR="00E425DC" w:rsidRPr="00FF1131" w:rsidRDefault="00E425DC" w:rsidP="00E425DC">
      <w:pPr>
        <w:spacing w:line="360" w:lineRule="auto"/>
        <w:jc w:val="center"/>
        <w:rPr>
          <w:b/>
          <w:sz w:val="16"/>
          <w:szCs w:val="16"/>
        </w:rPr>
      </w:pPr>
      <w:r w:rsidRPr="00FF1131">
        <w:rPr>
          <w:b/>
          <w:sz w:val="16"/>
          <w:szCs w:val="16"/>
        </w:rPr>
        <w:t xml:space="preserve">Observação: </w:t>
      </w:r>
    </w:p>
    <w:p w14:paraId="67ECA1DB" w14:textId="77777777" w:rsidR="00E425DC" w:rsidRPr="00FF1131" w:rsidRDefault="00E425DC" w:rsidP="00E425DC">
      <w:pPr>
        <w:numPr>
          <w:ilvl w:val="0"/>
          <w:numId w:val="20"/>
        </w:numPr>
        <w:spacing w:after="0" w:line="360" w:lineRule="auto"/>
        <w:jc w:val="center"/>
        <w:rPr>
          <w:bCs/>
          <w:sz w:val="16"/>
          <w:szCs w:val="16"/>
        </w:rPr>
      </w:pPr>
      <w:r w:rsidRPr="00FF1131">
        <w:rPr>
          <w:bCs/>
          <w:sz w:val="16"/>
          <w:szCs w:val="16"/>
        </w:rPr>
        <w:t>A posse do candidato aprovado e convocado estará condicionada ao laudo médico favorável, que comprove a aptidão física e mental para o cargo pretendido.</w:t>
      </w:r>
    </w:p>
    <w:p w14:paraId="7C0A3030" w14:textId="77777777" w:rsidR="00E425DC" w:rsidRPr="00FF1131" w:rsidRDefault="00E425DC" w:rsidP="00E425DC">
      <w:pPr>
        <w:numPr>
          <w:ilvl w:val="0"/>
          <w:numId w:val="20"/>
        </w:numPr>
        <w:spacing w:after="0" w:line="360" w:lineRule="auto"/>
        <w:jc w:val="center"/>
        <w:rPr>
          <w:bCs/>
          <w:sz w:val="16"/>
          <w:szCs w:val="16"/>
        </w:rPr>
      </w:pPr>
      <w:r w:rsidRPr="00FF1131">
        <w:rPr>
          <w:bCs/>
          <w:sz w:val="16"/>
          <w:szCs w:val="16"/>
        </w:rPr>
        <w:t xml:space="preserve"> Os anexos deste Edital deverão ser preenchidos </w:t>
      </w:r>
      <w:r w:rsidRPr="00FF1131">
        <w:rPr>
          <w:b/>
          <w:sz w:val="16"/>
          <w:szCs w:val="16"/>
        </w:rPr>
        <w:t xml:space="preserve">preferencialmente </w:t>
      </w:r>
      <w:r w:rsidRPr="00FF1131">
        <w:rPr>
          <w:bCs/>
          <w:sz w:val="16"/>
          <w:szCs w:val="16"/>
        </w:rPr>
        <w:t xml:space="preserve">com caneta esferográfica de </w:t>
      </w:r>
      <w:r w:rsidRPr="00FF1131">
        <w:rPr>
          <w:b/>
          <w:sz w:val="16"/>
          <w:szCs w:val="16"/>
        </w:rPr>
        <w:t>tinta azul</w:t>
      </w:r>
      <w:r w:rsidRPr="00FF1131">
        <w:rPr>
          <w:bCs/>
          <w:sz w:val="16"/>
          <w:szCs w:val="16"/>
        </w:rPr>
        <w:t>, com letra legível, sem rasuras, emendas ou borrões.</w:t>
      </w:r>
    </w:p>
    <w:p w14:paraId="2DE79547" w14:textId="77777777" w:rsidR="00E425DC" w:rsidRDefault="00E425DC" w:rsidP="00E425DC">
      <w:pPr>
        <w:spacing w:line="360" w:lineRule="auto"/>
        <w:jc w:val="center"/>
        <w:rPr>
          <w:b/>
          <w:sz w:val="24"/>
          <w:szCs w:val="24"/>
        </w:rPr>
      </w:pPr>
    </w:p>
    <w:p w14:paraId="4E1CED5B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63FC94B3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46AA78AB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631AC567" w14:textId="77777777" w:rsidR="00912353" w:rsidRDefault="00912353" w:rsidP="00E425DC">
      <w:pPr>
        <w:spacing w:line="360" w:lineRule="auto"/>
        <w:jc w:val="center"/>
        <w:rPr>
          <w:b/>
          <w:sz w:val="24"/>
          <w:szCs w:val="24"/>
        </w:rPr>
      </w:pPr>
    </w:p>
    <w:p w14:paraId="285697BE" w14:textId="2EA09FAF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 xml:space="preserve">ANEXO II </w:t>
      </w:r>
    </w:p>
    <w:p w14:paraId="5884A621" w14:textId="77777777" w:rsidR="00E425DC" w:rsidRPr="00FF1131" w:rsidRDefault="00E425DC" w:rsidP="00E425DC">
      <w:pPr>
        <w:jc w:val="center"/>
        <w:rPr>
          <w:b/>
          <w:sz w:val="28"/>
          <w:szCs w:val="28"/>
        </w:rPr>
      </w:pPr>
      <w:r w:rsidRPr="00FF1131">
        <w:rPr>
          <w:b/>
          <w:sz w:val="28"/>
          <w:szCs w:val="28"/>
        </w:rPr>
        <w:t>DECLARAÇÃO DE BENS E VALORES</w:t>
      </w:r>
    </w:p>
    <w:p w14:paraId="4167BDAA" w14:textId="77777777" w:rsidR="00E425DC" w:rsidRPr="00FF1131" w:rsidRDefault="00E425DC" w:rsidP="00E425DC">
      <w:pPr>
        <w:spacing w:line="360" w:lineRule="auto"/>
        <w:jc w:val="both"/>
      </w:pPr>
      <w:r w:rsidRPr="00FF1131">
        <w:t>Eu________________________________________________________________, abaixo assinado(a), brasileiro(a), estado civil ____________________, portador(a) do RG nº ________________________, inscrito no CPF sob o nº ________________</w:t>
      </w:r>
      <w:proofErr w:type="gramStart"/>
      <w:r w:rsidRPr="00FF1131">
        <w:t xml:space="preserve">_,  </w:t>
      </w:r>
      <w:r w:rsidRPr="00FF1131">
        <w:rPr>
          <w:b/>
        </w:rPr>
        <w:t>DECLARO</w:t>
      </w:r>
      <w:proofErr w:type="gramEnd"/>
      <w:r w:rsidRPr="00FF1131">
        <w:t xml:space="preserve">  para o fim específico de ingresso no Serviço Público no Município de Itapeva, Estado de Minas Gerais, que: </w:t>
      </w:r>
    </w:p>
    <w:p w14:paraId="1BA373AA" w14:textId="77777777" w:rsidR="00E425DC" w:rsidRPr="00FF1131" w:rsidRDefault="00E425DC" w:rsidP="00E425DC">
      <w:pPr>
        <w:spacing w:line="360" w:lineRule="auto"/>
        <w:jc w:val="both"/>
      </w:pPr>
      <w:r w:rsidRPr="00FF1131">
        <w:rPr>
          <w:b/>
          <w:bCs/>
        </w:rPr>
        <w:t xml:space="preserve">a. </w:t>
      </w:r>
      <w:proofErr w:type="gramStart"/>
      <w:r w:rsidRPr="00FF1131">
        <w:rPr>
          <w:b/>
          <w:bCs/>
        </w:rPr>
        <w:t xml:space="preserve">(  </w:t>
      </w:r>
      <w:proofErr w:type="gramEnd"/>
      <w:r w:rsidRPr="00FF1131">
        <w:rPr>
          <w:b/>
          <w:bCs/>
        </w:rPr>
        <w:t xml:space="preserve"> ) </w:t>
      </w:r>
      <w:r w:rsidRPr="00FF1131">
        <w:rPr>
          <w:b/>
          <w:bCs/>
        </w:rPr>
        <w:tab/>
      </w:r>
      <w:r w:rsidRPr="00FF1131">
        <w:t xml:space="preserve">Não possuo bens e valores patrimoniais que se enquadrem entre os elencados no item </w:t>
      </w:r>
      <w:r w:rsidRPr="00FF1131">
        <w:rPr>
          <w:b/>
          <w:bCs/>
        </w:rPr>
        <w:t>b.</w:t>
      </w:r>
      <w:r w:rsidRPr="00FF1131">
        <w:t xml:space="preserve"> </w:t>
      </w:r>
    </w:p>
    <w:p w14:paraId="4EB35568" w14:textId="77777777" w:rsidR="00E425DC" w:rsidRPr="00FF1131" w:rsidRDefault="00E425DC" w:rsidP="00E425DC">
      <w:pPr>
        <w:spacing w:line="360" w:lineRule="auto"/>
        <w:jc w:val="both"/>
      </w:pPr>
      <w:r w:rsidRPr="00FF1131">
        <w:rPr>
          <w:b/>
          <w:bCs/>
        </w:rPr>
        <w:t xml:space="preserve">b. </w:t>
      </w:r>
      <w:proofErr w:type="gramStart"/>
      <w:r w:rsidRPr="00FF1131">
        <w:rPr>
          <w:b/>
          <w:bCs/>
        </w:rPr>
        <w:t xml:space="preserve">(  </w:t>
      </w:r>
      <w:proofErr w:type="gramEnd"/>
      <w:r w:rsidRPr="00FF1131">
        <w:rPr>
          <w:b/>
          <w:bCs/>
        </w:rPr>
        <w:t xml:space="preserve"> ) </w:t>
      </w:r>
      <w:r w:rsidRPr="00FF1131">
        <w:rPr>
          <w:b/>
          <w:bCs/>
        </w:rPr>
        <w:tab/>
      </w:r>
      <w:r w:rsidRPr="00FF1131">
        <w:t xml:space="preserve">Integram meu patrimônio os bens patrimoniais gravados em meu </w:t>
      </w:r>
      <w:proofErr w:type="gramStart"/>
      <w:r w:rsidRPr="00FF1131">
        <w:t>nome  e</w:t>
      </w:r>
      <w:proofErr w:type="gramEnd"/>
      <w:r w:rsidRPr="00FF1131">
        <w:t xml:space="preserve"> de meus dependentes: </w:t>
      </w:r>
      <w:r w:rsidRPr="00FF1131">
        <w:rPr>
          <w:i/>
        </w:rPr>
        <w:t>(relacionar Imóveis urbanos (identificação/valor atual); Imóveis rurais (identificação/valor atual); Veículos e máquinas (identificação/valor atual); Outros (identificação/valor atual))</w:t>
      </w:r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6"/>
        <w:gridCol w:w="3549"/>
      </w:tblGrid>
      <w:tr w:rsidR="00E425DC" w:rsidRPr="00FF1131" w14:paraId="718B3925" w14:textId="77777777" w:rsidTr="009C1637">
        <w:trPr>
          <w:trHeight w:val="400"/>
        </w:trPr>
        <w:tc>
          <w:tcPr>
            <w:tcW w:w="6516" w:type="dxa"/>
            <w:hideMark/>
          </w:tcPr>
          <w:p w14:paraId="50E0679F" w14:textId="77777777" w:rsidR="00E425DC" w:rsidRPr="00FF1131" w:rsidRDefault="00E425DC" w:rsidP="009C1637">
            <w:pPr>
              <w:ind w:left="369" w:firstLine="709"/>
            </w:pPr>
            <w:r w:rsidRPr="00FF1131">
              <w:t>DISCRIMINAÇÃO DO BEM</w:t>
            </w:r>
          </w:p>
        </w:tc>
        <w:tc>
          <w:tcPr>
            <w:tcW w:w="3549" w:type="dxa"/>
            <w:hideMark/>
          </w:tcPr>
          <w:p w14:paraId="4BF42DBB" w14:textId="77777777" w:rsidR="00E425DC" w:rsidRPr="00FF1131" w:rsidRDefault="00E425DC" w:rsidP="009C1637">
            <w:pPr>
              <w:ind w:left="369" w:firstLine="709"/>
            </w:pPr>
            <w:r w:rsidRPr="00FF1131">
              <w:t xml:space="preserve">  VALOR (R$)</w:t>
            </w:r>
          </w:p>
        </w:tc>
      </w:tr>
      <w:tr w:rsidR="00E425DC" w:rsidRPr="00FF1131" w14:paraId="75F27859" w14:textId="77777777" w:rsidTr="009C1637">
        <w:trPr>
          <w:trHeight w:val="400"/>
        </w:trPr>
        <w:tc>
          <w:tcPr>
            <w:tcW w:w="6516" w:type="dxa"/>
          </w:tcPr>
          <w:p w14:paraId="051C34F5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26285FDD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1575EBAC" w14:textId="77777777" w:rsidTr="009C1637">
        <w:trPr>
          <w:trHeight w:val="400"/>
        </w:trPr>
        <w:tc>
          <w:tcPr>
            <w:tcW w:w="6516" w:type="dxa"/>
          </w:tcPr>
          <w:p w14:paraId="71FFF114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02D08B20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6F8AE886" w14:textId="77777777" w:rsidTr="009C1637">
        <w:trPr>
          <w:trHeight w:val="400"/>
        </w:trPr>
        <w:tc>
          <w:tcPr>
            <w:tcW w:w="6516" w:type="dxa"/>
          </w:tcPr>
          <w:p w14:paraId="67DEDCEE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6BCE972F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798AE2D4" w14:textId="77777777" w:rsidTr="009C1637">
        <w:trPr>
          <w:trHeight w:val="400"/>
        </w:trPr>
        <w:tc>
          <w:tcPr>
            <w:tcW w:w="6516" w:type="dxa"/>
          </w:tcPr>
          <w:p w14:paraId="3F073FA9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14220E4A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5DD8B3F5" w14:textId="77777777" w:rsidTr="009C1637">
        <w:trPr>
          <w:trHeight w:val="400"/>
        </w:trPr>
        <w:tc>
          <w:tcPr>
            <w:tcW w:w="6516" w:type="dxa"/>
          </w:tcPr>
          <w:p w14:paraId="602CD6D3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333A4793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2E93C5EB" w14:textId="77777777" w:rsidTr="009C1637">
        <w:trPr>
          <w:trHeight w:val="400"/>
        </w:trPr>
        <w:tc>
          <w:tcPr>
            <w:tcW w:w="6516" w:type="dxa"/>
          </w:tcPr>
          <w:p w14:paraId="627999F9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6E14C9EF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  <w:tr w:rsidR="00E425DC" w:rsidRPr="00FF1131" w14:paraId="34F3864B" w14:textId="77777777" w:rsidTr="009C1637">
        <w:trPr>
          <w:trHeight w:val="400"/>
        </w:trPr>
        <w:tc>
          <w:tcPr>
            <w:tcW w:w="6516" w:type="dxa"/>
          </w:tcPr>
          <w:p w14:paraId="761C9804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  <w:tc>
          <w:tcPr>
            <w:tcW w:w="3549" w:type="dxa"/>
          </w:tcPr>
          <w:p w14:paraId="4200D4E1" w14:textId="77777777" w:rsidR="00E425DC" w:rsidRPr="00FF1131" w:rsidRDefault="00E425DC" w:rsidP="009C1637">
            <w:pPr>
              <w:ind w:left="369" w:firstLine="709"/>
              <w:rPr>
                <w:b/>
                <w:bCs/>
              </w:rPr>
            </w:pPr>
          </w:p>
        </w:tc>
      </w:tr>
    </w:tbl>
    <w:p w14:paraId="5BD2E061" w14:textId="77777777" w:rsidR="00E425DC" w:rsidRPr="00FF1131" w:rsidRDefault="00E425DC" w:rsidP="00E425DC">
      <w:pPr>
        <w:spacing w:line="360" w:lineRule="auto"/>
        <w:jc w:val="both"/>
      </w:pPr>
      <w:r w:rsidRPr="00FF1131">
        <w:t xml:space="preserve">Declaro   ainda   ter   ciência   de   que   a   não   veracidade   das   informações prestadas   poderá   acarretar   responsabilização   </w:t>
      </w:r>
      <w:proofErr w:type="gramStart"/>
      <w:r w:rsidRPr="00FF1131">
        <w:t xml:space="preserve">civil,   </w:t>
      </w:r>
      <w:proofErr w:type="gramEnd"/>
      <w:r w:rsidRPr="00FF1131">
        <w:t xml:space="preserve">penal   e   </w:t>
      </w:r>
      <w:proofErr w:type="gramStart"/>
      <w:r w:rsidRPr="00FF1131">
        <w:t xml:space="preserve">administrativa,   </w:t>
      </w:r>
      <w:proofErr w:type="gramEnd"/>
      <w:r w:rsidRPr="00FF1131">
        <w:t>gerando consequências previstas na legislação vigente.</w:t>
      </w:r>
    </w:p>
    <w:p w14:paraId="70B7391E" w14:textId="77777777" w:rsidR="00E425DC" w:rsidRPr="00FF1131" w:rsidRDefault="00E425DC" w:rsidP="00E425DC">
      <w:r w:rsidRPr="00FF1131">
        <w:t xml:space="preserve">Itapeva, _____ de _________________________ </w:t>
      </w:r>
      <w:proofErr w:type="spellStart"/>
      <w:r w:rsidRPr="00FF1131">
        <w:t>de</w:t>
      </w:r>
      <w:proofErr w:type="spellEnd"/>
      <w:r w:rsidRPr="00FF1131">
        <w:t xml:space="preserve"> _____________.</w:t>
      </w:r>
    </w:p>
    <w:p w14:paraId="1EC86DE7" w14:textId="77777777" w:rsidR="007D2976" w:rsidRDefault="007D2976" w:rsidP="00E425DC">
      <w:pPr>
        <w:spacing w:line="360" w:lineRule="auto"/>
        <w:jc w:val="center"/>
        <w:rPr>
          <w:sz w:val="24"/>
          <w:szCs w:val="24"/>
        </w:rPr>
      </w:pPr>
    </w:p>
    <w:p w14:paraId="55CC1477" w14:textId="17331C11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>______________________</w:t>
      </w:r>
    </w:p>
    <w:p w14:paraId="113A097A" w14:textId="77777777" w:rsidR="00E425DC" w:rsidRPr="00FF1131" w:rsidRDefault="00E425DC" w:rsidP="00E425DC">
      <w:pPr>
        <w:keepNext/>
        <w:jc w:val="center"/>
        <w:outlineLvl w:val="0"/>
        <w:rPr>
          <w:sz w:val="24"/>
          <w:szCs w:val="24"/>
        </w:rPr>
      </w:pPr>
      <w:r w:rsidRPr="00FF1131">
        <w:rPr>
          <w:sz w:val="24"/>
          <w:szCs w:val="24"/>
        </w:rPr>
        <w:t>DECLARANTE</w:t>
      </w:r>
    </w:p>
    <w:p w14:paraId="7A8A448A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25745D51" w14:textId="77777777" w:rsidR="00E425DC" w:rsidRPr="00FF1131" w:rsidRDefault="00E425DC" w:rsidP="00E425DC">
      <w:pPr>
        <w:spacing w:line="360" w:lineRule="auto"/>
        <w:jc w:val="both"/>
      </w:pPr>
    </w:p>
    <w:p w14:paraId="7984C6B6" w14:textId="77777777" w:rsidR="007D2976" w:rsidRDefault="007D2976" w:rsidP="00E425DC">
      <w:pPr>
        <w:spacing w:line="360" w:lineRule="auto"/>
        <w:jc w:val="center"/>
        <w:rPr>
          <w:b/>
          <w:sz w:val="24"/>
          <w:szCs w:val="24"/>
        </w:rPr>
      </w:pPr>
    </w:p>
    <w:p w14:paraId="7C2CB793" w14:textId="0A2CF3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>ANEXO III</w:t>
      </w:r>
    </w:p>
    <w:p w14:paraId="5A8B89B9" w14:textId="777777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 xml:space="preserve"> DECLARAÇÃO DE NÃO ACUMULAÇÃO </w:t>
      </w:r>
    </w:p>
    <w:p w14:paraId="362F59D8" w14:textId="777777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>DE CARGOS, EMPREGOS OU FUNÇÕES PÚBLICAS.</w:t>
      </w:r>
    </w:p>
    <w:p w14:paraId="188F77AD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Eu, _____________________________________________________, portador do RG nº _________________ e CPF nº _____________________, DECLARO para fins de posse no cargo de   _________________________________,na Prefeitura Municipal de Itapeva/MG, </w:t>
      </w:r>
      <w:r w:rsidRPr="00FF1131">
        <w:rPr>
          <w:b/>
          <w:sz w:val="24"/>
          <w:szCs w:val="24"/>
        </w:rPr>
        <w:t>QUE NÃO EXERÇO</w:t>
      </w:r>
      <w:r w:rsidRPr="00FF1131">
        <w:rPr>
          <w:sz w:val="24"/>
          <w:szCs w:val="24"/>
        </w:rPr>
        <w:t xml:space="preserve"> qualquer cargo, emprego, ou função pública junto à administração pública direta, autarquias, fundações, empresas públicas, sociedade de economia mista, suas subsidiárias e sociedades controladas direta ou indiretamente pelo poder público, que seja </w:t>
      </w:r>
      <w:proofErr w:type="spellStart"/>
      <w:r w:rsidRPr="00FF1131">
        <w:rPr>
          <w:sz w:val="24"/>
          <w:szCs w:val="24"/>
        </w:rPr>
        <w:t>inacumulável</w:t>
      </w:r>
      <w:proofErr w:type="spellEnd"/>
      <w:r w:rsidRPr="00FF1131">
        <w:rPr>
          <w:sz w:val="24"/>
          <w:szCs w:val="24"/>
        </w:rPr>
        <w:t xml:space="preserve"> com a carreira em que serei contratado, em consonância com os incisos XVI e XVII do art. 37, da Constituição Federal.</w:t>
      </w:r>
    </w:p>
    <w:p w14:paraId="2FFC355A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DECLARO, outrossim, QUE NÃO PERCEBO proventos de aposentadoria decorrente do art. 40 ou dos </w:t>
      </w:r>
      <w:proofErr w:type="spellStart"/>
      <w:r w:rsidRPr="00FF1131">
        <w:rPr>
          <w:sz w:val="24"/>
          <w:szCs w:val="24"/>
        </w:rPr>
        <w:t>arts</w:t>
      </w:r>
      <w:proofErr w:type="spellEnd"/>
      <w:r w:rsidRPr="00FF1131">
        <w:rPr>
          <w:sz w:val="24"/>
          <w:szCs w:val="24"/>
        </w:rPr>
        <w:t xml:space="preserve">. 42 e 142 da Constituição Federal, que seja </w:t>
      </w:r>
      <w:proofErr w:type="spellStart"/>
      <w:r w:rsidRPr="00FF1131">
        <w:rPr>
          <w:sz w:val="24"/>
          <w:szCs w:val="24"/>
        </w:rPr>
        <w:t>inacumulável</w:t>
      </w:r>
      <w:proofErr w:type="spellEnd"/>
      <w:r w:rsidRPr="00FF1131">
        <w:rPr>
          <w:sz w:val="24"/>
          <w:szCs w:val="24"/>
        </w:rPr>
        <w:t xml:space="preserve"> com a carreira em que serei contratado. </w:t>
      </w:r>
    </w:p>
    <w:p w14:paraId="79978DDE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DECLARO, também, estar ciente de que devo comunicar a esse Órgão qualquer alteração que venha a ocorrer em minha vida funcional que não atenda às determinações legais vigentes relativamente à acumulação de cargos. </w:t>
      </w:r>
    </w:p>
    <w:p w14:paraId="462A6520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DECLARO, ainda, estar ciente de que prestar declaração falsa é crime previsto no art. 299 do Código Penal Brasileiro, sujeitando o declarante às suas penas, sem prejuízo de outras sanções cabíveis. </w:t>
      </w:r>
    </w:p>
    <w:p w14:paraId="6376509E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DECLARO, por fim, que tomo ciência de toda a legislação supra referida.</w:t>
      </w:r>
    </w:p>
    <w:p w14:paraId="4CFFAEFD" w14:textId="77777777" w:rsidR="00E425DC" w:rsidRPr="00FF1131" w:rsidRDefault="00E425DC" w:rsidP="00E425DC">
      <w:pPr>
        <w:spacing w:line="360" w:lineRule="auto"/>
        <w:jc w:val="right"/>
        <w:rPr>
          <w:sz w:val="24"/>
          <w:szCs w:val="24"/>
        </w:rPr>
      </w:pPr>
    </w:p>
    <w:p w14:paraId="07E907D7" w14:textId="77777777" w:rsidR="00E425DC" w:rsidRPr="00FF1131" w:rsidRDefault="00E425DC" w:rsidP="00E425DC">
      <w:pPr>
        <w:spacing w:line="360" w:lineRule="auto"/>
        <w:jc w:val="right"/>
        <w:rPr>
          <w:sz w:val="24"/>
          <w:szCs w:val="24"/>
        </w:rPr>
      </w:pPr>
      <w:r w:rsidRPr="00FF1131">
        <w:rPr>
          <w:sz w:val="24"/>
          <w:szCs w:val="24"/>
        </w:rPr>
        <w:t xml:space="preserve">_________, ______de____________ </w:t>
      </w:r>
      <w:proofErr w:type="spellStart"/>
      <w:r w:rsidRPr="00FF1131">
        <w:rPr>
          <w:sz w:val="24"/>
          <w:szCs w:val="24"/>
        </w:rPr>
        <w:t>de</w:t>
      </w:r>
      <w:proofErr w:type="spellEnd"/>
      <w:r w:rsidRPr="00FF1131">
        <w:rPr>
          <w:sz w:val="24"/>
          <w:szCs w:val="24"/>
        </w:rPr>
        <w:t>________.</w:t>
      </w:r>
    </w:p>
    <w:p w14:paraId="11DE741D" w14:textId="77777777" w:rsidR="00E425DC" w:rsidRPr="00FF1131" w:rsidRDefault="00E425DC" w:rsidP="00E425DC">
      <w:pPr>
        <w:spacing w:line="360" w:lineRule="auto"/>
        <w:jc w:val="right"/>
        <w:rPr>
          <w:sz w:val="24"/>
          <w:szCs w:val="24"/>
        </w:rPr>
      </w:pPr>
    </w:p>
    <w:p w14:paraId="1E192812" w14:textId="77777777" w:rsidR="00E425DC" w:rsidRPr="00FF1131" w:rsidRDefault="00E425DC" w:rsidP="00E425DC">
      <w:pPr>
        <w:spacing w:line="360" w:lineRule="auto"/>
        <w:jc w:val="right"/>
        <w:rPr>
          <w:sz w:val="24"/>
          <w:szCs w:val="24"/>
        </w:rPr>
      </w:pPr>
    </w:p>
    <w:p w14:paraId="46230278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>____________________________________________</w:t>
      </w:r>
    </w:p>
    <w:p w14:paraId="48229DD2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>Declarante</w:t>
      </w:r>
    </w:p>
    <w:p w14:paraId="1744A806" w14:textId="777777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</w:p>
    <w:p w14:paraId="38D942EC" w14:textId="77777777" w:rsidR="00912353" w:rsidRDefault="00912353" w:rsidP="007D2976">
      <w:pPr>
        <w:spacing w:line="360" w:lineRule="auto"/>
        <w:jc w:val="center"/>
        <w:rPr>
          <w:b/>
          <w:sz w:val="24"/>
          <w:szCs w:val="24"/>
        </w:rPr>
      </w:pPr>
    </w:p>
    <w:p w14:paraId="4F9E73D7" w14:textId="1513EF8A" w:rsidR="007D2976" w:rsidRDefault="00E425DC" w:rsidP="007D2976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>ANEXO IV</w:t>
      </w:r>
    </w:p>
    <w:p w14:paraId="3FBF8716" w14:textId="1A79D99F" w:rsidR="00E425DC" w:rsidRPr="00FF1131" w:rsidRDefault="00E425DC" w:rsidP="007D2976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 xml:space="preserve">DECLARAÇÃO DE ACUMULAÇÃO </w:t>
      </w:r>
    </w:p>
    <w:p w14:paraId="31AE1B67" w14:textId="77777777" w:rsidR="00E425DC" w:rsidRPr="00FF1131" w:rsidRDefault="00E425DC" w:rsidP="00E425DC">
      <w:pPr>
        <w:spacing w:line="360" w:lineRule="auto"/>
        <w:jc w:val="center"/>
        <w:rPr>
          <w:b/>
          <w:sz w:val="24"/>
          <w:szCs w:val="24"/>
        </w:rPr>
      </w:pPr>
      <w:r w:rsidRPr="00FF1131">
        <w:rPr>
          <w:b/>
          <w:sz w:val="24"/>
          <w:szCs w:val="24"/>
        </w:rPr>
        <w:t>DE CARGOS, EMPREGOS OU FUNÇÕES PÚBLICAS</w:t>
      </w:r>
      <w:r w:rsidRPr="00FF1131">
        <w:rPr>
          <w:b/>
          <w:sz w:val="24"/>
          <w:szCs w:val="24"/>
        </w:rPr>
        <w:cr/>
      </w:r>
    </w:p>
    <w:p w14:paraId="7F5E1209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Nome:___________________________________________________________________</w:t>
      </w:r>
    </w:p>
    <w:p w14:paraId="56E6D862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CPF:_______________________RG:_________________Cargo:____________________</w:t>
      </w:r>
    </w:p>
    <w:p w14:paraId="5AA223EE" w14:textId="77777777" w:rsidR="00E425DC" w:rsidRPr="00FF1131" w:rsidRDefault="00E425DC" w:rsidP="00E425DC">
      <w:pPr>
        <w:numPr>
          <w:ilvl w:val="0"/>
          <w:numId w:val="12"/>
        </w:numPr>
        <w:spacing w:after="0"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DECLARO para fins de ocupação de cargo público no Município de ITAPEVA/MG, que exerço cargo, emprego ou função pública, nos órgãos abaixo:</w:t>
      </w:r>
    </w:p>
    <w:p w14:paraId="2A4F40D1" w14:textId="77777777" w:rsidR="00E425DC" w:rsidRPr="00FF1131" w:rsidRDefault="00E425DC" w:rsidP="00E425DC">
      <w:pPr>
        <w:spacing w:line="48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Denominação do Órgão: __________________________________________________</w:t>
      </w:r>
    </w:p>
    <w:p w14:paraId="3D766506" w14:textId="77777777" w:rsidR="00E425DC" w:rsidRPr="00FF1131" w:rsidRDefault="00E425DC" w:rsidP="00E425DC">
      <w:pPr>
        <w:spacing w:line="48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Cargo/Emprego/Função: </w:t>
      </w:r>
      <w:r w:rsidRPr="00FF1131">
        <w:rPr>
          <w:sz w:val="24"/>
          <w:szCs w:val="24"/>
        </w:rPr>
        <w:softHyphen/>
      </w:r>
      <w:r w:rsidRPr="00FF1131">
        <w:rPr>
          <w:sz w:val="24"/>
          <w:szCs w:val="24"/>
        </w:rPr>
        <w:softHyphen/>
      </w:r>
      <w:r w:rsidRPr="00FF1131">
        <w:rPr>
          <w:sz w:val="24"/>
          <w:szCs w:val="24"/>
        </w:rPr>
        <w:softHyphen/>
        <w:t>__________________________________________________</w:t>
      </w:r>
    </w:p>
    <w:p w14:paraId="020E5B85" w14:textId="77777777" w:rsidR="00E425DC" w:rsidRPr="00FF1131" w:rsidRDefault="00E425DC" w:rsidP="00E425DC">
      <w:pPr>
        <w:spacing w:line="48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Carga Horária Mensal:____________________________________________________</w:t>
      </w:r>
    </w:p>
    <w:p w14:paraId="7BD9A39A" w14:textId="77777777" w:rsidR="00E425DC" w:rsidRPr="00FF1131" w:rsidRDefault="00E425DC" w:rsidP="00E425DC">
      <w:pPr>
        <w:spacing w:line="48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Horário de Trabalho: ______________________________________________________</w:t>
      </w:r>
    </w:p>
    <w:p w14:paraId="59528595" w14:textId="77777777" w:rsidR="00E425DC" w:rsidRPr="00FF1131" w:rsidRDefault="00E425DC" w:rsidP="00E425DC">
      <w:pPr>
        <w:numPr>
          <w:ilvl w:val="0"/>
          <w:numId w:val="12"/>
        </w:numPr>
        <w:spacing w:after="0"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DECLARO que sou aposentado no cargo de: </w:t>
      </w:r>
    </w:p>
    <w:p w14:paraId="4DDB7C0C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____________________________________________</w:t>
      </w:r>
    </w:p>
    <w:p w14:paraId="4A3633DB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E recebo meus proventos através do: </w:t>
      </w:r>
    </w:p>
    <w:p w14:paraId="1C703EB0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___________________________________________________</w:t>
      </w:r>
    </w:p>
    <w:p w14:paraId="3C574307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DECLARO ainda, sob as penalidades legais, que as informações aqui prestadas são verdadeiras e de minha inteira responsabilidade.</w:t>
      </w:r>
    </w:p>
    <w:p w14:paraId="4AFE767C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Prometo renovar esta declaração sempre que ocorrer alterações nos dados acima.</w:t>
      </w:r>
    </w:p>
    <w:p w14:paraId="6C06CD68" w14:textId="77777777" w:rsidR="00E425DC" w:rsidRPr="00FF1131" w:rsidRDefault="00E425DC" w:rsidP="00E425DC">
      <w:pPr>
        <w:spacing w:line="360" w:lineRule="auto"/>
        <w:jc w:val="right"/>
        <w:rPr>
          <w:sz w:val="24"/>
          <w:szCs w:val="24"/>
        </w:rPr>
      </w:pPr>
      <w:r w:rsidRPr="00FF1131">
        <w:rPr>
          <w:sz w:val="24"/>
          <w:szCs w:val="24"/>
        </w:rPr>
        <w:t xml:space="preserve">_________, ______de ___________ </w:t>
      </w:r>
      <w:proofErr w:type="spellStart"/>
      <w:r w:rsidRPr="00FF1131">
        <w:rPr>
          <w:sz w:val="24"/>
          <w:szCs w:val="24"/>
        </w:rPr>
        <w:t>de</w:t>
      </w:r>
      <w:proofErr w:type="spellEnd"/>
      <w:r w:rsidRPr="00FF1131">
        <w:rPr>
          <w:sz w:val="24"/>
          <w:szCs w:val="24"/>
        </w:rPr>
        <w:t xml:space="preserve"> _________</w:t>
      </w:r>
    </w:p>
    <w:p w14:paraId="79660DB1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>_____________________________________________</w:t>
      </w:r>
    </w:p>
    <w:p w14:paraId="2E9B3EB0" w14:textId="766B4D53" w:rsidR="00E425DC" w:rsidRPr="007D2976" w:rsidRDefault="00E425DC" w:rsidP="007D2976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>Declarante</w:t>
      </w:r>
    </w:p>
    <w:p w14:paraId="5DC328CE" w14:textId="77777777" w:rsidR="007D2976" w:rsidRDefault="007D2976" w:rsidP="00E425DC">
      <w:pPr>
        <w:spacing w:line="360" w:lineRule="auto"/>
        <w:jc w:val="center"/>
        <w:rPr>
          <w:b/>
          <w:bCs/>
          <w:sz w:val="28"/>
          <w:szCs w:val="28"/>
        </w:rPr>
      </w:pPr>
    </w:p>
    <w:p w14:paraId="14C0B79D" w14:textId="0D8260AB" w:rsidR="00E425DC" w:rsidRPr="00FF1131" w:rsidRDefault="00E425DC" w:rsidP="00E425DC">
      <w:pPr>
        <w:spacing w:line="360" w:lineRule="auto"/>
        <w:jc w:val="center"/>
        <w:rPr>
          <w:b/>
          <w:bCs/>
          <w:sz w:val="28"/>
          <w:szCs w:val="28"/>
        </w:rPr>
      </w:pPr>
      <w:r w:rsidRPr="00FF1131">
        <w:rPr>
          <w:b/>
          <w:bCs/>
          <w:sz w:val="28"/>
          <w:szCs w:val="28"/>
        </w:rPr>
        <w:t>ANEXO V</w:t>
      </w:r>
    </w:p>
    <w:p w14:paraId="4050B510" w14:textId="77777777" w:rsidR="00E425DC" w:rsidRPr="00FF1131" w:rsidRDefault="00E425DC" w:rsidP="00E425DC">
      <w:pPr>
        <w:jc w:val="center"/>
        <w:rPr>
          <w:b/>
          <w:bCs/>
          <w:sz w:val="28"/>
          <w:szCs w:val="28"/>
        </w:rPr>
      </w:pPr>
      <w:r w:rsidRPr="00FF1131">
        <w:rPr>
          <w:b/>
          <w:bCs/>
          <w:sz w:val="28"/>
          <w:szCs w:val="28"/>
        </w:rPr>
        <w:t>DECLARAÇÃO DE INEXISTÊNCIA DE PENALIDADE POR IMPROBIDADE ADMINISTRATIVA</w:t>
      </w:r>
    </w:p>
    <w:p w14:paraId="733EF509" w14:textId="77777777" w:rsidR="00E425DC" w:rsidRPr="00FF1131" w:rsidRDefault="00E425DC" w:rsidP="00E425DC">
      <w:pPr>
        <w:jc w:val="both"/>
        <w:rPr>
          <w:sz w:val="28"/>
          <w:szCs w:val="28"/>
        </w:rPr>
      </w:pPr>
    </w:p>
    <w:p w14:paraId="514B4C62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 xml:space="preserve">Eu,______________________________________________________, nacionalidade____________________, estado civil: ____________,portador(a) do RG nº _______________________, inscrito(a) no CPF sob o nº _______________________, residente e domiciliado(a) na _______________________________________________________________, nº________, Bairro:_____________________, Cidade: _______________________ — ____, convocado(a) no </w:t>
      </w:r>
      <w:r w:rsidRPr="00FF1131">
        <w:rPr>
          <w:b/>
          <w:bCs/>
          <w:sz w:val="28"/>
          <w:szCs w:val="28"/>
        </w:rPr>
        <w:t>Concurso Público nº 001/2025 do Município de Itapeva - MG</w:t>
      </w:r>
      <w:r w:rsidRPr="00FF1131">
        <w:rPr>
          <w:sz w:val="28"/>
          <w:szCs w:val="28"/>
        </w:rPr>
        <w:t xml:space="preserve"> para o cargo de _________________________________________,</w:t>
      </w:r>
      <w:r w:rsidRPr="00FF1131">
        <w:rPr>
          <w:b/>
          <w:bCs/>
          <w:sz w:val="28"/>
          <w:szCs w:val="28"/>
        </w:rPr>
        <w:t>DECLARO</w:t>
      </w:r>
      <w:r w:rsidRPr="00FF1131">
        <w:rPr>
          <w:sz w:val="28"/>
          <w:szCs w:val="28"/>
        </w:rPr>
        <w:t xml:space="preserve">, sob as penas da lei, para fins de provimento em cargo público, que </w:t>
      </w:r>
      <w:r w:rsidRPr="00FF1131">
        <w:rPr>
          <w:b/>
          <w:bCs/>
          <w:sz w:val="28"/>
          <w:szCs w:val="28"/>
        </w:rPr>
        <w:t>não estou cumprindo e nem sofri</w:t>
      </w:r>
      <w:r w:rsidRPr="00FF1131">
        <w:rPr>
          <w:sz w:val="28"/>
          <w:szCs w:val="28"/>
        </w:rPr>
        <w:t>, no exercício de função pública, penalidade por prática de improbidade administrativa aplicada por qualquer órgão público ou entidade da esfera federal, estadual ou municipal.</w:t>
      </w:r>
    </w:p>
    <w:p w14:paraId="50BE3E04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>Declaro, ainda, estar ciente de que a falsidade das informações aqui prestadas configurará crime de falsidade ideológica, previsto no Art. 299 do Código Penal Brasileiro, além de ensejar a nulidade do ato de nomeação e posse, sem prejuízo das demais sanções legais cabíveis.</w:t>
      </w:r>
    </w:p>
    <w:p w14:paraId="2D5E074E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 xml:space="preserve">Itapeva - MG, ______ de _________________________ </w:t>
      </w:r>
      <w:proofErr w:type="spellStart"/>
      <w:r w:rsidRPr="00FF1131">
        <w:rPr>
          <w:sz w:val="28"/>
          <w:szCs w:val="28"/>
        </w:rPr>
        <w:t>de</w:t>
      </w:r>
      <w:proofErr w:type="spellEnd"/>
      <w:r w:rsidRPr="00FF1131">
        <w:rPr>
          <w:sz w:val="28"/>
          <w:szCs w:val="28"/>
        </w:rPr>
        <w:t xml:space="preserve"> 2026.</w:t>
      </w:r>
    </w:p>
    <w:p w14:paraId="0B4B0BBD" w14:textId="77777777" w:rsidR="00E425DC" w:rsidRPr="00FF1131" w:rsidRDefault="00E425DC" w:rsidP="00E425DC">
      <w:pPr>
        <w:jc w:val="both"/>
        <w:rPr>
          <w:sz w:val="28"/>
          <w:szCs w:val="28"/>
        </w:rPr>
      </w:pPr>
    </w:p>
    <w:p w14:paraId="590E0150" w14:textId="77777777" w:rsidR="00E425DC" w:rsidRPr="00FF1131" w:rsidRDefault="00E425DC" w:rsidP="00E425DC">
      <w:pPr>
        <w:jc w:val="both"/>
        <w:rPr>
          <w:sz w:val="28"/>
          <w:szCs w:val="28"/>
        </w:rPr>
      </w:pPr>
      <w:r w:rsidRPr="00FF1131">
        <w:rPr>
          <w:sz w:val="28"/>
          <w:szCs w:val="28"/>
        </w:rPr>
        <w:t>__________________________________________________</w:t>
      </w:r>
    </w:p>
    <w:p w14:paraId="095547FC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27B753EF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br w:type="page"/>
      </w:r>
    </w:p>
    <w:p w14:paraId="05BB74C0" w14:textId="77777777" w:rsidR="007D2976" w:rsidRDefault="007D2976" w:rsidP="00E425DC">
      <w:pPr>
        <w:spacing w:line="360" w:lineRule="auto"/>
        <w:jc w:val="center"/>
        <w:rPr>
          <w:b/>
          <w:bCs/>
          <w:sz w:val="24"/>
          <w:szCs w:val="24"/>
        </w:rPr>
      </w:pPr>
    </w:p>
    <w:p w14:paraId="3F1BB2F1" w14:textId="230158E1" w:rsidR="00E425DC" w:rsidRPr="00FF1131" w:rsidRDefault="00E425DC" w:rsidP="00E425DC">
      <w:pPr>
        <w:spacing w:line="360" w:lineRule="auto"/>
        <w:jc w:val="center"/>
        <w:rPr>
          <w:b/>
          <w:bCs/>
          <w:sz w:val="24"/>
          <w:szCs w:val="24"/>
        </w:rPr>
      </w:pPr>
      <w:r w:rsidRPr="00FF1131">
        <w:rPr>
          <w:b/>
          <w:bCs/>
          <w:sz w:val="24"/>
          <w:szCs w:val="24"/>
        </w:rPr>
        <w:t>ANEXO VI</w:t>
      </w:r>
    </w:p>
    <w:p w14:paraId="0F87162F" w14:textId="77777777" w:rsidR="00E425DC" w:rsidRPr="00FF1131" w:rsidRDefault="00E425DC" w:rsidP="00E425DC">
      <w:pPr>
        <w:jc w:val="center"/>
        <w:rPr>
          <w:b/>
          <w:bCs/>
          <w:sz w:val="28"/>
          <w:szCs w:val="28"/>
        </w:rPr>
      </w:pPr>
      <w:r w:rsidRPr="00FF1131">
        <w:rPr>
          <w:b/>
          <w:bCs/>
          <w:sz w:val="28"/>
          <w:szCs w:val="28"/>
        </w:rPr>
        <w:t>DECLARAÇÃO DE APTIDÃO FÍSICA E MENTAL</w:t>
      </w:r>
    </w:p>
    <w:p w14:paraId="139AD87A" w14:textId="77777777" w:rsidR="007D2976" w:rsidRDefault="007D2976" w:rsidP="00E425DC">
      <w:pPr>
        <w:spacing w:line="360" w:lineRule="auto"/>
        <w:jc w:val="both"/>
        <w:rPr>
          <w:sz w:val="28"/>
          <w:szCs w:val="28"/>
        </w:rPr>
      </w:pPr>
    </w:p>
    <w:p w14:paraId="6FDABFBF" w14:textId="037AA865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proofErr w:type="gramStart"/>
      <w:r w:rsidRPr="00FF1131">
        <w:rPr>
          <w:sz w:val="28"/>
          <w:szCs w:val="28"/>
        </w:rPr>
        <w:t>Eu,_</w:t>
      </w:r>
      <w:proofErr w:type="gramEnd"/>
      <w:r w:rsidRPr="00FF1131">
        <w:rPr>
          <w:sz w:val="28"/>
          <w:szCs w:val="28"/>
        </w:rPr>
        <w:t xml:space="preserve">______________________________________________________, abaixo assinado, portador(a) do documento de identidade RG nº ________________ e inscrito no CPF sob o nº _____________________, aprovado(a) e convocado(a) no </w:t>
      </w:r>
      <w:r w:rsidRPr="00FF1131">
        <w:rPr>
          <w:b/>
          <w:bCs/>
          <w:sz w:val="28"/>
          <w:szCs w:val="28"/>
        </w:rPr>
        <w:t>Concurso Público nº 001/2025</w:t>
      </w:r>
      <w:r w:rsidRPr="00FF1131">
        <w:rPr>
          <w:sz w:val="28"/>
          <w:szCs w:val="28"/>
        </w:rPr>
        <w:t xml:space="preserve"> do Município de Itapeva - MG, para provimento do cargo de _______________________________________________, declaro para os devidos fins de investidura e posse que:</w:t>
      </w:r>
    </w:p>
    <w:p w14:paraId="35FAE285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b/>
          <w:bCs/>
          <w:sz w:val="28"/>
          <w:szCs w:val="28"/>
        </w:rPr>
        <w:t>Gozo de plena saúde física e mental</w:t>
      </w:r>
      <w:r w:rsidRPr="00FF1131">
        <w:rPr>
          <w:sz w:val="28"/>
          <w:szCs w:val="28"/>
        </w:rPr>
        <w:t>, encontrando-me em perfeitas condições para o pleno desempenho das atribuições, deveres e responsabilidades inerentes ao cargo pretendido, não possuindo qualquer impedimento que me impossibilite de exercer as funções descritas no edital do certame.</w:t>
      </w:r>
    </w:p>
    <w:p w14:paraId="74D0E3F3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>Por ser a expressão da verdade, firmo a presente declaração, ciente de que a falsidade das informações prestadas configurará crime de falsidade ideológica (Art. 299 do Código Penal Brasileiro) e poderá acarretar a nulidade do ato de posse, sem prejuízo das demais sanções cabíveis.</w:t>
      </w:r>
    </w:p>
    <w:p w14:paraId="0CC5E71A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 xml:space="preserve">Itapeva - MG, _____ de _______________ </w:t>
      </w:r>
      <w:proofErr w:type="spellStart"/>
      <w:r w:rsidRPr="00FF1131">
        <w:rPr>
          <w:sz w:val="28"/>
          <w:szCs w:val="28"/>
        </w:rPr>
        <w:t>de</w:t>
      </w:r>
      <w:proofErr w:type="spellEnd"/>
      <w:r w:rsidRPr="00FF1131">
        <w:rPr>
          <w:sz w:val="28"/>
          <w:szCs w:val="28"/>
        </w:rPr>
        <w:t xml:space="preserve"> 2026.</w:t>
      </w:r>
    </w:p>
    <w:p w14:paraId="65162AFD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</w:p>
    <w:p w14:paraId="1E7C0DFE" w14:textId="77777777" w:rsidR="00E425DC" w:rsidRPr="00FF1131" w:rsidRDefault="00E425DC" w:rsidP="00E425DC">
      <w:pPr>
        <w:spacing w:line="360" w:lineRule="auto"/>
        <w:jc w:val="both"/>
        <w:rPr>
          <w:sz w:val="28"/>
          <w:szCs w:val="28"/>
        </w:rPr>
      </w:pPr>
      <w:r w:rsidRPr="00FF1131">
        <w:rPr>
          <w:sz w:val="28"/>
          <w:szCs w:val="28"/>
        </w:rPr>
        <w:t>_______________________________________</w:t>
      </w:r>
    </w:p>
    <w:p w14:paraId="18319A33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41F55099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7B21CEA7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6CA04BF1" w14:textId="77777777" w:rsidR="007D2976" w:rsidRDefault="007D2976" w:rsidP="00E425DC">
      <w:pPr>
        <w:spacing w:line="360" w:lineRule="auto"/>
        <w:jc w:val="center"/>
        <w:rPr>
          <w:b/>
          <w:bCs/>
          <w:sz w:val="24"/>
          <w:szCs w:val="24"/>
        </w:rPr>
      </w:pPr>
    </w:p>
    <w:p w14:paraId="79DB7023" w14:textId="366F731F" w:rsidR="00E425DC" w:rsidRPr="00FF1131" w:rsidRDefault="00E425DC" w:rsidP="00E425DC">
      <w:pPr>
        <w:spacing w:line="360" w:lineRule="auto"/>
        <w:jc w:val="center"/>
        <w:rPr>
          <w:b/>
          <w:bCs/>
          <w:sz w:val="24"/>
          <w:szCs w:val="24"/>
        </w:rPr>
      </w:pPr>
      <w:r w:rsidRPr="00FF1131">
        <w:rPr>
          <w:b/>
          <w:bCs/>
          <w:sz w:val="24"/>
          <w:szCs w:val="24"/>
        </w:rPr>
        <w:t>ANEXO VII</w:t>
      </w:r>
    </w:p>
    <w:p w14:paraId="617327FC" w14:textId="77777777" w:rsidR="00E425DC" w:rsidRPr="00FF1131" w:rsidRDefault="00E425DC" w:rsidP="00E425DC">
      <w:pPr>
        <w:spacing w:line="360" w:lineRule="auto"/>
        <w:jc w:val="center"/>
        <w:rPr>
          <w:b/>
          <w:bCs/>
        </w:rPr>
      </w:pPr>
      <w:r w:rsidRPr="00FF1131">
        <w:rPr>
          <w:b/>
          <w:bCs/>
        </w:rPr>
        <w:t xml:space="preserve">FORMULÁRIO DE DECLARAÇÃO DE DEPENDENTES PARA FINS DE </w:t>
      </w:r>
      <w:r w:rsidRPr="00FF1131">
        <w:rPr>
          <w:b/>
        </w:rPr>
        <w:t>IMPOSTO DE RENDA</w:t>
      </w:r>
    </w:p>
    <w:tbl>
      <w:tblPr>
        <w:tblW w:w="1104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410"/>
        <w:gridCol w:w="567"/>
        <w:gridCol w:w="1275"/>
        <w:gridCol w:w="1977"/>
      </w:tblGrid>
      <w:tr w:rsidR="00E425DC" w:rsidRPr="00FF1131" w14:paraId="4F4F49B3" w14:textId="77777777" w:rsidTr="009C1637">
        <w:trPr>
          <w:trHeight w:val="688"/>
        </w:trPr>
        <w:tc>
          <w:tcPr>
            <w:tcW w:w="7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DC7E1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F1131">
              <w:rPr>
                <w:sz w:val="24"/>
                <w:szCs w:val="24"/>
              </w:rPr>
              <w:t>Nome do Declarante: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9CB0B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F1131">
              <w:rPr>
                <w:sz w:val="24"/>
                <w:szCs w:val="24"/>
              </w:rPr>
              <w:t>C.P.F.:</w:t>
            </w:r>
          </w:p>
        </w:tc>
      </w:tr>
      <w:tr w:rsidR="00E425DC" w:rsidRPr="00FF1131" w14:paraId="093E2E8F" w14:textId="77777777" w:rsidTr="009C1637">
        <w:trPr>
          <w:trHeight w:val="55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B36AA" w14:textId="77777777" w:rsidR="00E425DC" w:rsidRPr="00FF1131" w:rsidRDefault="00E425DC" w:rsidP="009C16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FF1131">
              <w:rPr>
                <w:b/>
                <w:sz w:val="20"/>
                <w:szCs w:val="20"/>
              </w:rPr>
              <w:t>Nome completo dos Dependentes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CDB0C" w14:textId="77777777" w:rsidR="00E425DC" w:rsidRPr="00FF1131" w:rsidRDefault="00E425DC" w:rsidP="009C1637">
            <w:pPr>
              <w:spacing w:line="360" w:lineRule="auto"/>
              <w:rPr>
                <w:b/>
                <w:sz w:val="20"/>
                <w:szCs w:val="20"/>
              </w:rPr>
            </w:pPr>
            <w:r w:rsidRPr="00FF1131">
              <w:rPr>
                <w:b/>
                <w:sz w:val="20"/>
                <w:szCs w:val="20"/>
              </w:rPr>
              <w:t>Relação Dependência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C132D" w14:textId="77777777" w:rsidR="00E425DC" w:rsidRPr="00FF1131" w:rsidRDefault="00E425DC" w:rsidP="009C1637">
            <w:pPr>
              <w:spacing w:line="360" w:lineRule="auto"/>
              <w:rPr>
                <w:b/>
                <w:sz w:val="20"/>
                <w:szCs w:val="20"/>
              </w:rPr>
            </w:pPr>
            <w:r w:rsidRPr="00FF1131">
              <w:rPr>
                <w:b/>
                <w:sz w:val="20"/>
                <w:szCs w:val="20"/>
              </w:rPr>
              <w:t>Data Nascimento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8B1E9" w14:textId="77777777" w:rsidR="00E425DC" w:rsidRPr="00FF1131" w:rsidRDefault="00E425DC" w:rsidP="009C163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FF1131">
              <w:rPr>
                <w:b/>
                <w:sz w:val="20"/>
                <w:szCs w:val="20"/>
              </w:rPr>
              <w:t>CPF</w:t>
            </w:r>
          </w:p>
        </w:tc>
      </w:tr>
      <w:tr w:rsidR="00E425DC" w:rsidRPr="00FF1131" w14:paraId="19EE9C81" w14:textId="77777777" w:rsidTr="009C1637">
        <w:trPr>
          <w:trHeight w:val="36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E18B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50D0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01B2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E41A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425DC" w:rsidRPr="00FF1131" w14:paraId="01241115" w14:textId="77777777" w:rsidTr="009C1637">
        <w:trPr>
          <w:trHeight w:val="36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B948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F6BE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ACF8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66AE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425DC" w:rsidRPr="00FF1131" w14:paraId="5567EBAD" w14:textId="77777777" w:rsidTr="009C1637">
        <w:trPr>
          <w:trHeight w:val="36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0D5F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DEEF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71EE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A215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425DC" w:rsidRPr="00FF1131" w14:paraId="32D5EB5D" w14:textId="77777777" w:rsidTr="009C1637">
        <w:trPr>
          <w:trHeight w:val="36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22D8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6786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5C38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9056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425DC" w:rsidRPr="00FF1131" w14:paraId="14A5E18D" w14:textId="77777777" w:rsidTr="009C1637">
        <w:trPr>
          <w:trHeight w:val="36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2A7F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3091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E9C5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DBCB" w14:textId="77777777" w:rsidR="00E425DC" w:rsidRPr="00FF1131" w:rsidRDefault="00E425DC" w:rsidP="009C163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13B2859E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Para fins do Imposto de Renda, declaro que é ou são meu(s) dependente(s) a(s) pessoa(s)</w:t>
      </w:r>
    </w:p>
    <w:p w14:paraId="42BCC368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acima relacionada(s).</w:t>
      </w:r>
    </w:p>
    <w:p w14:paraId="5EA151C8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Declaro, ainda, que este(s) dependente(s) vive(m) sob minha dependência econômica, visto não perceber(em) rendimentos tributáveis ou não, superiores ao limite de isenção mensal, conforme art. 35, inciso VI da Lei nº 9.250/95, c/c art. 1º da Lei nº 11.119/2005.</w:t>
      </w:r>
    </w:p>
    <w:p w14:paraId="6DCB6029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Declaro, por fim, que não possuo cônjuge ou companheiro(a) que já deduz referidos dependentes em seu Imposto de Renda.</w:t>
      </w:r>
    </w:p>
    <w:p w14:paraId="2E35046D" w14:textId="77777777" w:rsidR="00E425DC" w:rsidRPr="00FF1131" w:rsidRDefault="00E425DC" w:rsidP="00E425DC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>Responsabilizo-me pela exatidão e veracidade das informações declaradas, ciente de que, se falsa a declaração, ficarei sujeito às penas da lei.</w:t>
      </w:r>
    </w:p>
    <w:p w14:paraId="700C55C6" w14:textId="77777777" w:rsidR="007D2976" w:rsidRDefault="00E425DC" w:rsidP="007D2976">
      <w:pPr>
        <w:spacing w:line="360" w:lineRule="auto"/>
        <w:jc w:val="both"/>
        <w:rPr>
          <w:sz w:val="24"/>
          <w:szCs w:val="24"/>
        </w:rPr>
      </w:pPr>
      <w:r w:rsidRPr="00FF1131">
        <w:rPr>
          <w:sz w:val="24"/>
          <w:szCs w:val="24"/>
        </w:rPr>
        <w:t xml:space="preserve">Itapeva, ____ de __________________ </w:t>
      </w:r>
      <w:proofErr w:type="spellStart"/>
      <w:r w:rsidRPr="00FF1131">
        <w:rPr>
          <w:sz w:val="24"/>
          <w:szCs w:val="24"/>
        </w:rPr>
        <w:t>de</w:t>
      </w:r>
      <w:proofErr w:type="spellEnd"/>
      <w:r w:rsidRPr="00FF1131">
        <w:rPr>
          <w:sz w:val="24"/>
          <w:szCs w:val="24"/>
        </w:rPr>
        <w:t xml:space="preserve"> 2026.</w:t>
      </w:r>
    </w:p>
    <w:p w14:paraId="013B9532" w14:textId="10A39EB6" w:rsidR="00E425DC" w:rsidRPr="00FF1131" w:rsidRDefault="00E425DC" w:rsidP="007D2976">
      <w:pPr>
        <w:spacing w:line="360" w:lineRule="auto"/>
        <w:jc w:val="both"/>
        <w:rPr>
          <w:sz w:val="24"/>
          <w:szCs w:val="24"/>
        </w:rPr>
      </w:pPr>
      <w:r w:rsidRPr="00FF1131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466FB7" wp14:editId="3375047F">
                <wp:simplePos x="0" y="0"/>
                <wp:positionH relativeFrom="page">
                  <wp:posOffset>1431290</wp:posOffset>
                </wp:positionH>
                <wp:positionV relativeFrom="paragraph">
                  <wp:posOffset>287020</wp:posOffset>
                </wp:positionV>
                <wp:extent cx="5222240" cy="1270"/>
                <wp:effectExtent l="0" t="0" r="0" b="0"/>
                <wp:wrapTopAndBottom/>
                <wp:docPr id="1" name="Forma Liv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22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2240">
                              <a:moveTo>
                                <a:pt x="0" y="0"/>
                              </a:moveTo>
                              <a:lnTo>
                                <a:pt x="5222095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1CFA8" id="Forma Livre: Forma 2" o:spid="_x0000_s1026" style="position:absolute;margin-left:112.7pt;margin-top:22.6pt;width:411.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2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" path="m,l5222095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65D75DBA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  <w:r w:rsidRPr="00FF1131">
        <w:rPr>
          <w:sz w:val="24"/>
          <w:szCs w:val="24"/>
        </w:rPr>
        <w:t xml:space="preserve">ASSINATURA </w:t>
      </w:r>
    </w:p>
    <w:p w14:paraId="12339C1D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644FCF46" w14:textId="5C470CC2" w:rsidR="00E425DC" w:rsidRPr="00FF1131" w:rsidRDefault="00E425DC" w:rsidP="007D2976">
      <w:pPr>
        <w:spacing w:line="360" w:lineRule="auto"/>
        <w:rPr>
          <w:sz w:val="24"/>
          <w:szCs w:val="24"/>
        </w:rPr>
      </w:pPr>
      <w:r w:rsidRPr="00FF1131">
        <w:rPr>
          <w:sz w:val="24"/>
          <w:szCs w:val="24"/>
        </w:rPr>
        <w:t>Obs. – Anexar documento(s) comprobatório(s)</w:t>
      </w:r>
    </w:p>
    <w:p w14:paraId="6F5DFEEF" w14:textId="77777777" w:rsidR="007D2976" w:rsidRDefault="007D2976" w:rsidP="00E425DC">
      <w:pPr>
        <w:spacing w:line="360" w:lineRule="auto"/>
        <w:jc w:val="center"/>
        <w:rPr>
          <w:b/>
          <w:bCs/>
        </w:rPr>
      </w:pPr>
    </w:p>
    <w:p w14:paraId="64CF9E59" w14:textId="0560D87E" w:rsidR="00E425DC" w:rsidRPr="00FF1131" w:rsidRDefault="00E425DC" w:rsidP="00E425DC">
      <w:pPr>
        <w:spacing w:line="360" w:lineRule="auto"/>
        <w:jc w:val="center"/>
        <w:rPr>
          <w:b/>
          <w:bCs/>
        </w:rPr>
      </w:pPr>
      <w:r w:rsidRPr="00FF1131">
        <w:rPr>
          <w:b/>
          <w:bCs/>
        </w:rPr>
        <w:t>CHECKLIST DE CONFERÊNCIA DE DOCUMENTOS</w:t>
      </w:r>
    </w:p>
    <w:p w14:paraId="0BFAA815" w14:textId="77777777" w:rsidR="00E425DC" w:rsidRPr="00FF1131" w:rsidRDefault="00E425DC" w:rsidP="00E425DC">
      <w:pPr>
        <w:spacing w:line="360" w:lineRule="auto"/>
        <w:jc w:val="center"/>
        <w:rPr>
          <w:b/>
          <w:bCs/>
        </w:rPr>
      </w:pPr>
      <w:r w:rsidRPr="00FF1131">
        <w:rPr>
          <w:b/>
          <w:bCs/>
        </w:rPr>
        <w:t>CONCURSO PÚBLICO 001/2025</w:t>
      </w:r>
    </w:p>
    <w:p w14:paraId="2A0EE8C0" w14:textId="77777777" w:rsidR="00E425DC" w:rsidRPr="00FF1131" w:rsidRDefault="00E425DC" w:rsidP="00E425DC">
      <w:pPr>
        <w:spacing w:line="360" w:lineRule="auto"/>
        <w:jc w:val="center"/>
        <w:rPr>
          <w:sz w:val="24"/>
          <w:szCs w:val="24"/>
        </w:rPr>
      </w:pPr>
    </w:p>
    <w:p w14:paraId="1903CD4B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Cédula de Identidade (RG):</w:t>
      </w:r>
      <w:r w:rsidRPr="00FF1131">
        <w:rPr>
          <w:sz w:val="24"/>
          <w:szCs w:val="24"/>
        </w:rPr>
        <w:t xml:space="preserve"> Original + Fotocópia. (</w:t>
      </w:r>
      <w:r w:rsidRPr="00FF1131">
        <w:rPr>
          <w:bCs/>
          <w:color w:val="000000"/>
        </w:rPr>
        <w:t xml:space="preserve">com data de emissão com menos </w:t>
      </w:r>
      <w:proofErr w:type="gramStart"/>
      <w:r w:rsidRPr="00FF1131">
        <w:rPr>
          <w:bCs/>
          <w:color w:val="000000"/>
        </w:rPr>
        <w:t>de  dez</w:t>
      </w:r>
      <w:proofErr w:type="gramEnd"/>
      <w:r w:rsidRPr="00FF1131">
        <w:rPr>
          <w:bCs/>
          <w:color w:val="000000"/>
        </w:rPr>
        <w:t xml:space="preserve"> anos</w:t>
      </w:r>
      <w:r w:rsidRPr="00FF1131">
        <w:rPr>
          <w:sz w:val="24"/>
          <w:szCs w:val="24"/>
        </w:rPr>
        <w:t>)</w:t>
      </w:r>
    </w:p>
    <w:p w14:paraId="41E76AEC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Certidão de Nascimento, Casamento ou Averbações:</w:t>
      </w:r>
      <w:r w:rsidRPr="00FF1131">
        <w:rPr>
          <w:sz w:val="24"/>
          <w:szCs w:val="24"/>
        </w:rPr>
        <w:t xml:space="preserve"> Original + Fotocópia </w:t>
      </w:r>
    </w:p>
    <w:p w14:paraId="65FDADCF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Carteira Nacional de Habilitação (CNH):</w:t>
      </w:r>
      <w:r w:rsidRPr="00FF1131">
        <w:rPr>
          <w:sz w:val="24"/>
          <w:szCs w:val="24"/>
        </w:rPr>
        <w:t xml:space="preserve"> Fotocópia da Versão física </w:t>
      </w:r>
      <w:r w:rsidRPr="00FF1131">
        <w:rPr>
          <w:b/>
          <w:bCs/>
          <w:sz w:val="24"/>
          <w:szCs w:val="24"/>
        </w:rPr>
        <w:t>OU</w:t>
      </w:r>
      <w:r w:rsidRPr="00FF1131">
        <w:rPr>
          <w:sz w:val="24"/>
          <w:szCs w:val="24"/>
        </w:rPr>
        <w:t xml:space="preserve"> cópia da CNH Digital </w:t>
      </w:r>
      <w:r w:rsidRPr="00FF1131">
        <w:rPr>
          <w:i/>
          <w:iCs/>
          <w:sz w:val="24"/>
          <w:szCs w:val="24"/>
        </w:rPr>
        <w:t>(Atenção: verificar se a numeração está perfeitamente legível)</w:t>
      </w:r>
      <w:r w:rsidRPr="00FF1131">
        <w:rPr>
          <w:sz w:val="24"/>
          <w:szCs w:val="24"/>
        </w:rPr>
        <w:t>.</w:t>
      </w:r>
    </w:p>
    <w:p w14:paraId="5001C261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Comprovante de Residência:</w:t>
      </w:r>
      <w:r w:rsidRPr="00FF1131">
        <w:rPr>
          <w:sz w:val="24"/>
          <w:szCs w:val="24"/>
        </w:rPr>
        <w:t xml:space="preserve"> Original + Fotocópia.</w:t>
      </w:r>
    </w:p>
    <w:p w14:paraId="6E8AD775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 xml:space="preserve">Carteira de Trabalho (CTPS): </w:t>
      </w:r>
      <w:r w:rsidRPr="00FF1131">
        <w:rPr>
          <w:sz w:val="24"/>
          <w:szCs w:val="24"/>
        </w:rPr>
        <w:t xml:space="preserve"> Fotocópia da Física ou versão Digital.</w:t>
      </w:r>
    </w:p>
    <w:p w14:paraId="5F7883A3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CPF:</w:t>
      </w:r>
      <w:r w:rsidRPr="00FF1131">
        <w:rPr>
          <w:sz w:val="24"/>
          <w:szCs w:val="24"/>
        </w:rPr>
        <w:t xml:space="preserve"> Original + Fotocópia.</w:t>
      </w:r>
    </w:p>
    <w:p w14:paraId="2D5EDFDB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Situação Cadastral no CPF:</w:t>
      </w:r>
      <w:r w:rsidRPr="00FF1131">
        <w:rPr>
          <w:sz w:val="24"/>
          <w:szCs w:val="24"/>
        </w:rPr>
        <w:t xml:space="preserve"> Comprovante de emissão recente.</w:t>
      </w:r>
    </w:p>
    <w:p w14:paraId="2BBE8DA8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 xml:space="preserve">Portal </w:t>
      </w:r>
      <w:proofErr w:type="spellStart"/>
      <w:r w:rsidRPr="00FF1131">
        <w:rPr>
          <w:b/>
          <w:bCs/>
          <w:sz w:val="24"/>
          <w:szCs w:val="24"/>
        </w:rPr>
        <w:t>MeuINSS</w:t>
      </w:r>
      <w:proofErr w:type="spellEnd"/>
      <w:r w:rsidRPr="00FF1131">
        <w:rPr>
          <w:b/>
          <w:bCs/>
          <w:sz w:val="24"/>
          <w:szCs w:val="24"/>
        </w:rPr>
        <w:t>:</w:t>
      </w:r>
      <w:r w:rsidRPr="00FF1131">
        <w:rPr>
          <w:sz w:val="24"/>
          <w:szCs w:val="24"/>
        </w:rPr>
        <w:t xml:space="preserve"> Emissão impressa da página "Meu Cadastro" (conferido e atualizado os dados que geralmente estão incompletos, </w:t>
      </w:r>
      <w:proofErr w:type="spellStart"/>
      <w:r w:rsidRPr="00FF1131">
        <w:rPr>
          <w:sz w:val="24"/>
          <w:szCs w:val="24"/>
        </w:rPr>
        <w:t>ex</w:t>
      </w:r>
      <w:proofErr w:type="spellEnd"/>
      <w:r w:rsidRPr="00FF1131">
        <w:rPr>
          <w:sz w:val="24"/>
          <w:szCs w:val="24"/>
        </w:rPr>
        <w:t xml:space="preserve">: A filiação, grau de instrução, estado </w:t>
      </w:r>
      <w:proofErr w:type="gramStart"/>
      <w:r w:rsidRPr="00FF1131">
        <w:rPr>
          <w:sz w:val="24"/>
          <w:szCs w:val="24"/>
        </w:rPr>
        <w:t xml:space="preserve">civil, </w:t>
      </w:r>
      <w:proofErr w:type="spellStart"/>
      <w:r w:rsidRPr="00FF1131">
        <w:rPr>
          <w:sz w:val="24"/>
          <w:szCs w:val="24"/>
        </w:rPr>
        <w:t>etc</w:t>
      </w:r>
      <w:proofErr w:type="spellEnd"/>
      <w:proofErr w:type="gramEnd"/>
      <w:r w:rsidRPr="00FF1131">
        <w:rPr>
          <w:sz w:val="24"/>
          <w:szCs w:val="24"/>
        </w:rPr>
        <w:t>)</w:t>
      </w:r>
    </w:p>
    <w:p w14:paraId="484D293E" w14:textId="77777777" w:rsidR="00E425DC" w:rsidRPr="00FF1131" w:rsidRDefault="00E425DC" w:rsidP="00E425DC">
      <w:pPr>
        <w:numPr>
          <w:ilvl w:val="0"/>
          <w:numId w:val="14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Foto:</w:t>
      </w:r>
      <w:r w:rsidRPr="00FF1131">
        <w:rPr>
          <w:sz w:val="24"/>
          <w:szCs w:val="24"/>
        </w:rPr>
        <w:t xml:space="preserve"> 1 fotografia 3x4 recente.</w:t>
      </w:r>
    </w:p>
    <w:p w14:paraId="533406BD" w14:textId="77777777" w:rsidR="00E425DC" w:rsidRPr="00FF1131" w:rsidRDefault="00E425DC" w:rsidP="00E425DC">
      <w:pPr>
        <w:numPr>
          <w:ilvl w:val="0"/>
          <w:numId w:val="15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Título de Eleitor:</w:t>
      </w:r>
      <w:r w:rsidRPr="00FF1131">
        <w:rPr>
          <w:sz w:val="24"/>
          <w:szCs w:val="24"/>
        </w:rPr>
        <w:t xml:space="preserve"> Original + Fotocópia </w:t>
      </w:r>
      <w:r w:rsidRPr="00FF1131">
        <w:rPr>
          <w:b/>
          <w:bCs/>
          <w:sz w:val="24"/>
          <w:szCs w:val="24"/>
        </w:rPr>
        <w:t>OU</w:t>
      </w:r>
      <w:r w:rsidRPr="00FF1131">
        <w:rPr>
          <w:sz w:val="24"/>
          <w:szCs w:val="24"/>
        </w:rPr>
        <w:t xml:space="preserve"> e-Título impresso.</w:t>
      </w:r>
    </w:p>
    <w:p w14:paraId="0DF36AFD" w14:textId="77777777" w:rsidR="00E425DC" w:rsidRPr="00FF1131" w:rsidRDefault="00E425DC" w:rsidP="00E425DC">
      <w:pPr>
        <w:numPr>
          <w:ilvl w:val="0"/>
          <w:numId w:val="15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Certidão de Quitação Eleitoral:</w:t>
      </w:r>
      <w:r w:rsidRPr="00FF1131">
        <w:rPr>
          <w:sz w:val="24"/>
          <w:szCs w:val="24"/>
        </w:rPr>
        <w:t xml:space="preserve"> Emissão recente.</w:t>
      </w:r>
    </w:p>
    <w:p w14:paraId="4E5C15B8" w14:textId="77777777" w:rsidR="00E425DC" w:rsidRPr="00FF1131" w:rsidRDefault="00E425DC" w:rsidP="00E425DC">
      <w:pPr>
        <w:numPr>
          <w:ilvl w:val="0"/>
          <w:numId w:val="15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Certificado de Reservista / Isenção / Dispensa:</w:t>
      </w:r>
      <w:r w:rsidRPr="00FF1131">
        <w:rPr>
          <w:sz w:val="24"/>
          <w:szCs w:val="24"/>
        </w:rPr>
        <w:t xml:space="preserve"> Original + Fotocópia </w:t>
      </w:r>
      <w:r w:rsidRPr="00FF1131">
        <w:rPr>
          <w:i/>
          <w:iCs/>
          <w:sz w:val="24"/>
          <w:szCs w:val="24"/>
        </w:rPr>
        <w:t>(Exclusivo para candidatos do sexo masculino)</w:t>
      </w:r>
      <w:r w:rsidRPr="00FF1131">
        <w:rPr>
          <w:sz w:val="24"/>
          <w:szCs w:val="24"/>
        </w:rPr>
        <w:t>.</w:t>
      </w:r>
    </w:p>
    <w:p w14:paraId="3DBA1B52" w14:textId="77777777" w:rsidR="00E425DC" w:rsidRPr="00FF1131" w:rsidRDefault="00E425DC" w:rsidP="00E425DC">
      <w:pPr>
        <w:numPr>
          <w:ilvl w:val="0"/>
          <w:numId w:val="15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Não se aplica</w:t>
      </w:r>
      <w:r w:rsidRPr="00FF1131">
        <w:rPr>
          <w:sz w:val="24"/>
          <w:szCs w:val="24"/>
        </w:rPr>
        <w:t xml:space="preserve"> (Candidata do sexo feminino).</w:t>
      </w:r>
    </w:p>
    <w:p w14:paraId="27B6ECB6" w14:textId="77777777" w:rsidR="00E425DC" w:rsidRPr="00FF1131" w:rsidRDefault="00E425DC" w:rsidP="00E425DC">
      <w:pPr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Requisito de Escolaridade (conforme o cargo):</w:t>
      </w:r>
    </w:p>
    <w:p w14:paraId="2FA3C661" w14:textId="77777777" w:rsidR="00E425DC" w:rsidRPr="00FF1131" w:rsidRDefault="00E425DC" w:rsidP="00E425DC">
      <w:pPr>
        <w:numPr>
          <w:ilvl w:val="1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Diploma (</w:t>
      </w:r>
      <w:r w:rsidRPr="00FF1131">
        <w:rPr>
          <w:b/>
          <w:bCs/>
          <w:sz w:val="24"/>
          <w:szCs w:val="24"/>
        </w:rPr>
        <w:t>Cópia autenticada em Cartório</w:t>
      </w:r>
      <w:r w:rsidRPr="00FF1131">
        <w:rPr>
          <w:sz w:val="24"/>
          <w:szCs w:val="24"/>
        </w:rPr>
        <w:t xml:space="preserve">) </w:t>
      </w:r>
      <w:r w:rsidRPr="00FF1131">
        <w:rPr>
          <w:b/>
          <w:bCs/>
          <w:sz w:val="24"/>
          <w:szCs w:val="24"/>
        </w:rPr>
        <w:t>OU</w:t>
      </w:r>
    </w:p>
    <w:p w14:paraId="38FE3CEC" w14:textId="77777777" w:rsidR="00E425DC" w:rsidRPr="00FF1131" w:rsidRDefault="00E425DC" w:rsidP="00E425DC">
      <w:pPr>
        <w:numPr>
          <w:ilvl w:val="1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Certificado de conclusão com firma reconhecida em papel timbrado </w:t>
      </w:r>
      <w:r w:rsidRPr="00FF1131">
        <w:rPr>
          <w:b/>
          <w:bCs/>
          <w:sz w:val="24"/>
          <w:szCs w:val="24"/>
        </w:rPr>
        <w:t>OU</w:t>
      </w:r>
    </w:p>
    <w:p w14:paraId="0C7400BB" w14:textId="77777777" w:rsidR="00E425DC" w:rsidRPr="00FF1131" w:rsidRDefault="00E425DC" w:rsidP="00E425DC">
      <w:pPr>
        <w:numPr>
          <w:ilvl w:val="1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Histórico escolar </w:t>
      </w:r>
      <w:r w:rsidRPr="00FF1131">
        <w:rPr>
          <w:b/>
          <w:bCs/>
          <w:sz w:val="24"/>
          <w:szCs w:val="24"/>
        </w:rPr>
        <w:t>autenticado em Cartório</w:t>
      </w:r>
      <w:r w:rsidRPr="00FF1131">
        <w:rPr>
          <w:sz w:val="24"/>
          <w:szCs w:val="24"/>
        </w:rPr>
        <w:t>.</w:t>
      </w:r>
    </w:p>
    <w:p w14:paraId="594CB4FD" w14:textId="77777777" w:rsidR="00E425DC" w:rsidRPr="00FF1131" w:rsidRDefault="00E425DC" w:rsidP="00E425DC">
      <w:pPr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Registro no Conselho Profissional:</w:t>
      </w:r>
      <w:r w:rsidRPr="00FF1131">
        <w:rPr>
          <w:sz w:val="24"/>
          <w:szCs w:val="24"/>
        </w:rPr>
        <w:t xml:space="preserve"> Cópia </w:t>
      </w:r>
      <w:r w:rsidRPr="00FF1131">
        <w:rPr>
          <w:b/>
          <w:bCs/>
          <w:sz w:val="24"/>
          <w:szCs w:val="24"/>
        </w:rPr>
        <w:t>autenticada em Cartório</w:t>
      </w:r>
      <w:r w:rsidRPr="00FF1131">
        <w:rPr>
          <w:sz w:val="24"/>
          <w:szCs w:val="24"/>
        </w:rPr>
        <w:t xml:space="preserve"> </w:t>
      </w:r>
      <w:r w:rsidRPr="00FF1131">
        <w:rPr>
          <w:i/>
          <w:iCs/>
          <w:sz w:val="24"/>
          <w:szCs w:val="24"/>
        </w:rPr>
        <w:t>(Apenas para cargos que exigem registro ativo)</w:t>
      </w:r>
      <w:r w:rsidRPr="00FF1131">
        <w:rPr>
          <w:sz w:val="24"/>
          <w:szCs w:val="24"/>
        </w:rPr>
        <w:t>.</w:t>
      </w:r>
    </w:p>
    <w:p w14:paraId="6EC82A72" w14:textId="77777777" w:rsidR="00E425DC" w:rsidRPr="00FF1131" w:rsidRDefault="00E425DC" w:rsidP="00E425DC">
      <w:pPr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Não se aplica</w:t>
      </w:r>
      <w:r w:rsidRPr="00FF1131">
        <w:rPr>
          <w:sz w:val="24"/>
          <w:szCs w:val="24"/>
        </w:rPr>
        <w:t xml:space="preserve"> (Cargo sem exigência de conselho).</w:t>
      </w:r>
    </w:p>
    <w:p w14:paraId="10113DC5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Declaração de Bens:</w:t>
      </w:r>
      <w:r w:rsidRPr="00FF1131">
        <w:rPr>
          <w:sz w:val="24"/>
          <w:szCs w:val="24"/>
        </w:rPr>
        <w:t xml:space="preserve"> Que constituam o patrimônio do candidato.</w:t>
      </w:r>
    </w:p>
    <w:p w14:paraId="007B66D7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Declaração de Não Acumulação Ilícita de Cargos:</w:t>
      </w:r>
      <w:r w:rsidRPr="00FF1131">
        <w:rPr>
          <w:sz w:val="24"/>
          <w:szCs w:val="24"/>
        </w:rPr>
        <w:t xml:space="preserve"> Conforme Art. 37, XVI e §10 da CF/88.</w:t>
      </w:r>
    </w:p>
    <w:p w14:paraId="19250965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b/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color w:val="000000"/>
          <w:sz w:val="24"/>
          <w:szCs w:val="24"/>
        </w:rPr>
        <w:t xml:space="preserve">Declaração de Acumulação de Cargos/Funções Públicas: </w:t>
      </w:r>
      <w:r w:rsidRPr="00FF1131">
        <w:rPr>
          <w:bCs/>
          <w:color w:val="000000"/>
          <w:sz w:val="24"/>
          <w:szCs w:val="24"/>
        </w:rPr>
        <w:t>com a declaração da outra entidade</w:t>
      </w:r>
    </w:p>
    <w:p w14:paraId="3CE61F84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Declaração de Idoneidade:</w:t>
      </w:r>
      <w:r w:rsidRPr="00FF1131">
        <w:rPr>
          <w:sz w:val="24"/>
          <w:szCs w:val="24"/>
        </w:rPr>
        <w:t xml:space="preserve"> Não ter sofrido penalidade por improbidade administrativa em função pública.</w:t>
      </w:r>
    </w:p>
    <w:p w14:paraId="6353D64B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Antecedentes Criminais Federais:</w:t>
      </w:r>
      <w:r w:rsidRPr="00FF1131">
        <w:rPr>
          <w:sz w:val="24"/>
          <w:szCs w:val="24"/>
        </w:rPr>
        <w:t xml:space="preserve"> Original, recente (emissão inferior a 30 dias da data de convocação).</w:t>
      </w:r>
    </w:p>
    <w:p w14:paraId="2250DA68" w14:textId="77777777" w:rsidR="00E425DC" w:rsidRPr="00FF1131" w:rsidRDefault="00E425DC" w:rsidP="00E425DC">
      <w:pPr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Antecedentes Criminais Estaduais:</w:t>
      </w:r>
      <w:r w:rsidRPr="00FF1131">
        <w:rPr>
          <w:sz w:val="24"/>
          <w:szCs w:val="24"/>
        </w:rPr>
        <w:t xml:space="preserve"> Original, recente (emissão inferior a 30 dias da data de convocação).</w:t>
      </w:r>
    </w:p>
    <w:p w14:paraId="12D7957C" w14:textId="77777777" w:rsidR="00E425DC" w:rsidRPr="00FF1131" w:rsidRDefault="00E425DC" w:rsidP="00E425DC">
      <w:pPr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Possui dependentes?</w:t>
      </w:r>
      <w:r w:rsidRPr="00FF1131">
        <w:rPr>
          <w:sz w:val="24"/>
          <w:szCs w:val="24"/>
        </w:rPr>
        <w:t xml:space="preserve"> </w:t>
      </w:r>
      <w:proofErr w:type="gramStart"/>
      <w:r w:rsidRPr="00FF1131">
        <w:rPr>
          <w:sz w:val="24"/>
          <w:szCs w:val="24"/>
        </w:rPr>
        <w:t>( )</w:t>
      </w:r>
      <w:proofErr w:type="gramEnd"/>
      <w:r w:rsidRPr="00FF1131">
        <w:rPr>
          <w:sz w:val="24"/>
          <w:szCs w:val="24"/>
        </w:rPr>
        <w:t xml:space="preserve"> Sim </w:t>
      </w:r>
      <w:proofErr w:type="gramStart"/>
      <w:r w:rsidRPr="00FF1131">
        <w:rPr>
          <w:sz w:val="24"/>
          <w:szCs w:val="24"/>
        </w:rPr>
        <w:t>( )</w:t>
      </w:r>
      <w:proofErr w:type="gramEnd"/>
      <w:r w:rsidRPr="00FF1131">
        <w:rPr>
          <w:sz w:val="24"/>
          <w:szCs w:val="24"/>
        </w:rPr>
        <w:t xml:space="preserve"> Não</w:t>
      </w:r>
    </w:p>
    <w:p w14:paraId="738E7762" w14:textId="77777777" w:rsidR="00E425DC" w:rsidRPr="00FF1131" w:rsidRDefault="00E425DC" w:rsidP="00E425DC">
      <w:pPr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r w:rsidRPr="00FF1131">
        <w:rPr>
          <w:i/>
          <w:iCs/>
          <w:sz w:val="24"/>
          <w:szCs w:val="24"/>
        </w:rPr>
        <w:t>Se sim, conferir dos dependentes:</w:t>
      </w:r>
    </w:p>
    <w:p w14:paraId="3B86D36D" w14:textId="77777777" w:rsidR="00E425DC" w:rsidRPr="00FF1131" w:rsidRDefault="00E425DC" w:rsidP="00E425DC">
      <w:pPr>
        <w:numPr>
          <w:ilvl w:val="1"/>
          <w:numId w:val="18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RG</w:t>
      </w:r>
    </w:p>
    <w:p w14:paraId="3E69DAEF" w14:textId="77777777" w:rsidR="00E425DC" w:rsidRPr="00FF1131" w:rsidRDefault="00E425DC" w:rsidP="00E425DC">
      <w:pPr>
        <w:numPr>
          <w:ilvl w:val="1"/>
          <w:numId w:val="18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CPF</w:t>
      </w:r>
    </w:p>
    <w:p w14:paraId="7E00D099" w14:textId="77777777" w:rsidR="00E425DC" w:rsidRPr="00FF1131" w:rsidRDefault="00E425DC" w:rsidP="00E425DC">
      <w:pPr>
        <w:numPr>
          <w:ilvl w:val="1"/>
          <w:numId w:val="18"/>
        </w:numPr>
        <w:spacing w:after="0" w:line="360" w:lineRule="auto"/>
        <w:rPr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Certidão de Nascimento</w:t>
      </w:r>
    </w:p>
    <w:p w14:paraId="004F6C41" w14:textId="77777777" w:rsidR="00E425DC" w:rsidRPr="00FF1131" w:rsidRDefault="00E425DC" w:rsidP="00E425DC">
      <w:pPr>
        <w:numPr>
          <w:ilvl w:val="0"/>
          <w:numId w:val="19"/>
        </w:numPr>
        <w:spacing w:after="0" w:line="360" w:lineRule="auto"/>
        <w:rPr>
          <w:b/>
          <w:bCs/>
          <w:sz w:val="24"/>
          <w:szCs w:val="24"/>
        </w:rPr>
      </w:pPr>
      <w:proofErr w:type="gramStart"/>
      <w:r w:rsidRPr="00FF1131">
        <w:rPr>
          <w:sz w:val="24"/>
          <w:szCs w:val="24"/>
        </w:rPr>
        <w:t>[ ]</w:t>
      </w:r>
      <w:proofErr w:type="gramEnd"/>
      <w:r w:rsidRPr="00FF1131">
        <w:rPr>
          <w:sz w:val="24"/>
          <w:szCs w:val="24"/>
        </w:rPr>
        <w:t xml:space="preserve"> </w:t>
      </w:r>
      <w:r w:rsidRPr="00FF1131">
        <w:rPr>
          <w:b/>
          <w:bCs/>
          <w:sz w:val="24"/>
          <w:szCs w:val="24"/>
        </w:rPr>
        <w:t>Declaração de Aptidão Física e Mental.</w:t>
      </w:r>
    </w:p>
    <w:p w14:paraId="752FE157" w14:textId="77777777" w:rsidR="00E425DC" w:rsidRPr="00FF1131" w:rsidRDefault="00E425DC" w:rsidP="00E425DC">
      <w:pPr>
        <w:spacing w:line="360" w:lineRule="auto"/>
        <w:ind w:left="720"/>
        <w:rPr>
          <w:b/>
          <w:bCs/>
          <w:sz w:val="24"/>
          <w:szCs w:val="24"/>
        </w:rPr>
      </w:pPr>
    </w:p>
    <w:p w14:paraId="48E4C6CF" w14:textId="77777777" w:rsidR="00E425DC" w:rsidRPr="00FF1131" w:rsidRDefault="00E425DC" w:rsidP="00E425DC">
      <w:pPr>
        <w:spacing w:line="360" w:lineRule="auto"/>
        <w:ind w:left="720"/>
        <w:rPr>
          <w:b/>
          <w:bCs/>
          <w:sz w:val="24"/>
          <w:szCs w:val="24"/>
        </w:rPr>
      </w:pPr>
      <w:r w:rsidRPr="00FF1131">
        <w:rPr>
          <w:b/>
          <w:bCs/>
          <w:sz w:val="24"/>
          <w:szCs w:val="24"/>
        </w:rPr>
        <w:t>OBSERVAÇÃO:</w:t>
      </w:r>
    </w:p>
    <w:p w14:paraId="0BABC4F3" w14:textId="77777777" w:rsidR="00E425DC" w:rsidRPr="00FF1131" w:rsidRDefault="00E425DC" w:rsidP="00E425DC">
      <w:pPr>
        <w:spacing w:line="360" w:lineRule="auto"/>
        <w:jc w:val="center"/>
        <w:rPr>
          <w:rStyle w:val="nfase"/>
        </w:rPr>
      </w:pPr>
      <w:r w:rsidRPr="00FF1131">
        <w:rPr>
          <w:rStyle w:val="nfase"/>
        </w:rPr>
        <w:t>Solicitamos que os documentos sejam apresentados estritamente na ordem do checklist, visando otimizar o tempo de conferência e agilizar o atendimento.</w:t>
      </w:r>
    </w:p>
    <w:p w14:paraId="6F01A625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6A662BCF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0C67DC47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B8CDC0A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3C43EBFD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4D5F73F4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54C14336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458658BC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7E27ECAF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6510097D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11368965" w14:textId="77777777" w:rsidR="00E425DC" w:rsidRPr="00FF1131" w:rsidRDefault="00E425DC">
      <w:pPr>
        <w:spacing w:after="0" w:line="240" w:lineRule="auto"/>
        <w:jc w:val="center"/>
        <w:rPr>
          <w:sz w:val="20"/>
        </w:rPr>
      </w:pPr>
    </w:p>
    <w:p w14:paraId="13077C83" w14:textId="77777777" w:rsidR="00E425DC" w:rsidRDefault="00E425DC">
      <w:pPr>
        <w:spacing w:after="0" w:line="240" w:lineRule="auto"/>
        <w:jc w:val="center"/>
      </w:pPr>
    </w:p>
    <w:sectPr w:rsidR="00E425DC" w:rsidSect="007D2976">
      <w:headerReference w:type="default" r:id="rId10"/>
      <w:pgSz w:w="11909" w:h="16834"/>
      <w:pgMar w:top="1440" w:right="1138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63B63" w14:textId="77777777" w:rsidR="00B5078F" w:rsidRPr="00FF1131" w:rsidRDefault="00B5078F" w:rsidP="00E425DC">
      <w:pPr>
        <w:spacing w:after="0" w:line="240" w:lineRule="auto"/>
      </w:pPr>
      <w:r w:rsidRPr="00FF1131">
        <w:separator/>
      </w:r>
    </w:p>
  </w:endnote>
  <w:endnote w:type="continuationSeparator" w:id="0">
    <w:p w14:paraId="0DC64CE2" w14:textId="77777777" w:rsidR="00B5078F" w:rsidRPr="00FF1131" w:rsidRDefault="00B5078F" w:rsidP="00E425DC">
      <w:pPr>
        <w:spacing w:after="0" w:line="240" w:lineRule="auto"/>
      </w:pPr>
      <w:r w:rsidRPr="00FF11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BCFD3" w14:textId="77777777" w:rsidR="00B5078F" w:rsidRPr="00FF1131" w:rsidRDefault="00B5078F" w:rsidP="00E425DC">
      <w:pPr>
        <w:spacing w:after="0" w:line="240" w:lineRule="auto"/>
      </w:pPr>
      <w:r w:rsidRPr="00FF1131">
        <w:separator/>
      </w:r>
    </w:p>
  </w:footnote>
  <w:footnote w:type="continuationSeparator" w:id="0">
    <w:p w14:paraId="7E666BBC" w14:textId="77777777" w:rsidR="00B5078F" w:rsidRPr="00FF1131" w:rsidRDefault="00B5078F" w:rsidP="00E425DC">
      <w:pPr>
        <w:spacing w:after="0" w:line="240" w:lineRule="auto"/>
      </w:pPr>
      <w:r w:rsidRPr="00FF11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A4C2" w14:textId="2B0829BD" w:rsidR="00E425DC" w:rsidRPr="00FF1131" w:rsidRDefault="00E425DC" w:rsidP="00E425DC">
    <w:pPr>
      <w:pStyle w:val="Cabealho"/>
      <w:jc w:val="center"/>
    </w:pPr>
    <w:r w:rsidRPr="00FF1131">
      <w:rPr>
        <w:noProof/>
        <w:sz w:val="16"/>
        <w:szCs w:val="16"/>
      </w:rPr>
      <w:drawing>
        <wp:inline distT="0" distB="0" distL="0" distR="0" wp14:anchorId="3319CF95" wp14:editId="774B9E63">
          <wp:extent cx="2286000" cy="647700"/>
          <wp:effectExtent l="0" t="0" r="0" b="0"/>
          <wp:docPr id="118896952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255FE9"/>
    <w:multiLevelType w:val="multilevel"/>
    <w:tmpl w:val="7DB8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8D3149"/>
    <w:multiLevelType w:val="hybridMultilevel"/>
    <w:tmpl w:val="4CF23FA6"/>
    <w:lvl w:ilvl="0" w:tplc="0E5E6706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8963A1"/>
    <w:multiLevelType w:val="multilevel"/>
    <w:tmpl w:val="C45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3B1294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B790E4B"/>
    <w:multiLevelType w:val="multilevel"/>
    <w:tmpl w:val="ED00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42644"/>
    <w:multiLevelType w:val="hybridMultilevel"/>
    <w:tmpl w:val="5950A9FA"/>
    <w:lvl w:ilvl="0" w:tplc="8E7E1C5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37CC9"/>
    <w:multiLevelType w:val="hybridMultilevel"/>
    <w:tmpl w:val="7BB4176E"/>
    <w:lvl w:ilvl="0" w:tplc="A95E012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3879CF"/>
    <w:multiLevelType w:val="hybridMultilevel"/>
    <w:tmpl w:val="ACC8F2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D33A8"/>
    <w:multiLevelType w:val="multilevel"/>
    <w:tmpl w:val="CBD06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656127"/>
    <w:multiLevelType w:val="multilevel"/>
    <w:tmpl w:val="E496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314C91"/>
    <w:multiLevelType w:val="hybridMultilevel"/>
    <w:tmpl w:val="180AA1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B0CC2"/>
    <w:multiLevelType w:val="multilevel"/>
    <w:tmpl w:val="51885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2587774">
    <w:abstractNumId w:val="8"/>
  </w:num>
  <w:num w:numId="2" w16cid:durableId="1074475229">
    <w:abstractNumId w:val="6"/>
  </w:num>
  <w:num w:numId="3" w16cid:durableId="1508713981">
    <w:abstractNumId w:val="5"/>
  </w:num>
  <w:num w:numId="4" w16cid:durableId="606624579">
    <w:abstractNumId w:val="4"/>
  </w:num>
  <w:num w:numId="5" w16cid:durableId="577373701">
    <w:abstractNumId w:val="7"/>
  </w:num>
  <w:num w:numId="6" w16cid:durableId="1139688536">
    <w:abstractNumId w:val="3"/>
  </w:num>
  <w:num w:numId="7" w16cid:durableId="745154841">
    <w:abstractNumId w:val="2"/>
  </w:num>
  <w:num w:numId="8" w16cid:durableId="1277178091">
    <w:abstractNumId w:val="1"/>
  </w:num>
  <w:num w:numId="9" w16cid:durableId="603465711">
    <w:abstractNumId w:val="0"/>
  </w:num>
  <w:num w:numId="10" w16cid:durableId="373044652">
    <w:abstractNumId w:val="14"/>
  </w:num>
  <w:num w:numId="11" w16cid:durableId="1517621764">
    <w:abstractNumId w:val="15"/>
  </w:num>
  <w:num w:numId="12" w16cid:durableId="747727299">
    <w:abstractNumId w:val="10"/>
  </w:num>
  <w:num w:numId="13" w16cid:durableId="879980522">
    <w:abstractNumId w:val="12"/>
  </w:num>
  <w:num w:numId="14" w16cid:durableId="691342279">
    <w:abstractNumId w:val="17"/>
  </w:num>
  <w:num w:numId="15" w16cid:durableId="189799639">
    <w:abstractNumId w:val="20"/>
  </w:num>
  <w:num w:numId="16" w16cid:durableId="172036078">
    <w:abstractNumId w:val="13"/>
  </w:num>
  <w:num w:numId="17" w16cid:durableId="1255938594">
    <w:abstractNumId w:val="9"/>
  </w:num>
  <w:num w:numId="18" w16cid:durableId="1313480728">
    <w:abstractNumId w:val="18"/>
  </w:num>
  <w:num w:numId="19" w16cid:durableId="1667828901">
    <w:abstractNumId w:val="11"/>
  </w:num>
  <w:num w:numId="20" w16cid:durableId="1171333628">
    <w:abstractNumId w:val="19"/>
  </w:num>
  <w:num w:numId="21" w16cid:durableId="10739687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47D"/>
    <w:rsid w:val="00034616"/>
    <w:rsid w:val="0006063C"/>
    <w:rsid w:val="000646F0"/>
    <w:rsid w:val="000F743E"/>
    <w:rsid w:val="0015074B"/>
    <w:rsid w:val="00177395"/>
    <w:rsid w:val="001C3F6F"/>
    <w:rsid w:val="0029639D"/>
    <w:rsid w:val="00312737"/>
    <w:rsid w:val="00326F90"/>
    <w:rsid w:val="003A59DB"/>
    <w:rsid w:val="004B7FC9"/>
    <w:rsid w:val="00695E17"/>
    <w:rsid w:val="006B780F"/>
    <w:rsid w:val="0075389B"/>
    <w:rsid w:val="00796947"/>
    <w:rsid w:val="007D2976"/>
    <w:rsid w:val="0090446B"/>
    <w:rsid w:val="00912353"/>
    <w:rsid w:val="00AA1D8D"/>
    <w:rsid w:val="00AC1B4B"/>
    <w:rsid w:val="00B23E68"/>
    <w:rsid w:val="00B47730"/>
    <w:rsid w:val="00B5078F"/>
    <w:rsid w:val="00B90B65"/>
    <w:rsid w:val="00CB0664"/>
    <w:rsid w:val="00D0447B"/>
    <w:rsid w:val="00E425DC"/>
    <w:rsid w:val="00E8310C"/>
    <w:rsid w:val="00FC693F"/>
    <w:rsid w:val="00FF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7F0DAA"/>
  <w14:defaultImageDpi w14:val="300"/>
  <w15:docId w15:val="{3EE671A4-9570-4000-92BD-43153FE7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E425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425DC"/>
    <w:pPr>
      <w:widowControl w:val="0"/>
      <w:autoSpaceDE w:val="0"/>
      <w:autoSpaceDN w:val="0"/>
      <w:spacing w:before="60" w:after="0" w:line="240" w:lineRule="auto"/>
      <w:jc w:val="center"/>
    </w:pPr>
    <w:rPr>
      <w:rFonts w:ascii="Arial" w:eastAsia="Arial" w:hAnsi="Arial" w:cs="Arial"/>
      <w:color w:val="auto"/>
      <w:lang w:val="pt-PT"/>
    </w:rPr>
  </w:style>
  <w:style w:type="character" w:styleId="Hyperlink">
    <w:name w:val="Hyperlink"/>
    <w:rsid w:val="00E425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u.inss.gov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oliciacivil.mg.gov.br/pagina/emissao-atestad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3133</Words>
  <Characters>16923</Characters>
  <Application>Microsoft Office Word</Application>
  <DocSecurity>0</DocSecurity>
  <Lines>141</Lines>
  <Paragraphs>40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Rh itapeva</cp:lastModifiedBy>
  <cp:revision>5</cp:revision>
  <cp:lastPrinted>2026-10-29T14:25:00Z</cp:lastPrinted>
  <dcterms:created xsi:type="dcterms:W3CDTF">2026-11-05T19:59:00Z</dcterms:created>
  <dcterms:modified xsi:type="dcterms:W3CDTF">2026-11-06T17:44:00Z</dcterms:modified>
  <cp:category/>
</cp:coreProperties>
</file>