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1CD5F" w14:textId="71B17A29" w:rsidR="00312737" w:rsidRPr="00FF1131" w:rsidRDefault="000F743E">
      <w:pPr>
        <w:spacing w:after="40"/>
        <w:jc w:val="center"/>
        <w:rPr>
          <w:color w:val="000000" w:themeColor="text1"/>
        </w:rPr>
      </w:pPr>
      <w:r w:rsidRPr="00FF1131">
        <w:rPr>
          <w:b/>
          <w:color w:val="555555"/>
          <w:sz w:val="20"/>
        </w:rPr>
        <w:br/>
      </w:r>
      <w:r w:rsidRPr="00FF1131">
        <w:rPr>
          <w:b/>
          <w:color w:val="000000" w:themeColor="text1"/>
          <w:sz w:val="26"/>
        </w:rPr>
        <w:t xml:space="preserve">DECRETO Nº </w:t>
      </w:r>
      <w:r w:rsidR="00E425DC" w:rsidRPr="00FF1131">
        <w:rPr>
          <w:b/>
          <w:color w:val="000000" w:themeColor="text1"/>
          <w:sz w:val="26"/>
        </w:rPr>
        <w:t xml:space="preserve">  </w:t>
      </w:r>
      <w:r w:rsidR="00FF1131" w:rsidRPr="00FF1131">
        <w:rPr>
          <w:b/>
          <w:color w:val="000000" w:themeColor="text1"/>
          <w:sz w:val="26"/>
        </w:rPr>
        <w:t>100</w:t>
      </w:r>
      <w:r w:rsidRPr="00FF1131">
        <w:rPr>
          <w:b/>
          <w:color w:val="000000" w:themeColor="text1"/>
          <w:sz w:val="26"/>
        </w:rPr>
        <w:t xml:space="preserve"> DE 29 DE OUTUBRO DE 2026</w:t>
      </w:r>
    </w:p>
    <w:p w14:paraId="2AF08038" w14:textId="34D240BD" w:rsidR="00312737" w:rsidRPr="00FF1131" w:rsidRDefault="000F743E">
      <w:pPr>
        <w:spacing w:before="240" w:after="360"/>
        <w:ind w:left="4032"/>
        <w:jc w:val="both"/>
        <w:rPr>
          <w:b/>
          <w:bCs/>
        </w:rPr>
      </w:pPr>
      <w:r w:rsidRPr="00FF1131">
        <w:rPr>
          <w:b/>
          <w:bCs/>
          <w:i/>
          <w:sz w:val="21"/>
        </w:rPr>
        <w:t>“</w:t>
      </w:r>
      <w:r w:rsidR="00B23E68" w:rsidRPr="00FF1131">
        <w:rPr>
          <w:b/>
          <w:bCs/>
          <w:i/>
          <w:sz w:val="21"/>
        </w:rPr>
        <w:t>Nomeia</w:t>
      </w:r>
      <w:r w:rsidRPr="00FF1131">
        <w:rPr>
          <w:b/>
          <w:bCs/>
          <w:i/>
          <w:sz w:val="21"/>
        </w:rPr>
        <w:t xml:space="preserve"> aprovados no Concurso Público 001/2025</w:t>
      </w:r>
      <w:r w:rsidR="00FF1131" w:rsidRPr="00FF1131">
        <w:rPr>
          <w:b/>
          <w:bCs/>
          <w:i/>
          <w:sz w:val="21"/>
        </w:rPr>
        <w:t xml:space="preserve"> e convoca</w:t>
      </w:r>
      <w:r w:rsidRPr="00FF1131">
        <w:rPr>
          <w:b/>
          <w:bCs/>
          <w:i/>
          <w:sz w:val="21"/>
        </w:rPr>
        <w:t xml:space="preserve"> para apresentação de documentação no Setor de Recursos Humanos da Prefeitura de Itapeva/MG para fins de posse de servidores públicos.”</w:t>
      </w:r>
    </w:p>
    <w:p w14:paraId="67739B7D" w14:textId="77777777" w:rsidR="00312737" w:rsidRPr="00FF1131" w:rsidRDefault="000F743E">
      <w:pPr>
        <w:spacing w:after="240"/>
        <w:ind w:firstLine="1152"/>
        <w:jc w:val="both"/>
      </w:pPr>
      <w:r w:rsidRPr="00FF1131">
        <w:t>O Excelentíssimo Senhor Prefeito do Município de Itapeva, Estado de Minas Gerais, no uso de suas atribuições que lhe são asseguradas pela legislação em vigor, e considerando todo o expediente referente ao Concurso Público 001/2025,</w:t>
      </w:r>
    </w:p>
    <w:p w14:paraId="5920FE9F" w14:textId="77777777" w:rsidR="00312737" w:rsidRPr="00FF1131" w:rsidRDefault="000F743E">
      <w:pPr>
        <w:spacing w:before="120" w:after="240"/>
        <w:jc w:val="center"/>
      </w:pPr>
      <w:r w:rsidRPr="00FF1131">
        <w:rPr>
          <w:b/>
          <w:sz w:val="24"/>
        </w:rPr>
        <w:t>DECRETA:</w:t>
      </w:r>
    </w:p>
    <w:p w14:paraId="61D50F66" w14:textId="7F6144D6" w:rsidR="00312737" w:rsidRPr="00FF1131" w:rsidRDefault="000F743E">
      <w:pPr>
        <w:spacing w:after="240"/>
        <w:ind w:firstLine="1152"/>
        <w:jc w:val="both"/>
      </w:pPr>
      <w:r w:rsidRPr="00FF1131">
        <w:rPr>
          <w:b/>
        </w:rPr>
        <w:t xml:space="preserve">Art. 1º </w:t>
      </w:r>
      <w:r w:rsidRPr="00FF1131">
        <w:t xml:space="preserve">Ficam </w:t>
      </w:r>
      <w:r w:rsidR="00B23E68" w:rsidRPr="00FF1131">
        <w:t>nomeados</w:t>
      </w:r>
      <w:r w:rsidRPr="00FF1131">
        <w:t xml:space="preserve"> </w:t>
      </w:r>
      <w:r w:rsidR="00FF1131" w:rsidRPr="00FF1131">
        <w:t xml:space="preserve">e convocados </w:t>
      </w:r>
      <w:r w:rsidRPr="00FF1131">
        <w:t>para apresentação de documentos no Setor de Recursos Humanos</w:t>
      </w:r>
      <w:r w:rsidR="00FF1131" w:rsidRPr="00FF1131">
        <w:t>,</w:t>
      </w:r>
      <w:r w:rsidRPr="00FF1131">
        <w:t xml:space="preserve"> os aprovados abaixo relacionados:</w:t>
      </w:r>
    </w:p>
    <w:tbl>
      <w:tblPr>
        <w:tblStyle w:val="TableNormal"/>
        <w:tblW w:w="10624" w:type="dxa"/>
        <w:tblInd w:w="149" w:type="dxa"/>
        <w:tblLayout w:type="fixed"/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417"/>
        <w:gridCol w:w="1796"/>
        <w:gridCol w:w="1427"/>
      </w:tblGrid>
      <w:tr w:rsidR="00E425DC" w:rsidRPr="00FF1131" w14:paraId="7A477C81" w14:textId="77777777" w:rsidTr="009C1637">
        <w:trPr>
          <w:trHeight w:val="278"/>
        </w:trPr>
        <w:tc>
          <w:tcPr>
            <w:tcW w:w="10624" w:type="dxa"/>
            <w:gridSpan w:val="6"/>
            <w:tcBorders>
              <w:bottom w:val="single" w:sz="4" w:space="0" w:color="000000"/>
            </w:tcBorders>
            <w:shd w:val="clear" w:color="auto" w:fill="DCDCDC"/>
          </w:tcPr>
          <w:p w14:paraId="6E2E1E26" w14:textId="77777777" w:rsidR="00E425DC" w:rsidRPr="00FF1131" w:rsidRDefault="00E425DC" w:rsidP="009C1637">
            <w:pPr>
              <w:pStyle w:val="TableParagraph"/>
              <w:spacing w:before="0"/>
              <w:rPr>
                <w:rFonts w:ascii="Times New Roman"/>
                <w:sz w:val="12"/>
                <w:lang w:val="pt-BR"/>
              </w:rPr>
            </w:pPr>
            <w:r w:rsidRPr="00FF1131">
              <w:rPr>
                <w:b/>
                <w:sz w:val="18"/>
                <w:szCs w:val="18"/>
                <w:lang w:val="pt-BR"/>
              </w:rPr>
              <w:t>AUXILIAR DE SERVIÇOS ESCOLARES</w:t>
            </w:r>
            <w:r w:rsidRPr="00FF1131">
              <w:rPr>
                <w:b/>
                <w:spacing w:val="33"/>
                <w:sz w:val="12"/>
                <w:lang w:val="pt-BR"/>
              </w:rPr>
              <w:t xml:space="preserve"> </w:t>
            </w:r>
          </w:p>
        </w:tc>
      </w:tr>
      <w:tr w:rsidR="00E425DC" w:rsidRPr="00FF1131" w14:paraId="79A59FB2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238065DD" w14:textId="77777777" w:rsidR="00E425DC" w:rsidRPr="00FF1131" w:rsidRDefault="00E425DC" w:rsidP="009C1637">
            <w:pPr>
              <w:pStyle w:val="TableParagraph"/>
              <w:ind w:right="19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POSIÇÃO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0FD092A6" w14:textId="77777777" w:rsidR="00E425DC" w:rsidRPr="00FF1131" w:rsidRDefault="00E425DC" w:rsidP="009C1637">
            <w:pPr>
              <w:pStyle w:val="TableParagraph"/>
              <w:ind w:right="141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INSC.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F96A918" w14:textId="77777777" w:rsidR="00E425DC" w:rsidRPr="00FF1131" w:rsidRDefault="00E425DC" w:rsidP="009C1637">
            <w:pPr>
              <w:pStyle w:val="TableParagraph"/>
              <w:ind w:left="68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NASC.</w:t>
            </w:r>
          </w:p>
        </w:tc>
        <w:tc>
          <w:tcPr>
            <w:tcW w:w="4417" w:type="dxa"/>
            <w:tcBorders>
              <w:top w:val="single" w:sz="4" w:space="0" w:color="000000"/>
              <w:bottom w:val="single" w:sz="4" w:space="0" w:color="000000"/>
            </w:tcBorders>
          </w:tcPr>
          <w:p w14:paraId="61E1DFCC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NOME</w:t>
            </w:r>
          </w:p>
        </w:tc>
        <w:tc>
          <w:tcPr>
            <w:tcW w:w="1796" w:type="dxa"/>
            <w:tcBorders>
              <w:top w:val="single" w:sz="4" w:space="0" w:color="000000"/>
              <w:bottom w:val="single" w:sz="4" w:space="0" w:color="000000"/>
            </w:tcBorders>
          </w:tcPr>
          <w:p w14:paraId="31538C65" w14:textId="77777777" w:rsidR="00E425DC" w:rsidRPr="00FF1131" w:rsidRDefault="00E425DC" w:rsidP="009C1637">
            <w:pPr>
              <w:pStyle w:val="TableParagraph"/>
              <w:ind w:left="126"/>
              <w:rPr>
                <w:b/>
                <w:sz w:val="12"/>
                <w:lang w:val="pt-BR"/>
              </w:rPr>
            </w:pPr>
            <w:r w:rsidRPr="00FF1131">
              <w:rPr>
                <w:b/>
                <w:sz w:val="12"/>
                <w:lang w:val="pt-BR"/>
              </w:rPr>
              <w:t xml:space="preserve">NOTA </w:t>
            </w:r>
            <w:r w:rsidRPr="00FF1131">
              <w:rPr>
                <w:b/>
                <w:spacing w:val="-2"/>
                <w:sz w:val="12"/>
                <w:lang w:val="pt-BR"/>
              </w:rPr>
              <w:t>FINAL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6D3DDF1F" w14:textId="77777777" w:rsidR="00E425DC" w:rsidRPr="00FF1131" w:rsidRDefault="00E425DC" w:rsidP="009C1637">
            <w:pPr>
              <w:pStyle w:val="TableParagraph"/>
              <w:ind w:left="475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RESULTADO</w:t>
            </w:r>
          </w:p>
        </w:tc>
      </w:tr>
      <w:tr w:rsidR="00E425DC" w:rsidRPr="00FF1131" w14:paraId="1CB2BD25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1EC5E2E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5"/>
                <w:sz w:val="12"/>
                <w:lang w:val="pt-BR"/>
              </w:rPr>
              <w:t>65º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43E607EB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0013822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6ACA89DA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20/11/1999</w:t>
            </w:r>
          </w:p>
        </w:tc>
        <w:tc>
          <w:tcPr>
            <w:tcW w:w="4417" w:type="dxa"/>
            <w:tcBorders>
              <w:top w:val="single" w:sz="4" w:space="0" w:color="000000"/>
              <w:bottom w:val="single" w:sz="4" w:space="0" w:color="000000"/>
            </w:tcBorders>
          </w:tcPr>
          <w:p w14:paraId="771754F9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JORGE MATEUS SANTOS DA </w:t>
            </w:r>
            <w:r w:rsidRPr="00FF1131">
              <w:rPr>
                <w:spacing w:val="-2"/>
                <w:sz w:val="12"/>
                <w:lang w:val="pt-BR"/>
              </w:rPr>
              <w:t>CONCEIÇÃO</w:t>
            </w:r>
          </w:p>
        </w:tc>
        <w:tc>
          <w:tcPr>
            <w:tcW w:w="1796" w:type="dxa"/>
            <w:tcBorders>
              <w:top w:val="single" w:sz="4" w:space="0" w:color="000000"/>
              <w:bottom w:val="single" w:sz="4" w:space="0" w:color="000000"/>
            </w:tcBorders>
          </w:tcPr>
          <w:p w14:paraId="5523BA22" w14:textId="77777777" w:rsidR="00E425DC" w:rsidRPr="00FF1131" w:rsidRDefault="00E425DC" w:rsidP="009C1637">
            <w:pPr>
              <w:pStyle w:val="TableParagraph"/>
              <w:ind w:left="126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6,00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56A896EC" w14:textId="77777777" w:rsidR="00E425DC" w:rsidRPr="00FF1131" w:rsidRDefault="00E425DC" w:rsidP="009C1637">
            <w:pPr>
              <w:pStyle w:val="TableParagraph"/>
              <w:ind w:left="525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4C50A8D9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00EED04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5"/>
                <w:sz w:val="12"/>
                <w:lang w:val="pt-BR"/>
              </w:rPr>
              <w:t>66º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27A76B40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0012867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5CCA43F3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16/11/1972</w:t>
            </w:r>
          </w:p>
        </w:tc>
        <w:tc>
          <w:tcPr>
            <w:tcW w:w="4417" w:type="dxa"/>
            <w:tcBorders>
              <w:top w:val="single" w:sz="4" w:space="0" w:color="000000"/>
              <w:bottom w:val="single" w:sz="4" w:space="0" w:color="000000"/>
            </w:tcBorders>
          </w:tcPr>
          <w:p w14:paraId="569DA8FA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ROSEIMAR DE OLIVEIRA </w:t>
            </w:r>
            <w:r w:rsidRPr="00FF1131">
              <w:rPr>
                <w:spacing w:val="-2"/>
                <w:sz w:val="12"/>
                <w:lang w:val="pt-BR"/>
              </w:rPr>
              <w:t>CESAR</w:t>
            </w:r>
          </w:p>
        </w:tc>
        <w:tc>
          <w:tcPr>
            <w:tcW w:w="1796" w:type="dxa"/>
            <w:tcBorders>
              <w:top w:val="single" w:sz="4" w:space="0" w:color="000000"/>
              <w:bottom w:val="single" w:sz="4" w:space="0" w:color="000000"/>
            </w:tcBorders>
          </w:tcPr>
          <w:p w14:paraId="796867A4" w14:textId="77777777" w:rsidR="00E425DC" w:rsidRPr="00FF1131" w:rsidRDefault="00E425DC" w:rsidP="009C1637">
            <w:pPr>
              <w:pStyle w:val="TableParagraph"/>
              <w:ind w:left="126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6,00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355D0334" w14:textId="77777777" w:rsidR="00E425DC" w:rsidRPr="00FF1131" w:rsidRDefault="00E425DC" w:rsidP="009C1637">
            <w:pPr>
              <w:pStyle w:val="TableParagraph"/>
              <w:ind w:left="525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7390101F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4D6A6732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5"/>
                <w:sz w:val="12"/>
                <w:lang w:val="pt-BR"/>
              </w:rPr>
              <w:t>67º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0605C541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0012694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266D0B28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08/04/1979</w:t>
            </w:r>
          </w:p>
        </w:tc>
        <w:tc>
          <w:tcPr>
            <w:tcW w:w="4417" w:type="dxa"/>
            <w:tcBorders>
              <w:top w:val="single" w:sz="4" w:space="0" w:color="000000"/>
              <w:bottom w:val="single" w:sz="4" w:space="0" w:color="000000"/>
            </w:tcBorders>
          </w:tcPr>
          <w:p w14:paraId="4051CE61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VALERIA PAULA DA </w:t>
            </w:r>
            <w:r w:rsidRPr="00FF1131">
              <w:rPr>
                <w:spacing w:val="-2"/>
                <w:sz w:val="12"/>
                <w:lang w:val="pt-BR"/>
              </w:rPr>
              <w:t>SILVA</w:t>
            </w:r>
          </w:p>
        </w:tc>
        <w:tc>
          <w:tcPr>
            <w:tcW w:w="1796" w:type="dxa"/>
            <w:tcBorders>
              <w:top w:val="single" w:sz="4" w:space="0" w:color="000000"/>
              <w:bottom w:val="single" w:sz="4" w:space="0" w:color="000000"/>
            </w:tcBorders>
          </w:tcPr>
          <w:p w14:paraId="1D6738B5" w14:textId="77777777" w:rsidR="00E425DC" w:rsidRPr="00FF1131" w:rsidRDefault="00E425DC" w:rsidP="009C1637">
            <w:pPr>
              <w:pStyle w:val="TableParagraph"/>
              <w:ind w:left="126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6,00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1BF72696" w14:textId="77777777" w:rsidR="00E425DC" w:rsidRPr="00FF1131" w:rsidRDefault="00E425DC" w:rsidP="009C1637">
            <w:pPr>
              <w:pStyle w:val="TableParagraph"/>
              <w:ind w:left="525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26012F57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78C767F9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5"/>
                <w:sz w:val="12"/>
                <w:lang w:val="pt-BR"/>
              </w:rPr>
              <w:t>68º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14ECBF42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0010861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59720DEF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09/11/1988</w:t>
            </w:r>
          </w:p>
        </w:tc>
        <w:tc>
          <w:tcPr>
            <w:tcW w:w="4417" w:type="dxa"/>
            <w:tcBorders>
              <w:top w:val="single" w:sz="4" w:space="0" w:color="000000"/>
              <w:bottom w:val="single" w:sz="4" w:space="0" w:color="000000"/>
            </w:tcBorders>
          </w:tcPr>
          <w:p w14:paraId="078D6431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VANESSA DA SILVA </w:t>
            </w:r>
            <w:r w:rsidRPr="00FF1131">
              <w:rPr>
                <w:spacing w:val="-2"/>
                <w:sz w:val="12"/>
                <w:lang w:val="pt-BR"/>
              </w:rPr>
              <w:t>GOMES</w:t>
            </w:r>
          </w:p>
        </w:tc>
        <w:tc>
          <w:tcPr>
            <w:tcW w:w="1796" w:type="dxa"/>
            <w:tcBorders>
              <w:top w:val="single" w:sz="4" w:space="0" w:color="000000"/>
              <w:bottom w:val="single" w:sz="4" w:space="0" w:color="000000"/>
            </w:tcBorders>
          </w:tcPr>
          <w:p w14:paraId="56496186" w14:textId="77777777" w:rsidR="00E425DC" w:rsidRPr="00FF1131" w:rsidRDefault="00E425DC" w:rsidP="009C1637">
            <w:pPr>
              <w:pStyle w:val="TableParagraph"/>
              <w:ind w:left="126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6,00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582F3495" w14:textId="77777777" w:rsidR="00E425DC" w:rsidRPr="00FF1131" w:rsidRDefault="00E425DC" w:rsidP="009C1637">
            <w:pPr>
              <w:pStyle w:val="TableParagraph"/>
              <w:ind w:left="525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</w:tbl>
    <w:p w14:paraId="57D29EBA" w14:textId="77777777" w:rsidR="00E425DC" w:rsidRPr="00FF1131" w:rsidRDefault="00E425DC" w:rsidP="00E425DC">
      <w:pPr>
        <w:pStyle w:val="SemEspaamento"/>
        <w:rPr>
          <w:lang w:val="pt-BR"/>
        </w:rPr>
      </w:pPr>
    </w:p>
    <w:tbl>
      <w:tblPr>
        <w:tblStyle w:val="TableNormal"/>
        <w:tblW w:w="10624" w:type="dxa"/>
        <w:tblInd w:w="149" w:type="dxa"/>
        <w:tblLayout w:type="fixed"/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391"/>
        <w:gridCol w:w="1823"/>
        <w:gridCol w:w="1426"/>
      </w:tblGrid>
      <w:tr w:rsidR="00E425DC" w:rsidRPr="00FF1131" w14:paraId="7C41DB19" w14:textId="77777777" w:rsidTr="009C1637">
        <w:trPr>
          <w:trHeight w:val="278"/>
        </w:trPr>
        <w:tc>
          <w:tcPr>
            <w:tcW w:w="10624" w:type="dxa"/>
            <w:gridSpan w:val="6"/>
            <w:tcBorders>
              <w:bottom w:val="single" w:sz="4" w:space="0" w:color="000000"/>
            </w:tcBorders>
            <w:shd w:val="clear" w:color="auto" w:fill="DCDCDC"/>
          </w:tcPr>
          <w:p w14:paraId="2198C171" w14:textId="77777777" w:rsidR="00E425DC" w:rsidRPr="00FF1131" w:rsidRDefault="00E425DC" w:rsidP="009C1637">
            <w:pPr>
              <w:pStyle w:val="TableParagraph"/>
              <w:spacing w:before="0"/>
              <w:rPr>
                <w:rFonts w:ascii="Times New Roman"/>
                <w:sz w:val="12"/>
                <w:lang w:val="pt-BR"/>
              </w:rPr>
            </w:pPr>
            <w:r w:rsidRPr="00FF1131">
              <w:rPr>
                <w:b/>
                <w:sz w:val="18"/>
                <w:szCs w:val="18"/>
                <w:lang w:val="pt-BR"/>
              </w:rPr>
              <w:t xml:space="preserve">PROFESSOR INGLÊS </w:t>
            </w:r>
          </w:p>
        </w:tc>
      </w:tr>
      <w:tr w:rsidR="00E425DC" w:rsidRPr="00FF1131" w14:paraId="35DD4667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057F4020" w14:textId="77777777" w:rsidR="00E425DC" w:rsidRPr="00FF1131" w:rsidRDefault="00E425DC" w:rsidP="009C1637">
            <w:pPr>
              <w:pStyle w:val="TableParagraph"/>
              <w:ind w:right="19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POSIÇÃO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7DCBD0C8" w14:textId="77777777" w:rsidR="00E425DC" w:rsidRPr="00FF1131" w:rsidRDefault="00E425DC" w:rsidP="009C1637">
            <w:pPr>
              <w:pStyle w:val="TableParagraph"/>
              <w:ind w:right="141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INSC.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0F157B99" w14:textId="77777777" w:rsidR="00E425DC" w:rsidRPr="00FF1131" w:rsidRDefault="00E425DC" w:rsidP="009C1637">
            <w:pPr>
              <w:pStyle w:val="TableParagraph"/>
              <w:ind w:left="68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NASC.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</w:tcBorders>
          </w:tcPr>
          <w:p w14:paraId="463368A2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NOME</w:t>
            </w:r>
          </w:p>
        </w:tc>
        <w:tc>
          <w:tcPr>
            <w:tcW w:w="1823" w:type="dxa"/>
            <w:tcBorders>
              <w:top w:val="single" w:sz="4" w:space="0" w:color="000000"/>
              <w:bottom w:val="single" w:sz="4" w:space="0" w:color="000000"/>
            </w:tcBorders>
          </w:tcPr>
          <w:p w14:paraId="3D41F6B4" w14:textId="77777777" w:rsidR="00E425DC" w:rsidRPr="00FF1131" w:rsidRDefault="00E425DC" w:rsidP="009C1637">
            <w:pPr>
              <w:pStyle w:val="TableParagraph"/>
              <w:ind w:left="151"/>
              <w:rPr>
                <w:b/>
                <w:sz w:val="12"/>
                <w:lang w:val="pt-BR"/>
              </w:rPr>
            </w:pPr>
            <w:r w:rsidRPr="00FF1131">
              <w:rPr>
                <w:b/>
                <w:sz w:val="12"/>
                <w:lang w:val="pt-BR"/>
              </w:rPr>
              <w:t xml:space="preserve">NOTA </w:t>
            </w:r>
            <w:r w:rsidRPr="00FF1131">
              <w:rPr>
                <w:b/>
                <w:spacing w:val="-2"/>
                <w:sz w:val="12"/>
                <w:lang w:val="pt-BR"/>
              </w:rPr>
              <w:t>FINAL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26A227CA" w14:textId="77777777" w:rsidR="00E425DC" w:rsidRPr="00FF1131" w:rsidRDefault="00E425DC" w:rsidP="009C1637">
            <w:pPr>
              <w:pStyle w:val="TableParagraph"/>
              <w:ind w:left="474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RESULTADO</w:t>
            </w:r>
          </w:p>
        </w:tc>
      </w:tr>
      <w:tr w:rsidR="00E425DC" w:rsidRPr="00FF1131" w14:paraId="585F6801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04E2A4FA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5"/>
                <w:sz w:val="12"/>
                <w:lang w:val="pt-BR"/>
              </w:rPr>
              <w:t>5º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05DFD035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0014521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76433C5F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27/11/1994</w:t>
            </w:r>
          </w:p>
        </w:tc>
        <w:tc>
          <w:tcPr>
            <w:tcW w:w="4391" w:type="dxa"/>
            <w:tcBorders>
              <w:top w:val="single" w:sz="4" w:space="0" w:color="000000"/>
              <w:bottom w:val="single" w:sz="4" w:space="0" w:color="000000"/>
            </w:tcBorders>
          </w:tcPr>
          <w:p w14:paraId="0C6FEE6B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WAGNER GUSTAVO </w:t>
            </w:r>
            <w:r w:rsidRPr="00FF1131">
              <w:rPr>
                <w:spacing w:val="-2"/>
                <w:sz w:val="12"/>
                <w:lang w:val="pt-BR"/>
              </w:rPr>
              <w:t>MIGUEL</w:t>
            </w:r>
          </w:p>
        </w:tc>
        <w:tc>
          <w:tcPr>
            <w:tcW w:w="1823" w:type="dxa"/>
            <w:tcBorders>
              <w:top w:val="single" w:sz="4" w:space="0" w:color="000000"/>
              <w:bottom w:val="single" w:sz="4" w:space="0" w:color="000000"/>
            </w:tcBorders>
          </w:tcPr>
          <w:p w14:paraId="3D1A338C" w14:textId="77777777" w:rsidR="00E425DC" w:rsidRPr="00FF1131" w:rsidRDefault="00E425DC" w:rsidP="009C1637">
            <w:pPr>
              <w:pStyle w:val="TableParagraph"/>
              <w:ind w:left="151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6,40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31384FF0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</w:tbl>
    <w:p w14:paraId="46A6AE43" w14:textId="77777777" w:rsidR="00E425DC" w:rsidRPr="00FF1131" w:rsidRDefault="00E425DC" w:rsidP="00E425DC">
      <w:pPr>
        <w:pStyle w:val="SemEspaamento"/>
        <w:rPr>
          <w:lang w:val="pt-BR"/>
        </w:rPr>
      </w:pPr>
    </w:p>
    <w:tbl>
      <w:tblPr>
        <w:tblStyle w:val="TableNormal"/>
        <w:tblW w:w="10624" w:type="dxa"/>
        <w:tblInd w:w="149" w:type="dxa"/>
        <w:tblLayout w:type="fixed"/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157"/>
        <w:gridCol w:w="2057"/>
        <w:gridCol w:w="1426"/>
      </w:tblGrid>
      <w:tr w:rsidR="00E425DC" w:rsidRPr="00FF1131" w14:paraId="31D34569" w14:textId="77777777" w:rsidTr="009C1637">
        <w:trPr>
          <w:trHeight w:val="278"/>
        </w:trPr>
        <w:tc>
          <w:tcPr>
            <w:tcW w:w="10624" w:type="dxa"/>
            <w:gridSpan w:val="6"/>
            <w:tcBorders>
              <w:bottom w:val="single" w:sz="4" w:space="0" w:color="000000"/>
            </w:tcBorders>
            <w:shd w:val="clear" w:color="auto" w:fill="DCDCDC"/>
          </w:tcPr>
          <w:p w14:paraId="03781BE8" w14:textId="77777777" w:rsidR="00E425DC" w:rsidRPr="00FF1131" w:rsidRDefault="00E425DC" w:rsidP="009C1637">
            <w:pPr>
              <w:pStyle w:val="TableParagraph"/>
              <w:spacing w:before="0"/>
              <w:rPr>
                <w:rFonts w:ascii="Times New Roman"/>
                <w:sz w:val="12"/>
                <w:lang w:val="pt-BR"/>
              </w:rPr>
            </w:pPr>
            <w:r w:rsidRPr="00FF1131">
              <w:rPr>
                <w:b/>
                <w:sz w:val="18"/>
                <w:szCs w:val="18"/>
                <w:lang w:val="pt-BR"/>
              </w:rPr>
              <w:t>MONITOR ESCOLAR</w:t>
            </w:r>
          </w:p>
        </w:tc>
      </w:tr>
      <w:tr w:rsidR="00E425DC" w:rsidRPr="00FF1131" w14:paraId="4F00B0B4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11A947B" w14:textId="77777777" w:rsidR="00E425DC" w:rsidRPr="00FF1131" w:rsidRDefault="00E425DC" w:rsidP="009C1637">
            <w:pPr>
              <w:pStyle w:val="TableParagraph"/>
              <w:ind w:right="19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POSIÇÃO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43BEE32A" w14:textId="77777777" w:rsidR="00E425DC" w:rsidRPr="00FF1131" w:rsidRDefault="00E425DC" w:rsidP="009C1637">
            <w:pPr>
              <w:pStyle w:val="TableParagraph"/>
              <w:ind w:right="141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INSC.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0D1D89BE" w14:textId="77777777" w:rsidR="00E425DC" w:rsidRPr="00FF1131" w:rsidRDefault="00E425DC" w:rsidP="009C1637">
            <w:pPr>
              <w:pStyle w:val="TableParagraph"/>
              <w:ind w:left="68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NASC.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4139FC70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NOME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68963A4A" w14:textId="77777777" w:rsidR="00E425DC" w:rsidRPr="00FF1131" w:rsidRDefault="00E425DC" w:rsidP="009C1637">
            <w:pPr>
              <w:pStyle w:val="TableParagraph"/>
              <w:ind w:left="385"/>
              <w:rPr>
                <w:b/>
                <w:sz w:val="12"/>
                <w:lang w:val="pt-BR"/>
              </w:rPr>
            </w:pPr>
            <w:r w:rsidRPr="00FF1131">
              <w:rPr>
                <w:b/>
                <w:sz w:val="12"/>
                <w:lang w:val="pt-BR"/>
              </w:rPr>
              <w:t xml:space="preserve">NOTA </w:t>
            </w:r>
            <w:r w:rsidRPr="00FF1131">
              <w:rPr>
                <w:b/>
                <w:spacing w:val="-2"/>
                <w:sz w:val="12"/>
                <w:lang w:val="pt-BR"/>
              </w:rPr>
              <w:t>FINAL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66470E69" w14:textId="77777777" w:rsidR="00E425DC" w:rsidRPr="00FF1131" w:rsidRDefault="00E425DC" w:rsidP="009C1637">
            <w:pPr>
              <w:pStyle w:val="TableParagraph"/>
              <w:ind w:left="474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RESULTADO</w:t>
            </w:r>
          </w:p>
        </w:tc>
      </w:tr>
      <w:tr w:rsidR="00E425DC" w:rsidRPr="00FF1131" w14:paraId="5CEC9B3B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887CC12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123º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3CACB0D8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0010844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809344C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08/09/1980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24281BAE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LUCIANA APARECIDA OLIMPIA </w:t>
            </w:r>
            <w:r w:rsidRPr="00FF1131">
              <w:rPr>
                <w:spacing w:val="-2"/>
                <w:sz w:val="12"/>
                <w:lang w:val="pt-BR"/>
              </w:rPr>
              <w:t>TEIXEIRA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31BAB469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6,40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62A7DD95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199C8E1B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7C0C1B2B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124º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777B40AC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0011313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E6CF0A8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04/07/1965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445945B5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NADIR DE SOUZA PEREIRA DE </w:t>
            </w:r>
            <w:r w:rsidRPr="00FF1131">
              <w:rPr>
                <w:spacing w:val="-2"/>
                <w:sz w:val="12"/>
                <w:lang w:val="pt-BR"/>
              </w:rPr>
              <w:t>BRITO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2FD40114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6,30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733A2B50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5998D0D3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260466F8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125º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11EF04AC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0010726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19930664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08/04/2006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3868DDE1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AMANDA NAVARRO </w:t>
            </w:r>
            <w:r w:rsidRPr="00FF1131">
              <w:rPr>
                <w:spacing w:val="-2"/>
                <w:sz w:val="12"/>
                <w:lang w:val="pt-BR"/>
              </w:rPr>
              <w:t>SEGHETTO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2A14D961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6,30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7CE43381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241537B2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56901D52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126º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71C1B77D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0012220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2FA93B69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06/07/2000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0A58EE82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HANNA CRISTINA SILVA DE OLIVEIRA </w:t>
            </w:r>
            <w:r w:rsidRPr="00FF1131">
              <w:rPr>
                <w:spacing w:val="-4"/>
                <w:sz w:val="12"/>
                <w:lang w:val="pt-BR"/>
              </w:rPr>
              <w:t>CRUZ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10C2B005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6,30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17E76B89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44553C5A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5D0661BB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127º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58E03A5E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0011615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2D2C1685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25/10/2005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0F68B526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RAFAELA ABREU DE </w:t>
            </w:r>
            <w:r w:rsidRPr="00FF1131">
              <w:rPr>
                <w:spacing w:val="-2"/>
                <w:sz w:val="12"/>
                <w:lang w:val="pt-BR"/>
              </w:rPr>
              <w:t>OMENA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3EFA3B8F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6,30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20CBC51A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0E3306BE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4F93498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128º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37637446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0013819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7D707F16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05/10/1977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5FC87124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CRISTINA ALVES DOS </w:t>
            </w:r>
            <w:r w:rsidRPr="00FF1131">
              <w:rPr>
                <w:spacing w:val="-2"/>
                <w:sz w:val="12"/>
                <w:lang w:val="pt-BR"/>
              </w:rPr>
              <w:t>SANTOS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27A95F8D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6,30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27C36629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4A2832FB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56966450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129º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6293413A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0010970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63A4B0D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09/06/1982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455E0AAA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LUDIMILA APARECIDA ANGELIERI </w:t>
            </w:r>
            <w:r w:rsidRPr="00FF1131">
              <w:rPr>
                <w:spacing w:val="-2"/>
                <w:sz w:val="12"/>
                <w:lang w:val="pt-BR"/>
              </w:rPr>
              <w:t>FERREIRA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43CBE689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6,30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0057FA41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4D7DE91C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033896D6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130º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2CFF54D4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0010842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5A660EA0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22/11/1996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184BF727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JHONATAN BATISTA SABINO DA </w:t>
            </w:r>
            <w:r w:rsidRPr="00FF1131">
              <w:rPr>
                <w:spacing w:val="-2"/>
                <w:sz w:val="12"/>
                <w:lang w:val="pt-BR"/>
              </w:rPr>
              <w:t>SILVA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355563A4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6,30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27DC6791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5F1295F6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7264C34A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131º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1EA4F235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0013347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38ECACB4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19/08/1998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6AAA39DF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DEISY JENIFER MORAES DE </w:t>
            </w:r>
            <w:r w:rsidRPr="00FF1131">
              <w:rPr>
                <w:spacing w:val="-2"/>
                <w:sz w:val="12"/>
                <w:lang w:val="pt-BR"/>
              </w:rPr>
              <w:t>ALMEIDA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1F7B20F7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6,30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51AC6E5C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5990B449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70FF6B3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132º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6A78264A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0012631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1E61C8FD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17/11/1983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28685F2A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ROBERTA APARECIDA GOMES </w:t>
            </w:r>
            <w:r w:rsidRPr="00FF1131">
              <w:rPr>
                <w:spacing w:val="-2"/>
                <w:sz w:val="12"/>
                <w:lang w:val="pt-BR"/>
              </w:rPr>
              <w:t>PEREIRA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47178C26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6,20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6D6868FD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1158A3C3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F613075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133º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6E8CCD78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0014302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2AB3740C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05/09/1983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4177C926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SARA ARAUJO </w:t>
            </w:r>
            <w:r w:rsidRPr="00FF1131">
              <w:rPr>
                <w:spacing w:val="-2"/>
                <w:sz w:val="12"/>
                <w:lang w:val="pt-BR"/>
              </w:rPr>
              <w:t>SANTOS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2B6C9A03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6,20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005D2B74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659B55E6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08F202C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134º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5DD1FFE5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0012922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5C52E444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10/12/1973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730BDC37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MARIA APARECIDA DA SILVA </w:t>
            </w:r>
            <w:r w:rsidRPr="00FF1131">
              <w:rPr>
                <w:spacing w:val="-2"/>
                <w:sz w:val="12"/>
                <w:lang w:val="pt-BR"/>
              </w:rPr>
              <w:t>FERRAZ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290C302E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6,20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53A11479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  <w:tr w:rsidR="00E425DC" w:rsidRPr="00FF1131" w14:paraId="296CA175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33B40A2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135º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632B45CA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0010154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0E214667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10/08/2001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2D96A61A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ANDREINA FLAVIANI </w:t>
            </w:r>
            <w:r w:rsidRPr="00FF1131">
              <w:rPr>
                <w:spacing w:val="-2"/>
                <w:sz w:val="12"/>
                <w:lang w:val="pt-BR"/>
              </w:rPr>
              <w:t>CARVALHO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076EEE45" w14:textId="77777777" w:rsidR="00E425DC" w:rsidRPr="00FF1131" w:rsidRDefault="00E425DC" w:rsidP="009C1637">
            <w:pPr>
              <w:pStyle w:val="TableParagraph"/>
              <w:ind w:left="385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6,20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45B770BB" w14:textId="77777777" w:rsidR="00E425DC" w:rsidRPr="00FF1131" w:rsidRDefault="00E425DC" w:rsidP="009C1637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</w:tbl>
    <w:p w14:paraId="477AD215" w14:textId="77777777" w:rsidR="00E425DC" w:rsidRPr="00FF1131" w:rsidRDefault="00E425DC" w:rsidP="00E425DC">
      <w:pPr>
        <w:ind w:left="1531" w:hanging="1529"/>
        <w:jc w:val="both"/>
        <w:rPr>
          <w:sz w:val="18"/>
          <w:szCs w:val="18"/>
        </w:rPr>
      </w:pPr>
    </w:p>
    <w:p w14:paraId="5C09B311" w14:textId="77777777" w:rsidR="00E425DC" w:rsidRPr="00FF1131" w:rsidRDefault="00E425DC" w:rsidP="00E425DC">
      <w:pPr>
        <w:ind w:left="1531" w:hanging="1529"/>
        <w:jc w:val="both"/>
        <w:rPr>
          <w:sz w:val="18"/>
          <w:szCs w:val="18"/>
        </w:rPr>
      </w:pPr>
    </w:p>
    <w:p w14:paraId="4C602664" w14:textId="77777777" w:rsidR="00E425DC" w:rsidRPr="00FF1131" w:rsidRDefault="00E425DC" w:rsidP="00E425DC">
      <w:pPr>
        <w:ind w:left="1531" w:hanging="1529"/>
        <w:jc w:val="both"/>
        <w:rPr>
          <w:sz w:val="18"/>
          <w:szCs w:val="18"/>
        </w:rPr>
      </w:pPr>
    </w:p>
    <w:p w14:paraId="6337FA86" w14:textId="77777777" w:rsidR="00E425DC" w:rsidRPr="00FF1131" w:rsidRDefault="00E425DC" w:rsidP="00E425DC">
      <w:pPr>
        <w:ind w:left="1531" w:hanging="1529"/>
        <w:jc w:val="both"/>
        <w:rPr>
          <w:sz w:val="18"/>
          <w:szCs w:val="18"/>
        </w:rPr>
      </w:pPr>
    </w:p>
    <w:p w14:paraId="35F7DCD0" w14:textId="77777777" w:rsidR="00E425DC" w:rsidRPr="00FF1131" w:rsidRDefault="00E425DC" w:rsidP="00E425DC">
      <w:pPr>
        <w:ind w:left="1531" w:hanging="1529"/>
        <w:jc w:val="both"/>
        <w:rPr>
          <w:sz w:val="18"/>
          <w:szCs w:val="18"/>
        </w:rPr>
      </w:pPr>
    </w:p>
    <w:tbl>
      <w:tblPr>
        <w:tblStyle w:val="TableNormal"/>
        <w:tblW w:w="10624" w:type="dxa"/>
        <w:tblInd w:w="149" w:type="dxa"/>
        <w:tblLayout w:type="fixed"/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137"/>
        <w:gridCol w:w="2076"/>
        <w:gridCol w:w="1427"/>
      </w:tblGrid>
      <w:tr w:rsidR="00E425DC" w:rsidRPr="00FF1131" w14:paraId="39016FBB" w14:textId="77777777" w:rsidTr="009C1637">
        <w:trPr>
          <w:trHeight w:val="278"/>
        </w:trPr>
        <w:tc>
          <w:tcPr>
            <w:tcW w:w="10624" w:type="dxa"/>
            <w:gridSpan w:val="6"/>
            <w:tcBorders>
              <w:bottom w:val="single" w:sz="4" w:space="0" w:color="000000"/>
            </w:tcBorders>
            <w:shd w:val="clear" w:color="auto" w:fill="DCDCDC"/>
          </w:tcPr>
          <w:p w14:paraId="0512B048" w14:textId="77777777" w:rsidR="00E425DC" w:rsidRPr="00FF1131" w:rsidRDefault="00E425DC" w:rsidP="009C1637">
            <w:pPr>
              <w:pStyle w:val="TableParagraph"/>
              <w:spacing w:before="0"/>
              <w:rPr>
                <w:rFonts w:ascii="Times New Roman"/>
                <w:sz w:val="12"/>
                <w:lang w:val="pt-BR"/>
              </w:rPr>
            </w:pPr>
            <w:r w:rsidRPr="00FF1131">
              <w:rPr>
                <w:b/>
                <w:sz w:val="18"/>
                <w:szCs w:val="18"/>
                <w:lang w:val="pt-BR"/>
              </w:rPr>
              <w:lastRenderedPageBreak/>
              <w:t xml:space="preserve">PSICÓLOGO </w:t>
            </w:r>
          </w:p>
        </w:tc>
      </w:tr>
      <w:tr w:rsidR="00E425DC" w:rsidRPr="00FF1131" w14:paraId="709A138A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07282DE8" w14:textId="77777777" w:rsidR="00E425DC" w:rsidRPr="00FF1131" w:rsidRDefault="00E425DC" w:rsidP="009C1637">
            <w:pPr>
              <w:pStyle w:val="TableParagraph"/>
              <w:ind w:right="19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POSIÇÃO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7725A866" w14:textId="77777777" w:rsidR="00E425DC" w:rsidRPr="00FF1131" w:rsidRDefault="00E425DC" w:rsidP="009C1637">
            <w:pPr>
              <w:pStyle w:val="TableParagraph"/>
              <w:ind w:right="141"/>
              <w:rPr>
                <w:b/>
                <w:spacing w:val="-4"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I</w:t>
            </w:r>
          </w:p>
          <w:p w14:paraId="2B75D002" w14:textId="7335EF2E" w:rsidR="00E425DC" w:rsidRPr="00FF1131" w:rsidRDefault="00E425DC" w:rsidP="009C1637">
            <w:pPr>
              <w:pStyle w:val="TableParagraph"/>
              <w:ind w:right="141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NSC.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61B9B571" w14:textId="77777777" w:rsidR="00E425DC" w:rsidRPr="00FF1131" w:rsidRDefault="00E425DC" w:rsidP="009C1637">
            <w:pPr>
              <w:pStyle w:val="TableParagraph"/>
              <w:ind w:left="68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NASC.</w:t>
            </w:r>
          </w:p>
        </w:tc>
        <w:tc>
          <w:tcPr>
            <w:tcW w:w="4137" w:type="dxa"/>
            <w:tcBorders>
              <w:top w:val="single" w:sz="4" w:space="0" w:color="000000"/>
              <w:bottom w:val="single" w:sz="4" w:space="0" w:color="000000"/>
            </w:tcBorders>
          </w:tcPr>
          <w:p w14:paraId="2C728C4A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NOME</w:t>
            </w:r>
          </w:p>
        </w:tc>
        <w:tc>
          <w:tcPr>
            <w:tcW w:w="2076" w:type="dxa"/>
            <w:tcBorders>
              <w:top w:val="single" w:sz="4" w:space="0" w:color="000000"/>
              <w:bottom w:val="single" w:sz="4" w:space="0" w:color="000000"/>
            </w:tcBorders>
          </w:tcPr>
          <w:p w14:paraId="417CBD5D" w14:textId="77777777" w:rsidR="00E425DC" w:rsidRPr="00FF1131" w:rsidRDefault="00E425DC" w:rsidP="009C1637">
            <w:pPr>
              <w:pStyle w:val="TableParagraph"/>
              <w:ind w:left="406"/>
              <w:rPr>
                <w:b/>
                <w:sz w:val="12"/>
                <w:lang w:val="pt-BR"/>
              </w:rPr>
            </w:pPr>
            <w:r w:rsidRPr="00FF1131">
              <w:rPr>
                <w:b/>
                <w:sz w:val="12"/>
                <w:lang w:val="pt-BR"/>
              </w:rPr>
              <w:t xml:space="preserve">NOTA </w:t>
            </w:r>
            <w:r w:rsidRPr="00FF1131">
              <w:rPr>
                <w:b/>
                <w:spacing w:val="-2"/>
                <w:sz w:val="12"/>
                <w:lang w:val="pt-BR"/>
              </w:rPr>
              <w:t>FINAL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69796163" w14:textId="77777777" w:rsidR="00E425DC" w:rsidRPr="00FF1131" w:rsidRDefault="00E425DC" w:rsidP="009C1637">
            <w:pPr>
              <w:pStyle w:val="TableParagraph"/>
              <w:ind w:left="475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RESULTADO</w:t>
            </w:r>
          </w:p>
        </w:tc>
      </w:tr>
      <w:tr w:rsidR="00E425DC" w:rsidRPr="00FF1131" w14:paraId="5AB2A874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1EC89A5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lang w:val="pt-BR"/>
              </w:rPr>
            </w:pPr>
            <w:r w:rsidRPr="00FF1131">
              <w:rPr>
                <w:spacing w:val="-5"/>
                <w:sz w:val="12"/>
                <w:lang w:val="pt-BR"/>
              </w:rPr>
              <w:t>4º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4A696A2A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0011594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91AA453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29/09/2000</w:t>
            </w:r>
          </w:p>
        </w:tc>
        <w:tc>
          <w:tcPr>
            <w:tcW w:w="4137" w:type="dxa"/>
            <w:tcBorders>
              <w:top w:val="single" w:sz="4" w:space="0" w:color="000000"/>
              <w:bottom w:val="single" w:sz="4" w:space="0" w:color="000000"/>
            </w:tcBorders>
          </w:tcPr>
          <w:p w14:paraId="1E1EE08B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CAMILA SANTOS DE </w:t>
            </w:r>
            <w:r w:rsidRPr="00FF1131">
              <w:rPr>
                <w:spacing w:val="-2"/>
                <w:sz w:val="12"/>
                <w:lang w:val="pt-BR"/>
              </w:rPr>
              <w:t>MACÊDO</w:t>
            </w:r>
          </w:p>
        </w:tc>
        <w:tc>
          <w:tcPr>
            <w:tcW w:w="2076" w:type="dxa"/>
            <w:tcBorders>
              <w:top w:val="single" w:sz="4" w:space="0" w:color="000000"/>
              <w:bottom w:val="single" w:sz="4" w:space="0" w:color="000000"/>
            </w:tcBorders>
          </w:tcPr>
          <w:p w14:paraId="2198E68D" w14:textId="77777777" w:rsidR="00E425DC" w:rsidRPr="00FF1131" w:rsidRDefault="00E425DC" w:rsidP="009C1637">
            <w:pPr>
              <w:pStyle w:val="TableParagraph"/>
              <w:ind w:left="406"/>
              <w:rPr>
                <w:sz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7,40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01D16F97" w14:textId="77777777" w:rsidR="00E425DC" w:rsidRPr="00FF1131" w:rsidRDefault="00E425DC" w:rsidP="009C1637">
            <w:pPr>
              <w:pStyle w:val="TableParagraph"/>
              <w:ind w:left="525"/>
              <w:jc w:val="left"/>
              <w:rPr>
                <w:sz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</w:tbl>
    <w:p w14:paraId="12F5579E" w14:textId="77777777" w:rsidR="00E425DC" w:rsidRPr="00FF1131" w:rsidRDefault="00E425DC" w:rsidP="00E425DC">
      <w:pPr>
        <w:ind w:left="1531" w:hanging="1529"/>
        <w:jc w:val="both"/>
        <w:rPr>
          <w:sz w:val="18"/>
          <w:szCs w:val="18"/>
        </w:rPr>
      </w:pPr>
    </w:p>
    <w:tbl>
      <w:tblPr>
        <w:tblW w:w="10483" w:type="dxa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3"/>
      </w:tblGrid>
      <w:tr w:rsidR="00E425DC" w:rsidRPr="00FF1131" w14:paraId="4A5F1399" w14:textId="77777777" w:rsidTr="009C1637">
        <w:trPr>
          <w:trHeight w:val="278"/>
        </w:trPr>
        <w:tc>
          <w:tcPr>
            <w:tcW w:w="10483" w:type="dxa"/>
            <w:tcBorders>
              <w:bottom w:val="single" w:sz="4" w:space="0" w:color="000000"/>
            </w:tcBorders>
            <w:shd w:val="clear" w:color="auto" w:fill="DCDCDC"/>
          </w:tcPr>
          <w:p w14:paraId="692EFAF9" w14:textId="77777777" w:rsidR="00E425DC" w:rsidRPr="00FF1131" w:rsidRDefault="00E425DC" w:rsidP="009C1637">
            <w:pPr>
              <w:pStyle w:val="TableParagraph"/>
              <w:spacing w:before="0"/>
              <w:rPr>
                <w:sz w:val="18"/>
                <w:szCs w:val="18"/>
                <w:lang w:val="pt-BR"/>
              </w:rPr>
            </w:pPr>
            <w:r w:rsidRPr="00FF1131">
              <w:rPr>
                <w:b/>
                <w:sz w:val="18"/>
                <w:szCs w:val="18"/>
                <w:lang w:val="pt-BR"/>
              </w:rPr>
              <w:t>ASSISTENTE SOCIAL</w:t>
            </w:r>
          </w:p>
        </w:tc>
      </w:tr>
    </w:tbl>
    <w:p w14:paraId="3C7FB910" w14:textId="77777777" w:rsidR="00E425DC" w:rsidRPr="00FF1131" w:rsidRDefault="00E425DC" w:rsidP="00E425DC">
      <w:pPr>
        <w:rPr>
          <w:vanish/>
          <w:sz w:val="12"/>
          <w:szCs w:val="12"/>
        </w:rPr>
      </w:pPr>
    </w:p>
    <w:tbl>
      <w:tblPr>
        <w:tblW w:w="10483" w:type="dxa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267"/>
        <w:gridCol w:w="1946"/>
        <w:gridCol w:w="1286"/>
      </w:tblGrid>
      <w:tr w:rsidR="00E425DC" w:rsidRPr="00FF1131" w14:paraId="4A35253C" w14:textId="77777777" w:rsidTr="009C1637">
        <w:trPr>
          <w:trHeight w:val="209"/>
        </w:trPr>
        <w:tc>
          <w:tcPr>
            <w:tcW w:w="872" w:type="dxa"/>
            <w:tcBorders>
              <w:bottom w:val="single" w:sz="4" w:space="0" w:color="000000"/>
            </w:tcBorders>
          </w:tcPr>
          <w:p w14:paraId="0AEB648C" w14:textId="77777777" w:rsidR="00E425DC" w:rsidRPr="00FF1131" w:rsidRDefault="00E425DC" w:rsidP="009C1637">
            <w:pPr>
              <w:pStyle w:val="TableParagraph"/>
              <w:spacing w:before="0" w:line="134" w:lineRule="exact"/>
              <w:ind w:right="19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POSIÇÃO</w:t>
            </w:r>
          </w:p>
        </w:tc>
        <w:tc>
          <w:tcPr>
            <w:tcW w:w="951" w:type="dxa"/>
            <w:tcBorders>
              <w:bottom w:val="single" w:sz="4" w:space="0" w:color="000000"/>
            </w:tcBorders>
          </w:tcPr>
          <w:p w14:paraId="037CF826" w14:textId="77777777" w:rsidR="00E425DC" w:rsidRPr="00FF1131" w:rsidRDefault="00E425DC" w:rsidP="009C1637">
            <w:pPr>
              <w:pStyle w:val="TableParagraph"/>
              <w:spacing w:before="0" w:line="134" w:lineRule="exact"/>
              <w:ind w:right="141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4"/>
                <w:sz w:val="12"/>
                <w:szCs w:val="12"/>
                <w:lang w:val="pt-BR"/>
              </w:rPr>
              <w:t>INSC.</w:t>
            </w:r>
          </w:p>
        </w:tc>
        <w:tc>
          <w:tcPr>
            <w:tcW w:w="1161" w:type="dxa"/>
            <w:tcBorders>
              <w:bottom w:val="single" w:sz="4" w:space="0" w:color="000000"/>
            </w:tcBorders>
          </w:tcPr>
          <w:p w14:paraId="6C488080" w14:textId="77777777" w:rsidR="00E425DC" w:rsidRPr="00FF1131" w:rsidRDefault="00E425DC" w:rsidP="009C1637">
            <w:pPr>
              <w:pStyle w:val="TableParagraph"/>
              <w:spacing w:before="0" w:line="134" w:lineRule="exact"/>
              <w:ind w:left="68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NASC.</w:t>
            </w:r>
          </w:p>
        </w:tc>
        <w:tc>
          <w:tcPr>
            <w:tcW w:w="4267" w:type="dxa"/>
            <w:tcBorders>
              <w:bottom w:val="single" w:sz="4" w:space="0" w:color="000000"/>
            </w:tcBorders>
          </w:tcPr>
          <w:p w14:paraId="34769F45" w14:textId="77777777" w:rsidR="00E425DC" w:rsidRPr="00FF1131" w:rsidRDefault="00E425DC" w:rsidP="009C1637">
            <w:pPr>
              <w:pStyle w:val="TableParagraph"/>
              <w:spacing w:before="0" w:line="134" w:lineRule="exact"/>
              <w:ind w:left="247"/>
              <w:jc w:val="left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4"/>
                <w:sz w:val="12"/>
                <w:szCs w:val="12"/>
                <w:lang w:val="pt-BR"/>
              </w:rPr>
              <w:t>NOME</w:t>
            </w:r>
          </w:p>
        </w:tc>
        <w:tc>
          <w:tcPr>
            <w:tcW w:w="1946" w:type="dxa"/>
            <w:tcBorders>
              <w:bottom w:val="single" w:sz="4" w:space="0" w:color="000000"/>
            </w:tcBorders>
          </w:tcPr>
          <w:p w14:paraId="45C8DBC7" w14:textId="77777777" w:rsidR="00E425DC" w:rsidRPr="00FF1131" w:rsidRDefault="00E425DC" w:rsidP="009C1637">
            <w:pPr>
              <w:pStyle w:val="TableParagraph"/>
              <w:spacing w:before="0" w:line="134" w:lineRule="exact"/>
              <w:ind w:left="276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z w:val="12"/>
                <w:szCs w:val="12"/>
                <w:lang w:val="pt-BR"/>
              </w:rPr>
              <w:t xml:space="preserve">NOTA </w:t>
            </w: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FINAL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45A44699" w14:textId="77777777" w:rsidR="00E425DC" w:rsidRPr="00FF1131" w:rsidRDefault="00E425DC" w:rsidP="009C1637">
            <w:pPr>
              <w:pStyle w:val="TableParagraph"/>
              <w:spacing w:before="0" w:line="134" w:lineRule="exact"/>
              <w:ind w:left="475"/>
              <w:jc w:val="left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RESULTADO</w:t>
            </w:r>
          </w:p>
        </w:tc>
      </w:tr>
      <w:tr w:rsidR="00E425DC" w:rsidRPr="00FF1131" w14:paraId="0F30D33F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73E25DD6" w14:textId="77777777" w:rsidR="00E425DC" w:rsidRPr="00FF1131" w:rsidRDefault="00E425DC" w:rsidP="009C1637">
            <w:pPr>
              <w:pStyle w:val="TableParagraph"/>
              <w:ind w:right="19"/>
              <w:rPr>
                <w:sz w:val="12"/>
                <w:szCs w:val="12"/>
                <w:lang w:val="pt-BR"/>
              </w:rPr>
            </w:pPr>
            <w:r w:rsidRPr="00FF1131">
              <w:rPr>
                <w:spacing w:val="-5"/>
                <w:sz w:val="12"/>
                <w:lang w:val="pt-BR"/>
              </w:rPr>
              <w:t>10º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4E36E249" w14:textId="77777777" w:rsidR="00E425DC" w:rsidRPr="00FF1131" w:rsidRDefault="00E425DC" w:rsidP="009C1637">
            <w:pPr>
              <w:pStyle w:val="TableParagraph"/>
              <w:ind w:right="141"/>
              <w:rPr>
                <w:sz w:val="12"/>
                <w:szCs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0014481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2A93FAFD" w14:textId="77777777" w:rsidR="00E425DC" w:rsidRPr="00FF1131" w:rsidRDefault="00E425DC" w:rsidP="009C1637">
            <w:pPr>
              <w:pStyle w:val="TableParagraph"/>
              <w:ind w:left="68"/>
              <w:rPr>
                <w:sz w:val="12"/>
                <w:szCs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21/09/1981</w:t>
            </w:r>
          </w:p>
        </w:tc>
        <w:tc>
          <w:tcPr>
            <w:tcW w:w="4267" w:type="dxa"/>
            <w:tcBorders>
              <w:top w:val="single" w:sz="4" w:space="0" w:color="000000"/>
              <w:bottom w:val="single" w:sz="4" w:space="0" w:color="000000"/>
            </w:tcBorders>
          </w:tcPr>
          <w:p w14:paraId="0A10880A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sz w:val="12"/>
                <w:szCs w:val="12"/>
                <w:lang w:val="pt-BR"/>
              </w:rPr>
            </w:pPr>
            <w:r w:rsidRPr="00FF1131">
              <w:rPr>
                <w:sz w:val="12"/>
                <w:lang w:val="pt-BR"/>
              </w:rPr>
              <w:t xml:space="preserve">RIVANIA CANDIDA DA COSTA </w:t>
            </w:r>
            <w:r w:rsidRPr="00FF1131">
              <w:rPr>
                <w:spacing w:val="-2"/>
                <w:sz w:val="12"/>
                <w:lang w:val="pt-BR"/>
              </w:rPr>
              <w:t>SOUZA</w:t>
            </w:r>
          </w:p>
        </w:tc>
        <w:tc>
          <w:tcPr>
            <w:tcW w:w="1946" w:type="dxa"/>
            <w:tcBorders>
              <w:top w:val="single" w:sz="4" w:space="0" w:color="000000"/>
              <w:bottom w:val="single" w:sz="4" w:space="0" w:color="000000"/>
            </w:tcBorders>
          </w:tcPr>
          <w:p w14:paraId="373FB017" w14:textId="77777777" w:rsidR="00E425DC" w:rsidRPr="00FF1131" w:rsidRDefault="00E425DC" w:rsidP="009C1637">
            <w:pPr>
              <w:pStyle w:val="TableParagraph"/>
              <w:ind w:left="276"/>
              <w:rPr>
                <w:sz w:val="12"/>
                <w:szCs w:val="12"/>
                <w:lang w:val="pt-BR"/>
              </w:rPr>
            </w:pPr>
            <w:r w:rsidRPr="00FF1131">
              <w:rPr>
                <w:spacing w:val="-4"/>
                <w:sz w:val="12"/>
                <w:lang w:val="pt-BR"/>
              </w:rPr>
              <w:t>6,30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21532EA2" w14:textId="77777777" w:rsidR="00E425DC" w:rsidRPr="00FF1131" w:rsidRDefault="00E425DC" w:rsidP="009C1637">
            <w:pPr>
              <w:pStyle w:val="TableParagraph"/>
              <w:ind w:left="525"/>
              <w:jc w:val="left"/>
              <w:rPr>
                <w:sz w:val="12"/>
                <w:szCs w:val="12"/>
                <w:lang w:val="pt-BR"/>
              </w:rPr>
            </w:pPr>
            <w:r w:rsidRPr="00FF1131">
              <w:rPr>
                <w:spacing w:val="-2"/>
                <w:sz w:val="12"/>
                <w:lang w:val="pt-BR"/>
              </w:rPr>
              <w:t>APROVADO</w:t>
            </w:r>
          </w:p>
        </w:tc>
      </w:tr>
    </w:tbl>
    <w:p w14:paraId="5F24DBEC" w14:textId="77777777" w:rsidR="00E425DC" w:rsidRPr="00FF1131" w:rsidRDefault="00E425DC" w:rsidP="00E425DC">
      <w:pPr>
        <w:ind w:left="1531" w:hanging="1529"/>
        <w:jc w:val="both"/>
        <w:rPr>
          <w:sz w:val="18"/>
          <w:szCs w:val="18"/>
        </w:rPr>
      </w:pPr>
    </w:p>
    <w:p w14:paraId="5E26F541" w14:textId="4FDF152B" w:rsidR="00312737" w:rsidRPr="00FF1131" w:rsidRDefault="000F743E">
      <w:pPr>
        <w:spacing w:before="160"/>
        <w:ind w:firstLine="1152"/>
        <w:jc w:val="both"/>
      </w:pPr>
      <w:r w:rsidRPr="00FF1131">
        <w:rPr>
          <w:b/>
        </w:rPr>
        <w:t xml:space="preserve">Art. 2º </w:t>
      </w:r>
      <w:r w:rsidRPr="00FF1131">
        <w:t xml:space="preserve">Os </w:t>
      </w:r>
      <w:r w:rsidR="00B23E68" w:rsidRPr="00FF1131">
        <w:t>nomeados</w:t>
      </w:r>
      <w:r w:rsidRPr="00FF1131">
        <w:t xml:space="preserve"> deverão se apresentar no período de </w:t>
      </w:r>
      <w:r w:rsidRPr="00FF1131">
        <w:rPr>
          <w:b/>
          <w:sz w:val="28"/>
          <w:szCs w:val="28"/>
        </w:rPr>
        <w:t>03/11/2026 a 16/11/2026</w:t>
      </w:r>
      <w:r w:rsidRPr="00FF1131">
        <w:t xml:space="preserve"> no Setor de Recursos Humanos da Prefeitura Municipal de Itapeva, localizada na Rua Ulisses Escobar, nº 30, Centro, exclusivamente nos horários das </w:t>
      </w:r>
      <w:r w:rsidRPr="00FF1131">
        <w:rPr>
          <w:b/>
        </w:rPr>
        <w:t>9h às 11h</w:t>
      </w:r>
      <w:r w:rsidRPr="00FF1131">
        <w:t xml:space="preserve"> e das </w:t>
      </w:r>
      <w:r w:rsidRPr="00FF1131">
        <w:rPr>
          <w:b/>
        </w:rPr>
        <w:t>13h às 14h30</w:t>
      </w:r>
      <w:r w:rsidRPr="00FF1131">
        <w:t>, munidos de todos os documentos descritos no Anexo I deste decreto</w:t>
      </w:r>
      <w:r w:rsidR="0001047D" w:rsidRPr="00FF1131">
        <w:t>, para fins de posse no cargo público.</w:t>
      </w:r>
    </w:p>
    <w:p w14:paraId="179B9502" w14:textId="77777777" w:rsidR="00312737" w:rsidRPr="00FF1131" w:rsidRDefault="000F743E">
      <w:pPr>
        <w:spacing w:after="360"/>
        <w:ind w:firstLine="1152"/>
        <w:jc w:val="both"/>
      </w:pPr>
      <w:r w:rsidRPr="00FF1131">
        <w:rPr>
          <w:b/>
        </w:rPr>
        <w:t xml:space="preserve">Art. 3º </w:t>
      </w:r>
      <w:r w:rsidRPr="00FF1131">
        <w:t>Este Decreto entrará em vigor na data de sua publicação.</w:t>
      </w:r>
    </w:p>
    <w:p w14:paraId="46B031C3" w14:textId="77777777" w:rsidR="00312737" w:rsidRPr="00FF1131" w:rsidRDefault="000F743E" w:rsidP="00FF1131">
      <w:pPr>
        <w:spacing w:after="240"/>
        <w:ind w:firstLine="1134"/>
      </w:pPr>
      <w:r w:rsidRPr="00FF1131">
        <w:rPr>
          <w:i/>
        </w:rPr>
        <w:t>Registre-se, publique-se e cumpra-se.</w:t>
      </w:r>
    </w:p>
    <w:p w14:paraId="7071DCFB" w14:textId="77777777" w:rsidR="00312737" w:rsidRPr="00FF1131" w:rsidRDefault="000F743E" w:rsidP="00FF1131">
      <w:pPr>
        <w:spacing w:after="800"/>
        <w:jc w:val="right"/>
      </w:pPr>
      <w:r w:rsidRPr="00FF1131">
        <w:t>Itapeva/MG, 29 de outubro de 2026.</w:t>
      </w:r>
    </w:p>
    <w:p w14:paraId="5B376C8A" w14:textId="77777777" w:rsidR="00312737" w:rsidRPr="00FF1131" w:rsidRDefault="000F743E">
      <w:pPr>
        <w:spacing w:after="0" w:line="240" w:lineRule="auto"/>
        <w:jc w:val="center"/>
        <w:rPr>
          <w:sz w:val="20"/>
        </w:rPr>
      </w:pPr>
      <w:r w:rsidRPr="00FF1131">
        <w:rPr>
          <w:b/>
        </w:rPr>
        <w:t>DANIEL PEREIRA DO COUTO</w:t>
      </w:r>
      <w:r w:rsidRPr="00FF1131">
        <w:rPr>
          <w:b/>
        </w:rPr>
        <w:br/>
      </w:r>
      <w:r w:rsidRPr="00FF1131">
        <w:rPr>
          <w:sz w:val="20"/>
        </w:rPr>
        <w:t>Prefeito Municipal de Itapeva</w:t>
      </w:r>
    </w:p>
    <w:p w14:paraId="0C02C277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36364F6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0F85B46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1CE973E5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539D0768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DEF0ED2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659AB872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47438B8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ABE9E8B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262F9F3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3B94FA9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BD0D95E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4633FB27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8D658C1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60412C2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4FA33C06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4AC86D8B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B9E41C7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8DBCFAD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14C7EC12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91FEC8E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04488C35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636C0AEE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B2C8B1F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5A871308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0000EDFA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013895BA" w14:textId="77777777" w:rsidR="00E425DC" w:rsidRPr="00FF1131" w:rsidRDefault="00E425DC" w:rsidP="00E425DC">
      <w:pPr>
        <w:spacing w:line="360" w:lineRule="auto"/>
        <w:ind w:left="-567"/>
        <w:jc w:val="center"/>
        <w:rPr>
          <w:b/>
          <w:sz w:val="23"/>
          <w:szCs w:val="23"/>
        </w:rPr>
      </w:pPr>
      <w:r w:rsidRPr="00FF1131">
        <w:rPr>
          <w:b/>
          <w:sz w:val="23"/>
          <w:szCs w:val="23"/>
        </w:rPr>
        <w:t>ANEXO I</w:t>
      </w:r>
    </w:p>
    <w:p w14:paraId="72D4B6AA" w14:textId="777777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>RELAÇÃO DE DOCUMENTOS</w:t>
      </w:r>
    </w:p>
    <w:p w14:paraId="65709D81" w14:textId="77777777" w:rsidR="00E425DC" w:rsidRPr="00FF1131" w:rsidRDefault="00E425DC" w:rsidP="00E425DC">
      <w:pPr>
        <w:spacing w:line="360" w:lineRule="auto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lastRenderedPageBreak/>
        <w:t>(OBRIGATÓRIO trazer os documentos originais e as cópias legíveis e se possível não juntar dois ou mais documentos na mesma página (</w:t>
      </w:r>
      <w:proofErr w:type="spellStart"/>
      <w:r w:rsidRPr="00FF1131">
        <w:rPr>
          <w:b/>
          <w:sz w:val="24"/>
          <w:szCs w:val="24"/>
        </w:rPr>
        <w:t>ex</w:t>
      </w:r>
      <w:proofErr w:type="spellEnd"/>
      <w:r w:rsidRPr="00FF1131">
        <w:rPr>
          <w:b/>
          <w:sz w:val="24"/>
          <w:szCs w:val="24"/>
        </w:rPr>
        <w:t>: evite tirar cópia do RG e do Título de Eleitor na mesma folha).</w:t>
      </w:r>
    </w:p>
    <w:p w14:paraId="2C574C16" w14:textId="77777777" w:rsidR="00E425DC" w:rsidRPr="00FF1131" w:rsidRDefault="00E425DC" w:rsidP="00E425DC">
      <w:pPr>
        <w:numPr>
          <w:ilvl w:val="0"/>
          <w:numId w:val="11"/>
        </w:numPr>
        <w:spacing w:after="0" w:line="360" w:lineRule="auto"/>
        <w:jc w:val="center"/>
        <w:rPr>
          <w:b/>
          <w:sz w:val="12"/>
          <w:szCs w:val="12"/>
        </w:rPr>
      </w:pPr>
      <w:r w:rsidRPr="00FF1131">
        <w:rPr>
          <w:b/>
          <w:sz w:val="12"/>
          <w:szCs w:val="12"/>
        </w:rPr>
        <w:t>item 13.6 do Edital 001/2025- “Não serão aceitos, no ato da posse / contratação, protocolos ou cópias simples dos documentos exigidos. As cópias</w:t>
      </w:r>
    </w:p>
    <w:p w14:paraId="2C0EA2E3" w14:textId="77777777" w:rsidR="00E425DC" w:rsidRPr="00FF1131" w:rsidRDefault="00E425DC" w:rsidP="00E425DC">
      <w:pPr>
        <w:spacing w:line="360" w:lineRule="auto"/>
        <w:jc w:val="center"/>
        <w:rPr>
          <w:b/>
          <w:sz w:val="12"/>
          <w:szCs w:val="12"/>
        </w:rPr>
      </w:pPr>
      <w:r w:rsidRPr="00FF1131">
        <w:rPr>
          <w:b/>
          <w:sz w:val="12"/>
          <w:szCs w:val="12"/>
        </w:rPr>
        <w:t>somente serão aceitas se acompanhadas dos respectivos originais, para fins de conferência e autenticação)</w:t>
      </w:r>
    </w:p>
    <w:tbl>
      <w:tblPr>
        <w:tblW w:w="9922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4819"/>
      </w:tblGrid>
      <w:tr w:rsidR="00E425DC" w:rsidRPr="00FF1131" w14:paraId="26570905" w14:textId="77777777" w:rsidTr="009C1637">
        <w:trPr>
          <w:trHeight w:val="505"/>
        </w:trPr>
        <w:tc>
          <w:tcPr>
            <w:tcW w:w="5103" w:type="dxa"/>
            <w:shd w:val="clear" w:color="auto" w:fill="FFFF00"/>
          </w:tcPr>
          <w:p w14:paraId="488BAF76" w14:textId="77777777" w:rsidR="00E425DC" w:rsidRPr="00FF1131" w:rsidRDefault="00E425DC" w:rsidP="009C1637">
            <w:pPr>
              <w:tabs>
                <w:tab w:val="left" w:pos="368"/>
              </w:tabs>
              <w:spacing w:line="237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FF1131">
              <w:rPr>
                <w:rFonts w:eastAsia="Arial"/>
                <w:b/>
                <w:sz w:val="24"/>
                <w:szCs w:val="24"/>
              </w:rPr>
              <w:t>O CANDIDATO CONVOCADO DEVERÁ APRESENTAR, OBRIGATORIAMENTE, OS SEGUINTES DOCUMENTOS PARA INVESTIDURA NO CARGO:</w:t>
            </w:r>
          </w:p>
        </w:tc>
        <w:tc>
          <w:tcPr>
            <w:tcW w:w="4819" w:type="dxa"/>
            <w:shd w:val="clear" w:color="auto" w:fill="FFFF00"/>
          </w:tcPr>
          <w:p w14:paraId="31D72945" w14:textId="77777777" w:rsidR="00E425DC" w:rsidRPr="00FF1131" w:rsidRDefault="00E425DC" w:rsidP="009C1637">
            <w:pPr>
              <w:jc w:val="center"/>
              <w:rPr>
                <w:b/>
                <w:sz w:val="24"/>
                <w:szCs w:val="24"/>
              </w:rPr>
            </w:pPr>
            <w:r w:rsidRPr="00FF1131">
              <w:rPr>
                <w:b/>
                <w:sz w:val="24"/>
                <w:szCs w:val="24"/>
              </w:rPr>
              <w:t>OBSERVAÇÕES</w:t>
            </w:r>
          </w:p>
        </w:tc>
      </w:tr>
      <w:tr w:rsidR="00E425DC" w:rsidRPr="00FF1131" w14:paraId="3F03E19D" w14:textId="77777777" w:rsidTr="009C1637">
        <w:trPr>
          <w:trHeight w:val="360"/>
        </w:trPr>
        <w:tc>
          <w:tcPr>
            <w:tcW w:w="5103" w:type="dxa"/>
          </w:tcPr>
          <w:p w14:paraId="7401CD32" w14:textId="77777777" w:rsidR="00E425DC" w:rsidRPr="00FF1131" w:rsidRDefault="00E425DC" w:rsidP="00E425DC">
            <w:pPr>
              <w:pStyle w:val="PargrafodaLista"/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jc w:val="both"/>
              <w:rPr>
                <w:rFonts w:ascii="Arial" w:eastAsia="Arial" w:hAnsi="Arial" w:cs="Arial"/>
              </w:rPr>
            </w:pPr>
            <w:r w:rsidRPr="00FF1131">
              <w:rPr>
                <w:rFonts w:ascii="Arial" w:eastAsia="Arial" w:hAnsi="Arial" w:cs="Arial"/>
              </w:rPr>
              <w:t>original e fotocópia da Cédula de Identidade (RG);</w:t>
            </w:r>
          </w:p>
          <w:p w14:paraId="0429E2D7" w14:textId="77777777" w:rsidR="00E425DC" w:rsidRPr="00FF1131" w:rsidRDefault="00E425DC" w:rsidP="009C1637">
            <w:pPr>
              <w:tabs>
                <w:tab w:val="left" w:pos="712"/>
              </w:tabs>
              <w:spacing w:line="236" w:lineRule="auto"/>
              <w:ind w:left="644"/>
              <w:contextualSpacing/>
              <w:jc w:val="both"/>
              <w:rPr>
                <w:rFonts w:eastAsia="Arial"/>
              </w:rPr>
            </w:pPr>
          </w:p>
        </w:tc>
        <w:tc>
          <w:tcPr>
            <w:tcW w:w="4819" w:type="dxa"/>
          </w:tcPr>
          <w:p w14:paraId="55F00654" w14:textId="77777777" w:rsidR="00E425DC" w:rsidRPr="00FF1131" w:rsidRDefault="00E425DC" w:rsidP="00E425DC">
            <w:pPr>
              <w:numPr>
                <w:ilvl w:val="0"/>
                <w:numId w:val="13"/>
              </w:numPr>
              <w:spacing w:after="0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 xml:space="preserve">É </w:t>
            </w:r>
            <w:proofErr w:type="gramStart"/>
            <w:r w:rsidRPr="00FF1131">
              <w:rPr>
                <w:bCs/>
                <w:color w:val="000000"/>
              </w:rPr>
              <w:t>necessário  que</w:t>
            </w:r>
            <w:proofErr w:type="gramEnd"/>
            <w:r w:rsidRPr="00FF1131">
              <w:rPr>
                <w:bCs/>
                <w:color w:val="000000"/>
              </w:rPr>
              <w:t xml:space="preserve"> a identidade esteja atualizada </w:t>
            </w:r>
            <w:proofErr w:type="gramStart"/>
            <w:r w:rsidRPr="00FF1131">
              <w:rPr>
                <w:bCs/>
                <w:color w:val="000000"/>
              </w:rPr>
              <w:t>e  com</w:t>
            </w:r>
            <w:proofErr w:type="gramEnd"/>
            <w:r w:rsidRPr="00FF1131">
              <w:rPr>
                <w:bCs/>
                <w:color w:val="000000"/>
              </w:rPr>
              <w:t xml:space="preserve"> data de emissão com menos </w:t>
            </w:r>
            <w:proofErr w:type="gramStart"/>
            <w:r w:rsidRPr="00FF1131">
              <w:rPr>
                <w:bCs/>
                <w:color w:val="000000"/>
              </w:rPr>
              <w:t>de  dez</w:t>
            </w:r>
            <w:proofErr w:type="gramEnd"/>
            <w:r w:rsidRPr="00FF1131">
              <w:rPr>
                <w:bCs/>
                <w:color w:val="000000"/>
              </w:rPr>
              <w:t xml:space="preserve"> anos.</w:t>
            </w:r>
          </w:p>
          <w:p w14:paraId="742FB581" w14:textId="77777777" w:rsidR="00E425DC" w:rsidRPr="00FF1131" w:rsidRDefault="00E425DC" w:rsidP="009C1637">
            <w:pPr>
              <w:ind w:left="354" w:hanging="289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 xml:space="preserve">     Havendo a mudança do estado civil        dentro do período deverá ser feita a atualização no órgão emissor da Identidade.</w:t>
            </w:r>
          </w:p>
          <w:p w14:paraId="655312C4" w14:textId="77777777" w:rsidR="00E425DC" w:rsidRPr="00FF1131" w:rsidRDefault="00E425DC" w:rsidP="00E425DC">
            <w:pPr>
              <w:numPr>
                <w:ilvl w:val="0"/>
                <w:numId w:val="13"/>
              </w:numPr>
              <w:spacing w:after="0"/>
              <w:jc w:val="both"/>
              <w:rPr>
                <w:bCs/>
                <w:color w:val="000000"/>
              </w:rPr>
            </w:pPr>
            <w:r w:rsidRPr="00FF1131">
              <w:rPr>
                <w:color w:val="000000"/>
              </w:rPr>
              <w:t>Não será aceita a CNH (Carteira Nacional de Habilitação) como documento substituto ao RG</w:t>
            </w:r>
          </w:p>
        </w:tc>
      </w:tr>
      <w:tr w:rsidR="00E425DC" w:rsidRPr="00FF1131" w14:paraId="1517363B" w14:textId="77777777" w:rsidTr="009C1637">
        <w:trPr>
          <w:trHeight w:val="360"/>
        </w:trPr>
        <w:tc>
          <w:tcPr>
            <w:tcW w:w="5103" w:type="dxa"/>
          </w:tcPr>
          <w:p w14:paraId="12F319E8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original e fotocópia da certidão de nascimento ou casamento ou averbações, se houver;</w:t>
            </w:r>
          </w:p>
          <w:p w14:paraId="133592E7" w14:textId="77777777" w:rsidR="00E425DC" w:rsidRPr="00FF1131" w:rsidRDefault="00E425DC" w:rsidP="009C1637">
            <w:pPr>
              <w:tabs>
                <w:tab w:val="left" w:pos="712"/>
              </w:tabs>
              <w:spacing w:line="236" w:lineRule="auto"/>
              <w:ind w:left="644"/>
              <w:contextualSpacing/>
              <w:jc w:val="both"/>
              <w:rPr>
                <w:rFonts w:eastAsia="Arial"/>
              </w:rPr>
            </w:pPr>
          </w:p>
        </w:tc>
        <w:tc>
          <w:tcPr>
            <w:tcW w:w="4819" w:type="dxa"/>
          </w:tcPr>
          <w:p w14:paraId="0951758C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>Se for solteiro trazer certidão de nascimento; se casado trazer certidão de casamento; se divorciado, separado judicialmente trazer certidão com averbações</w:t>
            </w:r>
          </w:p>
        </w:tc>
      </w:tr>
      <w:tr w:rsidR="00E425DC" w:rsidRPr="00FF1131" w14:paraId="17EB2AF0" w14:textId="77777777" w:rsidTr="009C1637">
        <w:trPr>
          <w:trHeight w:val="360"/>
        </w:trPr>
        <w:tc>
          <w:tcPr>
            <w:tcW w:w="5103" w:type="dxa"/>
          </w:tcPr>
          <w:p w14:paraId="36883C04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Original e fotocópia da Carteira Nacional de Habilitação (CNH) (quando o cargo exigir)</w:t>
            </w:r>
          </w:p>
        </w:tc>
        <w:tc>
          <w:tcPr>
            <w:tcW w:w="4819" w:type="dxa"/>
          </w:tcPr>
          <w:p w14:paraId="23734357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color w:val="000000"/>
              </w:rPr>
              <w:t xml:space="preserve">Versão física OU cópia da CNH Digital </w:t>
            </w:r>
            <w:r w:rsidRPr="00FF1131">
              <w:rPr>
                <w:i/>
                <w:iCs/>
                <w:color w:val="000000"/>
              </w:rPr>
              <w:t>(Atenção: verificar se a numeração está perfeitamente legível)</w:t>
            </w:r>
            <w:r w:rsidRPr="00FF1131">
              <w:rPr>
                <w:color w:val="000000"/>
              </w:rPr>
              <w:t>.</w:t>
            </w:r>
          </w:p>
        </w:tc>
      </w:tr>
      <w:tr w:rsidR="00E425DC" w:rsidRPr="00FF1131" w14:paraId="222B0DC5" w14:textId="77777777" w:rsidTr="009C1637">
        <w:trPr>
          <w:trHeight w:val="360"/>
        </w:trPr>
        <w:tc>
          <w:tcPr>
            <w:tcW w:w="5103" w:type="dxa"/>
          </w:tcPr>
          <w:p w14:paraId="33DAF3DC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6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original e fotocópia de comprovante de residência;</w:t>
            </w:r>
          </w:p>
          <w:p w14:paraId="71C9FB03" w14:textId="77777777" w:rsidR="00E425DC" w:rsidRPr="00FF1131" w:rsidRDefault="00E425DC" w:rsidP="009C1637">
            <w:pPr>
              <w:ind w:left="720"/>
              <w:contextualSpacing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819" w:type="dxa"/>
          </w:tcPr>
          <w:p w14:paraId="6CAF95DA" w14:textId="77777777" w:rsidR="00E425DC" w:rsidRPr="00FF1131" w:rsidRDefault="00E425DC" w:rsidP="009C1637">
            <w:pPr>
              <w:jc w:val="both"/>
            </w:pPr>
            <w:r w:rsidRPr="00FF1131">
              <w:t xml:space="preserve">Cópia da </w:t>
            </w:r>
            <w:r w:rsidRPr="00FF1131">
              <w:rPr>
                <w:bCs/>
                <w:color w:val="000000"/>
              </w:rPr>
              <w:t xml:space="preserve">conta de água, energia elétrica, </w:t>
            </w:r>
            <w:proofErr w:type="gramStart"/>
            <w:r w:rsidRPr="00FF1131">
              <w:rPr>
                <w:bCs/>
                <w:color w:val="000000"/>
              </w:rPr>
              <w:t>internet,  telefone</w:t>
            </w:r>
            <w:proofErr w:type="gramEnd"/>
            <w:r w:rsidRPr="00FF1131">
              <w:t xml:space="preserve"> comprovando a residência, em nome do candidato ou no nome dos pais caso resida com eles.</w:t>
            </w:r>
          </w:p>
          <w:p w14:paraId="2714BE76" w14:textId="77777777" w:rsidR="00E425DC" w:rsidRPr="00FF1131" w:rsidRDefault="00E425DC" w:rsidP="009C1637">
            <w:pPr>
              <w:jc w:val="both"/>
            </w:pPr>
            <w:r w:rsidRPr="00FF1131">
              <w:t xml:space="preserve">Caso o comprovante esteja no nome do cônjuge ou </w:t>
            </w:r>
            <w:proofErr w:type="gramStart"/>
            <w:r w:rsidRPr="00FF1131">
              <w:t xml:space="preserve">companheiro,   </w:t>
            </w:r>
            <w:proofErr w:type="gramEnd"/>
            <w:r w:rsidRPr="00FF1131">
              <w:t xml:space="preserve">apresentar certidão de casamento ou documento que comprove a união estável por meio de sentença judicial, certidão cartorária ou outro meio. </w:t>
            </w:r>
          </w:p>
          <w:p w14:paraId="61DB8EDB" w14:textId="77777777" w:rsidR="00E425DC" w:rsidRPr="00FF1131" w:rsidRDefault="00E425DC" w:rsidP="009C1637">
            <w:pPr>
              <w:jc w:val="both"/>
            </w:pPr>
            <w:r w:rsidRPr="00FF1131">
              <w:t>Contrato de aluguel entre particulares, ou entre particular e imobiliária com firma reconhecida em cartório;</w:t>
            </w:r>
          </w:p>
          <w:p w14:paraId="3F04472B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t>Ou demais documentos similares que possam aferir a moradia no endereço mencionado.</w:t>
            </w:r>
          </w:p>
        </w:tc>
      </w:tr>
      <w:tr w:rsidR="00E425DC" w:rsidRPr="00FF1131" w14:paraId="373E8463" w14:textId="77777777" w:rsidTr="009C1637">
        <w:trPr>
          <w:trHeight w:val="315"/>
        </w:trPr>
        <w:tc>
          <w:tcPr>
            <w:tcW w:w="5103" w:type="dxa"/>
          </w:tcPr>
          <w:p w14:paraId="68BC0D8A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Carteira de Trabalho (CTPS-Carteira de Trabalho e Previdência Social) ou Carteira Digital de Trabalho</w:t>
            </w:r>
          </w:p>
        </w:tc>
        <w:tc>
          <w:tcPr>
            <w:tcW w:w="4819" w:type="dxa"/>
          </w:tcPr>
          <w:p w14:paraId="11605235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 xml:space="preserve">cópia da Carteira de Trabalho da página da foto e o verso </w:t>
            </w:r>
            <w:proofErr w:type="gramStart"/>
            <w:r w:rsidRPr="00FF1131">
              <w:rPr>
                <w:bCs/>
                <w:color w:val="000000"/>
              </w:rPr>
              <w:t>da mesma</w:t>
            </w:r>
            <w:proofErr w:type="gramEnd"/>
            <w:r w:rsidRPr="00FF1131">
              <w:rPr>
                <w:bCs/>
                <w:color w:val="000000"/>
              </w:rPr>
              <w:t>, ou seja, a qualificação civil</w:t>
            </w:r>
          </w:p>
        </w:tc>
      </w:tr>
      <w:tr w:rsidR="00E425DC" w:rsidRPr="00FF1131" w14:paraId="1152D3C0" w14:textId="77777777" w:rsidTr="009C1637">
        <w:trPr>
          <w:trHeight w:val="360"/>
        </w:trPr>
        <w:tc>
          <w:tcPr>
            <w:tcW w:w="5103" w:type="dxa"/>
          </w:tcPr>
          <w:p w14:paraId="7469883A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0" w:lineRule="atLeast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original e fotocópia do CPF;</w:t>
            </w:r>
          </w:p>
          <w:p w14:paraId="0F9C171A" w14:textId="77777777" w:rsidR="00E425DC" w:rsidRPr="00FF1131" w:rsidRDefault="00E425DC" w:rsidP="009C1637">
            <w:pPr>
              <w:ind w:left="720"/>
              <w:contextualSpacing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819" w:type="dxa"/>
          </w:tcPr>
          <w:p w14:paraId="722F0800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 xml:space="preserve">Se não tiver o </w:t>
            </w:r>
            <w:proofErr w:type="spellStart"/>
            <w:r w:rsidRPr="00FF1131">
              <w:rPr>
                <w:bCs/>
                <w:color w:val="000000"/>
              </w:rPr>
              <w:t>Cpf</w:t>
            </w:r>
            <w:proofErr w:type="spellEnd"/>
            <w:r w:rsidRPr="00FF1131">
              <w:rPr>
                <w:bCs/>
                <w:color w:val="000000"/>
              </w:rPr>
              <w:t xml:space="preserve"> em mãos, emitir através do site da Receita Federal </w:t>
            </w:r>
            <w:proofErr w:type="gramStart"/>
            <w:r w:rsidRPr="00FF1131">
              <w:rPr>
                <w:bCs/>
                <w:color w:val="000000"/>
              </w:rPr>
              <w:t>o comprovantes</w:t>
            </w:r>
            <w:proofErr w:type="gramEnd"/>
            <w:r w:rsidRPr="00FF1131">
              <w:rPr>
                <w:bCs/>
                <w:color w:val="000000"/>
              </w:rPr>
              <w:t xml:space="preserve"> do mesmo </w:t>
            </w:r>
            <w:r w:rsidRPr="00FF1131">
              <w:rPr>
                <w:color w:val="0000FF"/>
              </w:rPr>
              <w:lastRenderedPageBreak/>
              <w:t>https://servicos.receita.fazenda.gov.br/Servicos/CPF/ImpressaoComprovante/ConsultaImpressao.asp</w:t>
            </w:r>
          </w:p>
        </w:tc>
      </w:tr>
      <w:tr w:rsidR="00E425DC" w:rsidRPr="00FF1131" w14:paraId="1D3BB10B" w14:textId="77777777" w:rsidTr="009C1637">
        <w:trPr>
          <w:trHeight w:val="360"/>
        </w:trPr>
        <w:tc>
          <w:tcPr>
            <w:tcW w:w="5103" w:type="dxa"/>
          </w:tcPr>
          <w:p w14:paraId="31922805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0" w:lineRule="atLeast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lastRenderedPageBreak/>
              <w:t>Emissão de Situação Cadastral no CPF; (recente)</w:t>
            </w:r>
          </w:p>
        </w:tc>
        <w:tc>
          <w:tcPr>
            <w:tcW w:w="4819" w:type="dxa"/>
          </w:tcPr>
          <w:p w14:paraId="4F16154B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 xml:space="preserve">Acessar para emissão: </w:t>
            </w:r>
            <w:r w:rsidRPr="00FF1131">
              <w:rPr>
                <w:color w:val="0000FF"/>
              </w:rPr>
              <w:t>https://servicos.receita.fazenda.gov.br/servicos/cpf/consultasituacao/consultapublica.asp</w:t>
            </w:r>
          </w:p>
        </w:tc>
      </w:tr>
      <w:tr w:rsidR="00E425DC" w:rsidRPr="00FF1131" w14:paraId="2EE39271" w14:textId="77777777" w:rsidTr="009C1637">
        <w:trPr>
          <w:trHeight w:val="345"/>
        </w:trPr>
        <w:tc>
          <w:tcPr>
            <w:tcW w:w="5103" w:type="dxa"/>
          </w:tcPr>
          <w:p w14:paraId="1603C1D3" w14:textId="77777777" w:rsidR="00E425DC" w:rsidRPr="00FF1131" w:rsidRDefault="00E425DC" w:rsidP="00E425DC">
            <w:pPr>
              <w:numPr>
                <w:ilvl w:val="0"/>
                <w:numId w:val="10"/>
              </w:numPr>
              <w:spacing w:after="0"/>
              <w:jc w:val="both"/>
              <w:rPr>
                <w:color w:val="000000"/>
              </w:rPr>
            </w:pPr>
            <w:r w:rsidRPr="00FF1131">
              <w:rPr>
                <w:rFonts w:eastAsia="Arial"/>
              </w:rPr>
              <w:t xml:space="preserve">Emissão da página meu cadastro do portal do </w:t>
            </w:r>
            <w:proofErr w:type="spellStart"/>
            <w:r w:rsidRPr="00FF1131">
              <w:rPr>
                <w:rFonts w:eastAsia="Arial"/>
                <w:b/>
                <w:bCs/>
              </w:rPr>
              <w:t>MeuINSS</w:t>
            </w:r>
            <w:proofErr w:type="spellEnd"/>
          </w:p>
        </w:tc>
        <w:tc>
          <w:tcPr>
            <w:tcW w:w="4819" w:type="dxa"/>
          </w:tcPr>
          <w:p w14:paraId="292F726D" w14:textId="77777777" w:rsidR="00E425DC" w:rsidRPr="00FF1131" w:rsidRDefault="00E425DC" w:rsidP="009C1637">
            <w:pPr>
              <w:ind w:left="65"/>
              <w:jc w:val="both"/>
              <w:rPr>
                <w:color w:val="000000"/>
              </w:rPr>
            </w:pPr>
            <w:r w:rsidRPr="00FF1131">
              <w:rPr>
                <w:color w:val="000000"/>
              </w:rPr>
              <w:t>Acesse o portal oficial do Meu INSS pelo endereço:</w:t>
            </w:r>
            <w:r w:rsidRPr="00FF1131">
              <w:rPr>
                <w:b/>
                <w:bCs/>
                <w:color w:val="000000"/>
              </w:rPr>
              <w:t xml:space="preserve"> </w:t>
            </w:r>
            <w:hyperlink r:id="rId8" w:anchor="/login" w:tgtFrame="_blank" w:history="1">
              <w:r w:rsidRPr="00FF1131">
                <w:rPr>
                  <w:rStyle w:val="Hyperlink"/>
                  <w:b/>
                  <w:bCs/>
                </w:rPr>
                <w:t>https://meu.inss.gov.br/#/login</w:t>
              </w:r>
            </w:hyperlink>
            <w:r w:rsidRPr="00FF1131">
              <w:rPr>
                <w:b/>
                <w:bCs/>
                <w:color w:val="000000"/>
              </w:rPr>
              <w:t xml:space="preserve"> </w:t>
            </w:r>
            <w:r w:rsidRPr="00FF1131">
              <w:rPr>
                <w:color w:val="000000"/>
              </w:rPr>
              <w:t>utilizando os dados de login da conta Gov.br do titular. Entre na seção "Meu Cadastro" Todos os dados exibidos devem ser minuciosamente revisados e atualizados caso haja divergências. Certifique-se de validar os seguintes campos:</w:t>
            </w:r>
          </w:p>
          <w:p w14:paraId="1C4590F9" w14:textId="77777777" w:rsidR="00E425DC" w:rsidRPr="00FF1131" w:rsidRDefault="00E425DC" w:rsidP="00E425DC">
            <w:pPr>
              <w:pStyle w:val="Ttulo1"/>
              <w:numPr>
                <w:ilvl w:val="0"/>
                <w:numId w:val="20"/>
              </w:numPr>
              <w:rPr>
                <w:b w:val="0"/>
                <w:bCs w:val="0"/>
                <w:sz w:val="22"/>
              </w:rPr>
            </w:pPr>
            <w:r w:rsidRPr="00FF1131">
              <w:rPr>
                <w:b w:val="0"/>
                <w:bCs w:val="0"/>
                <w:sz w:val="22"/>
              </w:rPr>
              <w:t>Nome completo do titular (verificar ortografia).</w:t>
            </w:r>
          </w:p>
          <w:p w14:paraId="33D75DF9" w14:textId="77777777" w:rsidR="00E425DC" w:rsidRPr="00FF1131" w:rsidRDefault="00E425DC" w:rsidP="00E425DC">
            <w:pPr>
              <w:pStyle w:val="Ttulo1"/>
              <w:numPr>
                <w:ilvl w:val="0"/>
                <w:numId w:val="20"/>
              </w:numPr>
              <w:rPr>
                <w:b w:val="0"/>
                <w:bCs w:val="0"/>
                <w:sz w:val="22"/>
              </w:rPr>
            </w:pPr>
            <w:r w:rsidRPr="00FF1131">
              <w:rPr>
                <w:b w:val="0"/>
                <w:bCs w:val="0"/>
                <w:sz w:val="22"/>
              </w:rPr>
              <w:t>Nome completo da mãe e do pai</w:t>
            </w:r>
          </w:p>
          <w:p w14:paraId="683CF82A" w14:textId="77777777" w:rsidR="00E425DC" w:rsidRPr="00FF1131" w:rsidRDefault="00E425DC" w:rsidP="00E425DC">
            <w:pPr>
              <w:pStyle w:val="Ttulo1"/>
              <w:numPr>
                <w:ilvl w:val="0"/>
                <w:numId w:val="20"/>
              </w:numPr>
              <w:rPr>
                <w:b w:val="0"/>
                <w:bCs w:val="0"/>
                <w:sz w:val="22"/>
              </w:rPr>
            </w:pPr>
            <w:r w:rsidRPr="00FF1131">
              <w:rPr>
                <w:b w:val="0"/>
                <w:bCs w:val="0"/>
                <w:sz w:val="22"/>
              </w:rPr>
              <w:t>Estado civil atualizado e nível de escolaridade correto.</w:t>
            </w:r>
          </w:p>
          <w:p w14:paraId="060953E1" w14:textId="77777777" w:rsidR="00E425DC" w:rsidRPr="00FF1131" w:rsidRDefault="00E425DC" w:rsidP="00E425DC">
            <w:pPr>
              <w:pStyle w:val="Ttulo1"/>
              <w:numPr>
                <w:ilvl w:val="0"/>
                <w:numId w:val="20"/>
              </w:numPr>
              <w:rPr>
                <w:bCs w:val="0"/>
                <w:sz w:val="22"/>
              </w:rPr>
            </w:pPr>
            <w:r w:rsidRPr="00FF1131">
              <w:rPr>
                <w:b w:val="0"/>
                <w:bCs w:val="0"/>
                <w:sz w:val="22"/>
              </w:rPr>
              <w:t>Endereço residencial, telefone e e-mail</w:t>
            </w:r>
            <w:r w:rsidRPr="00FF1131">
              <w:rPr>
                <w:sz w:val="22"/>
              </w:rPr>
              <w:t>.</w:t>
            </w:r>
          </w:p>
        </w:tc>
      </w:tr>
      <w:tr w:rsidR="00E425DC" w:rsidRPr="00FF1131" w14:paraId="163554B6" w14:textId="77777777" w:rsidTr="009C1637">
        <w:trPr>
          <w:trHeight w:val="390"/>
        </w:trPr>
        <w:tc>
          <w:tcPr>
            <w:tcW w:w="5103" w:type="dxa"/>
          </w:tcPr>
          <w:p w14:paraId="6B75B943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0" w:lineRule="atLeast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1 fotografia 3x4 recente;</w:t>
            </w:r>
          </w:p>
          <w:p w14:paraId="1E5132BB" w14:textId="77777777" w:rsidR="00E425DC" w:rsidRPr="00FF1131" w:rsidRDefault="00E425DC" w:rsidP="009C1637">
            <w:pPr>
              <w:ind w:left="720"/>
              <w:contextualSpacing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819" w:type="dxa"/>
          </w:tcPr>
          <w:p w14:paraId="2C13FF49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</w:p>
        </w:tc>
      </w:tr>
      <w:tr w:rsidR="00E425DC" w:rsidRPr="00FF1131" w14:paraId="4E3DC6F5" w14:textId="77777777" w:rsidTr="009C1637">
        <w:trPr>
          <w:trHeight w:val="330"/>
        </w:trPr>
        <w:tc>
          <w:tcPr>
            <w:tcW w:w="5103" w:type="dxa"/>
          </w:tcPr>
          <w:p w14:paraId="16FF7EA5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 xml:space="preserve">original e fotocópia do Título de Eleitor </w:t>
            </w:r>
          </w:p>
          <w:p w14:paraId="62AA4014" w14:textId="77777777" w:rsidR="00E425DC" w:rsidRPr="00FF1131" w:rsidRDefault="00E425DC" w:rsidP="009C1637">
            <w:pPr>
              <w:tabs>
                <w:tab w:val="left" w:pos="712"/>
              </w:tabs>
              <w:spacing w:line="237" w:lineRule="auto"/>
              <w:ind w:left="720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ou E- Título impresso;</w:t>
            </w:r>
          </w:p>
          <w:p w14:paraId="38692BB0" w14:textId="77777777" w:rsidR="00E425DC" w:rsidRPr="00FF1131" w:rsidRDefault="00E425DC" w:rsidP="009C1637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819" w:type="dxa"/>
          </w:tcPr>
          <w:p w14:paraId="35BDD269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</w:p>
        </w:tc>
      </w:tr>
      <w:tr w:rsidR="00E425DC" w:rsidRPr="00FF1131" w14:paraId="5D9D9230" w14:textId="77777777" w:rsidTr="009C1637">
        <w:trPr>
          <w:trHeight w:val="330"/>
        </w:trPr>
        <w:tc>
          <w:tcPr>
            <w:tcW w:w="5103" w:type="dxa"/>
          </w:tcPr>
          <w:p w14:paraId="3306836A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Certidão de quitação Eleitoral (recente)</w:t>
            </w:r>
          </w:p>
        </w:tc>
        <w:tc>
          <w:tcPr>
            <w:tcW w:w="4819" w:type="dxa"/>
          </w:tcPr>
          <w:p w14:paraId="1BEC4E41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 xml:space="preserve">Para emissão: </w:t>
            </w:r>
          </w:p>
          <w:p w14:paraId="5382D7CC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FF"/>
              </w:rPr>
              <w:t>https://www.tse.jus.br/servicos-eleitorais/certidoes/certidao-de-quitacao-eleitoral</w:t>
            </w:r>
          </w:p>
        </w:tc>
      </w:tr>
      <w:tr w:rsidR="00E425DC" w:rsidRPr="00FF1131" w14:paraId="71597CEF" w14:textId="77777777" w:rsidTr="009C1637">
        <w:trPr>
          <w:trHeight w:val="360"/>
        </w:trPr>
        <w:tc>
          <w:tcPr>
            <w:tcW w:w="5103" w:type="dxa"/>
          </w:tcPr>
          <w:p w14:paraId="00FE168E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original e fotocópia do Certificado de Reservista, de isenção ou de dispensa (se do sexo masculino);</w:t>
            </w:r>
          </w:p>
          <w:p w14:paraId="2EB3F445" w14:textId="77777777" w:rsidR="00E425DC" w:rsidRPr="00FF1131" w:rsidRDefault="00E425DC" w:rsidP="009C1637">
            <w:pPr>
              <w:ind w:left="720"/>
              <w:contextualSpacing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819" w:type="dxa"/>
          </w:tcPr>
          <w:p w14:paraId="48AEB4C3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</w:p>
        </w:tc>
      </w:tr>
      <w:tr w:rsidR="00E425DC" w:rsidRPr="00FF1131" w14:paraId="5E544CBA" w14:textId="77777777" w:rsidTr="009C1637">
        <w:trPr>
          <w:trHeight w:val="390"/>
        </w:trPr>
        <w:tc>
          <w:tcPr>
            <w:tcW w:w="5103" w:type="dxa"/>
          </w:tcPr>
          <w:p w14:paraId="111AC820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9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 xml:space="preserve">Diploma </w:t>
            </w:r>
            <w:r w:rsidRPr="00FF1131">
              <w:rPr>
                <w:rFonts w:eastAsia="Arial"/>
                <w:b/>
                <w:bCs/>
              </w:rPr>
              <w:t>(cópia autenticada em Cartório);</w:t>
            </w:r>
          </w:p>
          <w:p w14:paraId="4B7C2B4C" w14:textId="77777777" w:rsidR="00E425DC" w:rsidRPr="00FF1131" w:rsidRDefault="00E425DC" w:rsidP="009C1637">
            <w:pPr>
              <w:tabs>
                <w:tab w:val="left" w:pos="712"/>
              </w:tabs>
              <w:spacing w:line="239" w:lineRule="auto"/>
              <w:ind w:left="644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 xml:space="preserve"> Certificado de conclusão com firma reconhecida (em papel timbrado) ou histórico escolar </w:t>
            </w:r>
            <w:r w:rsidRPr="00FF1131">
              <w:rPr>
                <w:rFonts w:eastAsia="Arial"/>
                <w:b/>
                <w:bCs/>
              </w:rPr>
              <w:t>autenticado</w:t>
            </w:r>
            <w:r w:rsidRPr="00FF1131">
              <w:rPr>
                <w:rFonts w:eastAsia="Arial"/>
              </w:rPr>
              <w:t>, conforme exigência específica do cargo / emprego público.</w:t>
            </w:r>
          </w:p>
          <w:p w14:paraId="7595DADF" w14:textId="77777777" w:rsidR="00E425DC" w:rsidRPr="00FF1131" w:rsidRDefault="00E425DC" w:rsidP="009C1637">
            <w:pPr>
              <w:tabs>
                <w:tab w:val="left" w:pos="712"/>
              </w:tabs>
              <w:spacing w:line="239" w:lineRule="auto"/>
              <w:ind w:left="720"/>
              <w:contextualSpacing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819" w:type="dxa"/>
          </w:tcPr>
          <w:p w14:paraId="10FA9C2B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</w:p>
          <w:p w14:paraId="7945DA89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>Comprovante de escolaridade exigida para o cargo (Diploma e Histórico) e outras exigências do cargo conforme Edital, item 13.16, o;</w:t>
            </w:r>
          </w:p>
          <w:p w14:paraId="07DDAD76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</w:p>
        </w:tc>
      </w:tr>
      <w:tr w:rsidR="00E425DC" w:rsidRPr="00FF1131" w14:paraId="5FBC5726" w14:textId="77777777" w:rsidTr="009C1637">
        <w:trPr>
          <w:trHeight w:val="390"/>
        </w:trPr>
        <w:tc>
          <w:tcPr>
            <w:tcW w:w="5103" w:type="dxa"/>
          </w:tcPr>
          <w:p w14:paraId="631052A3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9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lastRenderedPageBreak/>
              <w:t xml:space="preserve">Registro no respectivo Conselho Profissional </w:t>
            </w:r>
            <w:r w:rsidRPr="00FF1131">
              <w:rPr>
                <w:rFonts w:eastAsia="Arial"/>
                <w:b/>
                <w:bCs/>
              </w:rPr>
              <w:t>(cópia autenticada)</w:t>
            </w:r>
            <w:r w:rsidRPr="00FF1131">
              <w:rPr>
                <w:rFonts w:eastAsia="Arial"/>
              </w:rPr>
              <w:t>, quando aplicável;</w:t>
            </w:r>
          </w:p>
        </w:tc>
        <w:tc>
          <w:tcPr>
            <w:tcW w:w="4819" w:type="dxa"/>
          </w:tcPr>
          <w:p w14:paraId="043F139B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>Comprovante do registro no órgão de classe,</w:t>
            </w:r>
          </w:p>
          <w:p w14:paraId="02DFD35D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 xml:space="preserve">Item 13.16 p; </w:t>
            </w:r>
          </w:p>
        </w:tc>
      </w:tr>
      <w:tr w:rsidR="00E425DC" w:rsidRPr="00FF1131" w14:paraId="5AF90B30" w14:textId="77777777" w:rsidTr="009C1637">
        <w:trPr>
          <w:trHeight w:val="579"/>
        </w:trPr>
        <w:tc>
          <w:tcPr>
            <w:tcW w:w="5103" w:type="dxa"/>
          </w:tcPr>
          <w:p w14:paraId="576827C5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5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 xml:space="preserve">Declaração de bens que constituam seu patrimônio; </w:t>
            </w:r>
          </w:p>
        </w:tc>
        <w:tc>
          <w:tcPr>
            <w:tcW w:w="4819" w:type="dxa"/>
          </w:tcPr>
          <w:p w14:paraId="51CA8EAD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 xml:space="preserve">Fazer declaração, tendo ou não bens; </w:t>
            </w:r>
          </w:p>
          <w:p w14:paraId="62D06214" w14:textId="77777777" w:rsidR="00E425DC" w:rsidRPr="00FF1131" w:rsidRDefault="00E425DC" w:rsidP="009C1637">
            <w:pPr>
              <w:tabs>
                <w:tab w:val="left" w:pos="712"/>
              </w:tabs>
              <w:spacing w:line="235" w:lineRule="auto"/>
              <w:ind w:left="644"/>
              <w:contextualSpacing/>
              <w:jc w:val="center"/>
              <w:rPr>
                <w:rFonts w:eastAsia="Arial"/>
                <w:b/>
                <w:bCs/>
              </w:rPr>
            </w:pPr>
            <w:r w:rsidRPr="00FF1131">
              <w:rPr>
                <w:rFonts w:eastAsia="Arial"/>
                <w:b/>
                <w:bCs/>
              </w:rPr>
              <w:t>Anexo II</w:t>
            </w:r>
          </w:p>
          <w:p w14:paraId="6F4F944C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</w:p>
        </w:tc>
      </w:tr>
      <w:tr w:rsidR="00E425DC" w:rsidRPr="00FF1131" w14:paraId="6CAE718B" w14:textId="77777777" w:rsidTr="009C1637">
        <w:trPr>
          <w:trHeight w:val="390"/>
        </w:trPr>
        <w:tc>
          <w:tcPr>
            <w:tcW w:w="5103" w:type="dxa"/>
          </w:tcPr>
          <w:p w14:paraId="1F2F19B7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Declaração de Não Acúmulo de Cargos e Funções Públicas</w:t>
            </w:r>
          </w:p>
          <w:p w14:paraId="6CFA3CD2" w14:textId="77777777" w:rsidR="00E425DC" w:rsidRPr="00FF1131" w:rsidRDefault="00E425DC" w:rsidP="009C1637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819" w:type="dxa"/>
          </w:tcPr>
          <w:p w14:paraId="56FC3F18" w14:textId="77777777" w:rsidR="00E425DC" w:rsidRPr="00FF1131" w:rsidRDefault="00E425DC" w:rsidP="009C1637">
            <w:pPr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>Se o candidato não possuir outro cargo/</w:t>
            </w:r>
            <w:proofErr w:type="gramStart"/>
            <w:r w:rsidRPr="00FF1131">
              <w:rPr>
                <w:bCs/>
                <w:color w:val="000000"/>
              </w:rPr>
              <w:t>função  pública</w:t>
            </w:r>
            <w:proofErr w:type="gramEnd"/>
            <w:r w:rsidRPr="00FF1131">
              <w:rPr>
                <w:bCs/>
                <w:color w:val="000000"/>
              </w:rPr>
              <w:t xml:space="preserve">, deverá preencher o </w:t>
            </w:r>
            <w:r w:rsidRPr="00FF1131">
              <w:rPr>
                <w:rFonts w:eastAsia="Arial"/>
                <w:b/>
                <w:bCs/>
              </w:rPr>
              <w:t xml:space="preserve">ANEXO III </w:t>
            </w:r>
            <w:r w:rsidRPr="00FF1131">
              <w:rPr>
                <w:rFonts w:eastAsia="Arial"/>
              </w:rPr>
              <w:t>(Declaração de que não infringe o art. 37, inciso XVI da Constituição da República Federativa do Brasil de 1988 (Acumulação de Cargos e Funções)</w:t>
            </w:r>
          </w:p>
          <w:p w14:paraId="260D70D5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</w:p>
        </w:tc>
      </w:tr>
      <w:tr w:rsidR="00E425DC" w:rsidRPr="00FF1131" w14:paraId="13038587" w14:textId="77777777" w:rsidTr="009C1637">
        <w:trPr>
          <w:trHeight w:val="390"/>
        </w:trPr>
        <w:tc>
          <w:tcPr>
            <w:tcW w:w="5103" w:type="dxa"/>
          </w:tcPr>
          <w:p w14:paraId="7B46DD59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bCs/>
                <w:color w:val="000000"/>
              </w:rPr>
              <w:t xml:space="preserve">Declaração de Acumulação de Cargos/Funções Públicas </w:t>
            </w:r>
          </w:p>
        </w:tc>
        <w:tc>
          <w:tcPr>
            <w:tcW w:w="4819" w:type="dxa"/>
          </w:tcPr>
          <w:p w14:paraId="68A6A946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 xml:space="preserve">No caso de declaração de Acumulação de Cargos, além da própria declaração feita pelo convocado conforme modelo em </w:t>
            </w:r>
            <w:r w:rsidRPr="00FF1131">
              <w:rPr>
                <w:b/>
                <w:color w:val="000000"/>
              </w:rPr>
              <w:t>Anexo IV</w:t>
            </w:r>
            <w:r w:rsidRPr="00FF1131">
              <w:rPr>
                <w:bCs/>
                <w:color w:val="000000"/>
              </w:rPr>
              <w:t>.</w:t>
            </w:r>
          </w:p>
          <w:p w14:paraId="5CB8CBB4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bCs/>
                <w:color w:val="000000"/>
              </w:rPr>
              <w:t xml:space="preserve">Ainda deverá também trazer anexado à sua declaração um documento timbrado fornecido pela outra entidade pública na qual trabalha discriminando o cargo que ocupa na entidade e horário de trabalho exercido na mesma, assinado e carimbado. </w:t>
            </w:r>
          </w:p>
          <w:p w14:paraId="386B9A19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</w:p>
        </w:tc>
      </w:tr>
      <w:tr w:rsidR="00E425DC" w:rsidRPr="00FF1131" w14:paraId="26B0C44E" w14:textId="77777777" w:rsidTr="009C1637">
        <w:trPr>
          <w:trHeight w:val="390"/>
        </w:trPr>
        <w:tc>
          <w:tcPr>
            <w:tcW w:w="5103" w:type="dxa"/>
          </w:tcPr>
          <w:p w14:paraId="09265AB9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ind w:left="720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 xml:space="preserve">Declaração de não estar cumprindo e nem ter sofrido, no exercício da função pública, penalidade por prática de improbidade administrativa aplicada por qualquer órgão público ou entidade da esfera federal, estadual ou municipal, </w:t>
            </w:r>
          </w:p>
          <w:p w14:paraId="1F73140C" w14:textId="77777777" w:rsidR="00E425DC" w:rsidRPr="00FF1131" w:rsidRDefault="00E425DC" w:rsidP="009C1637">
            <w:pPr>
              <w:tabs>
                <w:tab w:val="left" w:pos="712"/>
              </w:tabs>
              <w:spacing w:line="238" w:lineRule="auto"/>
              <w:contextualSpacing/>
              <w:jc w:val="both"/>
              <w:rPr>
                <w:rFonts w:eastAsia="Arial"/>
              </w:rPr>
            </w:pPr>
          </w:p>
        </w:tc>
        <w:tc>
          <w:tcPr>
            <w:tcW w:w="4819" w:type="dxa"/>
          </w:tcPr>
          <w:p w14:paraId="1CD4C39D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</w:p>
          <w:p w14:paraId="29611ACE" w14:textId="77777777" w:rsidR="00E425DC" w:rsidRPr="00FF1131" w:rsidRDefault="00E425DC" w:rsidP="009C1637">
            <w:pPr>
              <w:tabs>
                <w:tab w:val="left" w:pos="712"/>
              </w:tabs>
              <w:spacing w:line="238" w:lineRule="auto"/>
              <w:contextualSpacing/>
              <w:jc w:val="center"/>
              <w:rPr>
                <w:rFonts w:eastAsia="Arial"/>
              </w:rPr>
            </w:pPr>
            <w:r w:rsidRPr="00FF1131">
              <w:rPr>
                <w:rFonts w:eastAsia="Arial"/>
                <w:b/>
                <w:bCs/>
              </w:rPr>
              <w:t>Anexo V</w:t>
            </w:r>
          </w:p>
          <w:p w14:paraId="0D4E103B" w14:textId="77777777" w:rsidR="00E425DC" w:rsidRPr="00FF1131" w:rsidRDefault="00E425DC" w:rsidP="009C1637">
            <w:pPr>
              <w:tabs>
                <w:tab w:val="left" w:pos="712"/>
              </w:tabs>
              <w:spacing w:line="238" w:lineRule="auto"/>
              <w:ind w:left="720"/>
              <w:contextualSpacing/>
              <w:jc w:val="center"/>
              <w:rPr>
                <w:rFonts w:eastAsia="Arial"/>
              </w:rPr>
            </w:pPr>
          </w:p>
          <w:p w14:paraId="06D14E2D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</w:p>
        </w:tc>
      </w:tr>
      <w:tr w:rsidR="00E425DC" w:rsidRPr="00FF1131" w14:paraId="4B65CC9E" w14:textId="77777777" w:rsidTr="009C1637">
        <w:trPr>
          <w:trHeight w:val="390"/>
        </w:trPr>
        <w:tc>
          <w:tcPr>
            <w:tcW w:w="5103" w:type="dxa"/>
          </w:tcPr>
          <w:p w14:paraId="6667A167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Atestado de antecedentes criminais federal, original e recente, com emissão inferior a 30 (trinta) dias a contar da data de convocação;</w:t>
            </w:r>
          </w:p>
        </w:tc>
        <w:tc>
          <w:tcPr>
            <w:tcW w:w="4819" w:type="dxa"/>
          </w:tcPr>
          <w:p w14:paraId="30A7C7AF" w14:textId="77777777" w:rsidR="00E425DC" w:rsidRPr="00FF1131" w:rsidRDefault="00E425DC" w:rsidP="009C1637">
            <w:pPr>
              <w:jc w:val="both"/>
              <w:rPr>
                <w:rStyle w:val="Hyperlink"/>
                <w:color w:val="0070C0"/>
              </w:rPr>
            </w:pPr>
            <w:r w:rsidRPr="00FF1131">
              <w:rPr>
                <w:color w:val="0070C0"/>
              </w:rPr>
              <w:t>www.gov.br/pf/pt-br/assuntos/antecedentes-criminais</w:t>
            </w:r>
            <w:r w:rsidRPr="00FF1131">
              <w:rPr>
                <w:color w:val="0070C0"/>
              </w:rPr>
              <w:fldChar w:fldCharType="begin"/>
            </w:r>
            <w:r w:rsidRPr="00FF1131">
              <w:rPr>
                <w:color w:val="0070C0"/>
              </w:rPr>
              <w:instrText>HYPERLINK "https://www.bing.com/ck/a?!&amp;&amp;p=71939c84362f824d643ff20a25e8f7851940568b9ece49d02697ac1bfb91660dJmltdHM9MTc4MDI3MjAwMA&amp;ptn=3&amp;ver=2&amp;hsh=4&amp;fclid=0c9d73a3-0361-6048-159d-64fc02756138&amp;u=a1aHR0cHM6Ly93d3cuZ292LmJyL3B0LWJyL3NlcnZpY29zL2VtaXRpci1jZXJ0aWRhby1kZS1hbnRlY2VkZW50ZXMtY3JpbWluYWlz&amp;ntb=1" \t "_blank"</w:instrText>
            </w:r>
            <w:r w:rsidRPr="00FF1131">
              <w:rPr>
                <w:color w:val="0070C0"/>
              </w:rPr>
            </w:r>
            <w:r w:rsidRPr="00FF1131">
              <w:rPr>
                <w:color w:val="0070C0"/>
              </w:rPr>
              <w:fldChar w:fldCharType="separate"/>
            </w:r>
          </w:p>
          <w:p w14:paraId="2FA44131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0000"/>
              </w:rPr>
            </w:pPr>
            <w:r w:rsidRPr="00FF1131">
              <w:rPr>
                <w:color w:val="000000"/>
              </w:rPr>
              <w:fldChar w:fldCharType="end"/>
            </w:r>
          </w:p>
        </w:tc>
      </w:tr>
      <w:tr w:rsidR="00E425DC" w:rsidRPr="00FF1131" w14:paraId="781F47B3" w14:textId="77777777" w:rsidTr="009C1637">
        <w:trPr>
          <w:trHeight w:val="390"/>
        </w:trPr>
        <w:tc>
          <w:tcPr>
            <w:tcW w:w="5103" w:type="dxa"/>
          </w:tcPr>
          <w:p w14:paraId="1B679EBF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 xml:space="preserve"> Atestado de antecedentes criminais estadual, original e recente, com emissão inferior a 30 (trinta) dias a contar da data</w:t>
            </w:r>
          </w:p>
          <w:p w14:paraId="7141B497" w14:textId="77777777" w:rsidR="00E425DC" w:rsidRPr="00FF1131" w:rsidRDefault="00E425DC" w:rsidP="009C1637">
            <w:pPr>
              <w:tabs>
                <w:tab w:val="left" w:pos="712"/>
              </w:tabs>
              <w:spacing w:line="238" w:lineRule="auto"/>
              <w:ind w:left="360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 xml:space="preserve">     de convocação;</w:t>
            </w:r>
          </w:p>
        </w:tc>
        <w:tc>
          <w:tcPr>
            <w:tcW w:w="4819" w:type="dxa"/>
          </w:tcPr>
          <w:p w14:paraId="00B9EF55" w14:textId="77777777" w:rsidR="00E425DC" w:rsidRPr="00FF1131" w:rsidRDefault="00E425DC" w:rsidP="009C1637">
            <w:pPr>
              <w:ind w:left="65"/>
              <w:jc w:val="both"/>
              <w:rPr>
                <w:bCs/>
                <w:color w:val="0070C0"/>
              </w:rPr>
            </w:pPr>
            <w:hyperlink r:id="rId9" w:history="1">
              <w:r w:rsidRPr="00FF1131">
                <w:rPr>
                  <w:rStyle w:val="Hyperlink"/>
                  <w:bCs/>
                </w:rPr>
                <w:t>https://www.policiacivil.mg.gov.br/pagina/emissao-atestado</w:t>
              </w:r>
            </w:hyperlink>
          </w:p>
        </w:tc>
      </w:tr>
      <w:tr w:rsidR="00E425DC" w:rsidRPr="00FF1131" w14:paraId="4DB18C0D" w14:textId="77777777" w:rsidTr="009C1637">
        <w:trPr>
          <w:trHeight w:val="390"/>
        </w:trPr>
        <w:tc>
          <w:tcPr>
            <w:tcW w:w="5103" w:type="dxa"/>
          </w:tcPr>
          <w:p w14:paraId="630E843B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>Declaração de Aptidão Física e Mental,</w:t>
            </w:r>
          </w:p>
          <w:p w14:paraId="3EF3A785" w14:textId="77777777" w:rsidR="00E425DC" w:rsidRPr="00FF1131" w:rsidRDefault="00E425DC" w:rsidP="009C1637">
            <w:pPr>
              <w:tabs>
                <w:tab w:val="left" w:pos="712"/>
              </w:tabs>
              <w:spacing w:line="238" w:lineRule="auto"/>
              <w:ind w:left="720"/>
              <w:contextualSpacing/>
              <w:jc w:val="both"/>
              <w:rPr>
                <w:rFonts w:eastAsia="Arial"/>
              </w:rPr>
            </w:pPr>
          </w:p>
        </w:tc>
        <w:tc>
          <w:tcPr>
            <w:tcW w:w="4819" w:type="dxa"/>
          </w:tcPr>
          <w:p w14:paraId="246E7C39" w14:textId="77777777" w:rsidR="00E425DC" w:rsidRPr="00FF1131" w:rsidRDefault="00E425DC" w:rsidP="009C1637">
            <w:pPr>
              <w:spacing w:line="360" w:lineRule="auto"/>
              <w:jc w:val="center"/>
              <w:rPr>
                <w:b/>
                <w:bCs/>
              </w:rPr>
            </w:pPr>
            <w:r w:rsidRPr="00FF1131">
              <w:rPr>
                <w:b/>
                <w:bCs/>
              </w:rPr>
              <w:t>ANEXO VI</w:t>
            </w:r>
          </w:p>
          <w:p w14:paraId="3DA0678E" w14:textId="77777777" w:rsidR="00E425DC" w:rsidRPr="00FF1131" w:rsidRDefault="00E425DC" w:rsidP="009C1637">
            <w:pPr>
              <w:ind w:left="65"/>
              <w:jc w:val="both"/>
              <w:rPr>
                <w:b/>
                <w:bCs/>
                <w:color w:val="000000"/>
              </w:rPr>
            </w:pPr>
          </w:p>
        </w:tc>
      </w:tr>
      <w:tr w:rsidR="00E425DC" w:rsidRPr="00FF1131" w14:paraId="58C399D7" w14:textId="77777777" w:rsidTr="009C1637">
        <w:trPr>
          <w:trHeight w:val="390"/>
        </w:trPr>
        <w:tc>
          <w:tcPr>
            <w:tcW w:w="5103" w:type="dxa"/>
          </w:tcPr>
          <w:p w14:paraId="2F56A3EB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</w:rPr>
            </w:pPr>
            <w:r w:rsidRPr="00FF1131">
              <w:rPr>
                <w:rFonts w:eastAsia="Arial"/>
              </w:rPr>
              <w:t xml:space="preserve">RG, CPF e certidão de nascimento dos dependentes, para fins de declaração do </w:t>
            </w:r>
            <w:r w:rsidRPr="00FF1131">
              <w:rPr>
                <w:rFonts w:eastAsia="Arial"/>
              </w:rPr>
              <w:lastRenderedPageBreak/>
              <w:t xml:space="preserve">Imposto de Renda e preenchimento do Anexo VII; </w:t>
            </w:r>
          </w:p>
        </w:tc>
        <w:tc>
          <w:tcPr>
            <w:tcW w:w="4819" w:type="dxa"/>
          </w:tcPr>
          <w:p w14:paraId="29DB3601" w14:textId="77777777" w:rsidR="00E425DC" w:rsidRPr="00FF1131" w:rsidRDefault="00E425DC" w:rsidP="009C1637">
            <w:pPr>
              <w:spacing w:line="360" w:lineRule="auto"/>
              <w:jc w:val="center"/>
              <w:rPr>
                <w:b/>
                <w:bCs/>
              </w:rPr>
            </w:pPr>
            <w:r w:rsidRPr="00FF1131">
              <w:rPr>
                <w:b/>
                <w:bCs/>
              </w:rPr>
              <w:lastRenderedPageBreak/>
              <w:t>ANEXO VII</w:t>
            </w:r>
          </w:p>
          <w:p w14:paraId="59B390B7" w14:textId="77777777" w:rsidR="00E425DC" w:rsidRPr="00FF1131" w:rsidRDefault="00E425DC" w:rsidP="009C163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425DC" w:rsidRPr="00FF1131" w14:paraId="138BDFCD" w14:textId="77777777" w:rsidTr="009C1637">
        <w:trPr>
          <w:trHeight w:val="390"/>
        </w:trPr>
        <w:tc>
          <w:tcPr>
            <w:tcW w:w="5103" w:type="dxa"/>
          </w:tcPr>
          <w:p w14:paraId="62F1B361" w14:textId="77777777" w:rsidR="00E425DC" w:rsidRPr="00FF1131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</w:rPr>
            </w:pPr>
            <w:r w:rsidRPr="00FF1131">
              <w:lastRenderedPageBreak/>
              <w:t>Exame Médico Admissional</w:t>
            </w:r>
          </w:p>
        </w:tc>
        <w:tc>
          <w:tcPr>
            <w:tcW w:w="4819" w:type="dxa"/>
          </w:tcPr>
          <w:p w14:paraId="6D7B8E1E" w14:textId="77777777" w:rsidR="00E425DC" w:rsidRPr="00FF1131" w:rsidRDefault="00E425DC" w:rsidP="009C1637">
            <w:pPr>
              <w:ind w:firstLine="1078"/>
              <w:jc w:val="both"/>
              <w:rPr>
                <w:sz w:val="18"/>
                <w:szCs w:val="18"/>
              </w:rPr>
            </w:pPr>
            <w:r w:rsidRPr="00FF1131">
              <w:rPr>
                <w:sz w:val="18"/>
                <w:szCs w:val="18"/>
              </w:rPr>
              <w:t>Após a entrega e regular conferência de toda a documentação acima dentro do prazo, o Setor de RH encaminhará o candidato à Secretaria de Saúde Municipal para a realização dos exames laboratoriais.</w:t>
            </w:r>
          </w:p>
          <w:p w14:paraId="3807F4BC" w14:textId="77777777" w:rsidR="00E425DC" w:rsidRPr="00FF1131" w:rsidRDefault="00E425DC" w:rsidP="009C1637">
            <w:pPr>
              <w:ind w:firstLine="1078"/>
              <w:jc w:val="both"/>
              <w:rPr>
                <w:sz w:val="18"/>
                <w:szCs w:val="18"/>
              </w:rPr>
            </w:pPr>
            <w:r w:rsidRPr="00FF1131">
              <w:rPr>
                <w:sz w:val="18"/>
                <w:szCs w:val="18"/>
              </w:rPr>
              <w:t xml:space="preserve">De posse dos resultados dos exames laboratoriais, o RH agendará o </w:t>
            </w:r>
            <w:r w:rsidRPr="00FF1131">
              <w:rPr>
                <w:b/>
                <w:bCs/>
                <w:sz w:val="18"/>
                <w:szCs w:val="18"/>
              </w:rPr>
              <w:t>Exame Médico Admissional</w:t>
            </w:r>
            <w:r w:rsidRPr="00FF1131">
              <w:rPr>
                <w:sz w:val="18"/>
                <w:szCs w:val="18"/>
              </w:rPr>
              <w:t>, ocasião em que será feita a devida avaliação da aptidão física e mental do candidato para o exercício do cargo.</w:t>
            </w:r>
          </w:p>
          <w:p w14:paraId="24449010" w14:textId="77777777" w:rsidR="00E425DC" w:rsidRPr="00FF1131" w:rsidRDefault="00E425DC" w:rsidP="009C1637">
            <w:pPr>
              <w:ind w:firstLine="1078"/>
              <w:jc w:val="both"/>
              <w:rPr>
                <w:sz w:val="18"/>
                <w:szCs w:val="18"/>
              </w:rPr>
            </w:pPr>
            <w:r w:rsidRPr="00FF1131">
              <w:rPr>
                <w:sz w:val="18"/>
                <w:szCs w:val="18"/>
              </w:rPr>
              <w:t>O médico avaliador poderá a seu critério, solicitar exames complementares caso julgue necessário para a conclusão do laudo.</w:t>
            </w:r>
          </w:p>
          <w:p w14:paraId="75577F64" w14:textId="77777777" w:rsidR="00E425DC" w:rsidRPr="00FF1131" w:rsidRDefault="00E425DC" w:rsidP="009C1637">
            <w:pPr>
              <w:ind w:firstLine="1078"/>
              <w:jc w:val="both"/>
              <w:rPr>
                <w:sz w:val="18"/>
                <w:szCs w:val="18"/>
              </w:rPr>
            </w:pPr>
            <w:r w:rsidRPr="00FF1131">
              <w:rPr>
                <w:sz w:val="18"/>
                <w:szCs w:val="18"/>
              </w:rPr>
              <w:t xml:space="preserve">Fica o candidato ciente de que, conforme o </w:t>
            </w:r>
            <w:r w:rsidRPr="00FF1131">
              <w:rPr>
                <w:b/>
                <w:bCs/>
                <w:sz w:val="18"/>
                <w:szCs w:val="18"/>
              </w:rPr>
              <w:t>Item 13.15 do Edital do Concurso Público 001/25</w:t>
            </w:r>
            <w:r w:rsidRPr="00FF1131">
              <w:rPr>
                <w:sz w:val="18"/>
                <w:szCs w:val="18"/>
              </w:rPr>
              <w:t>, todos os custos relativos a eventuais exames médicos complementares solicitados serão de sua inteira e exclusiva responsabilidade.</w:t>
            </w:r>
          </w:p>
          <w:p w14:paraId="38BF0768" w14:textId="77777777" w:rsidR="00E425DC" w:rsidRPr="00FF1131" w:rsidRDefault="00E425DC" w:rsidP="009C1637">
            <w:pPr>
              <w:spacing w:line="360" w:lineRule="auto"/>
            </w:pPr>
          </w:p>
        </w:tc>
      </w:tr>
    </w:tbl>
    <w:p w14:paraId="781565BB" w14:textId="77777777" w:rsidR="00E425DC" w:rsidRPr="00FF1131" w:rsidRDefault="00E425DC" w:rsidP="00E425DC">
      <w:pPr>
        <w:spacing w:line="360" w:lineRule="auto"/>
        <w:jc w:val="center"/>
        <w:rPr>
          <w:b/>
          <w:sz w:val="16"/>
          <w:szCs w:val="16"/>
        </w:rPr>
      </w:pPr>
      <w:r w:rsidRPr="00FF1131">
        <w:rPr>
          <w:b/>
          <w:sz w:val="16"/>
          <w:szCs w:val="16"/>
        </w:rPr>
        <w:t xml:space="preserve">Observação: </w:t>
      </w:r>
    </w:p>
    <w:p w14:paraId="67ECA1DB" w14:textId="77777777" w:rsidR="00E425DC" w:rsidRPr="00FF1131" w:rsidRDefault="00E425DC" w:rsidP="00E425DC">
      <w:pPr>
        <w:numPr>
          <w:ilvl w:val="0"/>
          <w:numId w:val="20"/>
        </w:numPr>
        <w:spacing w:after="0" w:line="360" w:lineRule="auto"/>
        <w:jc w:val="center"/>
        <w:rPr>
          <w:bCs/>
          <w:sz w:val="16"/>
          <w:szCs w:val="16"/>
        </w:rPr>
      </w:pPr>
      <w:r w:rsidRPr="00FF1131">
        <w:rPr>
          <w:bCs/>
          <w:sz w:val="16"/>
          <w:szCs w:val="16"/>
        </w:rPr>
        <w:t>A posse do candidato aprovado e convocado estará condicionada ao laudo médico favorável, que comprove a aptidão física e mental para o cargo pretendido.</w:t>
      </w:r>
    </w:p>
    <w:p w14:paraId="7C0A3030" w14:textId="77777777" w:rsidR="00E425DC" w:rsidRPr="00FF1131" w:rsidRDefault="00E425DC" w:rsidP="00E425DC">
      <w:pPr>
        <w:numPr>
          <w:ilvl w:val="0"/>
          <w:numId w:val="20"/>
        </w:numPr>
        <w:spacing w:after="0" w:line="360" w:lineRule="auto"/>
        <w:jc w:val="center"/>
        <w:rPr>
          <w:bCs/>
          <w:sz w:val="16"/>
          <w:szCs w:val="16"/>
        </w:rPr>
      </w:pPr>
      <w:r w:rsidRPr="00FF1131">
        <w:rPr>
          <w:bCs/>
          <w:sz w:val="16"/>
          <w:szCs w:val="16"/>
        </w:rPr>
        <w:t xml:space="preserve"> Os anexos deste Edital deverão ser preenchidos </w:t>
      </w:r>
      <w:r w:rsidRPr="00FF1131">
        <w:rPr>
          <w:b/>
          <w:sz w:val="16"/>
          <w:szCs w:val="16"/>
        </w:rPr>
        <w:t xml:space="preserve">preferencialmente </w:t>
      </w:r>
      <w:r w:rsidRPr="00FF1131">
        <w:rPr>
          <w:bCs/>
          <w:sz w:val="16"/>
          <w:szCs w:val="16"/>
        </w:rPr>
        <w:t xml:space="preserve">com caneta esferográfica de </w:t>
      </w:r>
      <w:r w:rsidRPr="00FF1131">
        <w:rPr>
          <w:b/>
          <w:sz w:val="16"/>
          <w:szCs w:val="16"/>
        </w:rPr>
        <w:t>tinta azul</w:t>
      </w:r>
      <w:r w:rsidRPr="00FF1131">
        <w:rPr>
          <w:bCs/>
          <w:sz w:val="16"/>
          <w:szCs w:val="16"/>
        </w:rPr>
        <w:t>, com letra legível, sem rasuras, emendas ou borrões.</w:t>
      </w:r>
    </w:p>
    <w:p w14:paraId="2DE79547" w14:textId="77777777" w:rsidR="00E425DC" w:rsidRDefault="00E425DC" w:rsidP="00E425DC">
      <w:pPr>
        <w:spacing w:line="360" w:lineRule="auto"/>
        <w:jc w:val="center"/>
        <w:rPr>
          <w:b/>
          <w:sz w:val="24"/>
          <w:szCs w:val="24"/>
        </w:rPr>
      </w:pPr>
    </w:p>
    <w:p w14:paraId="4E1CED5B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63FC94B3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46AA78AB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677A4122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1FA6811D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01EA1CA2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2D3D776E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79EE8F6C" w14:textId="77777777" w:rsidR="007D2976" w:rsidRPr="00FF1131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285697BE" w14:textId="777777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 xml:space="preserve">ANEXO II </w:t>
      </w:r>
    </w:p>
    <w:p w14:paraId="5884A621" w14:textId="77777777" w:rsidR="00E425DC" w:rsidRPr="00FF1131" w:rsidRDefault="00E425DC" w:rsidP="00E425DC">
      <w:pPr>
        <w:jc w:val="center"/>
        <w:rPr>
          <w:b/>
          <w:sz w:val="28"/>
          <w:szCs w:val="28"/>
        </w:rPr>
      </w:pPr>
      <w:r w:rsidRPr="00FF1131">
        <w:rPr>
          <w:b/>
          <w:sz w:val="28"/>
          <w:szCs w:val="28"/>
        </w:rPr>
        <w:t>DECLARAÇÃO DE BENS E VALORES</w:t>
      </w:r>
    </w:p>
    <w:p w14:paraId="4167BDAA" w14:textId="77777777" w:rsidR="00E425DC" w:rsidRPr="00FF1131" w:rsidRDefault="00E425DC" w:rsidP="00E425DC">
      <w:pPr>
        <w:spacing w:line="360" w:lineRule="auto"/>
        <w:jc w:val="both"/>
      </w:pPr>
      <w:r w:rsidRPr="00FF1131">
        <w:lastRenderedPageBreak/>
        <w:t>Eu________________________________________________________________, abaixo assinado(a), brasileiro(a), estado civil ____________________, portador(a) do RG nº ________________________, inscrito no CPF sob o nº ________________</w:t>
      </w:r>
      <w:proofErr w:type="gramStart"/>
      <w:r w:rsidRPr="00FF1131">
        <w:t xml:space="preserve">_,  </w:t>
      </w:r>
      <w:r w:rsidRPr="00FF1131">
        <w:rPr>
          <w:b/>
        </w:rPr>
        <w:t>DECLARO</w:t>
      </w:r>
      <w:proofErr w:type="gramEnd"/>
      <w:r w:rsidRPr="00FF1131">
        <w:t xml:space="preserve">  para o fim específico de ingresso no Serviço Público no Município de Itapeva, Estado de Minas Gerais, que: </w:t>
      </w:r>
    </w:p>
    <w:p w14:paraId="1BA373AA" w14:textId="77777777" w:rsidR="00E425DC" w:rsidRPr="00FF1131" w:rsidRDefault="00E425DC" w:rsidP="00E425DC">
      <w:pPr>
        <w:spacing w:line="360" w:lineRule="auto"/>
        <w:jc w:val="both"/>
      </w:pPr>
      <w:r w:rsidRPr="00FF1131">
        <w:rPr>
          <w:b/>
          <w:bCs/>
        </w:rPr>
        <w:t xml:space="preserve">a. </w:t>
      </w:r>
      <w:proofErr w:type="gramStart"/>
      <w:r w:rsidRPr="00FF1131">
        <w:rPr>
          <w:b/>
          <w:bCs/>
        </w:rPr>
        <w:t xml:space="preserve">(  </w:t>
      </w:r>
      <w:proofErr w:type="gramEnd"/>
      <w:r w:rsidRPr="00FF1131">
        <w:rPr>
          <w:b/>
          <w:bCs/>
        </w:rPr>
        <w:t xml:space="preserve"> ) </w:t>
      </w:r>
      <w:r w:rsidRPr="00FF1131">
        <w:rPr>
          <w:b/>
          <w:bCs/>
        </w:rPr>
        <w:tab/>
      </w:r>
      <w:r w:rsidRPr="00FF1131">
        <w:t xml:space="preserve">Não possuo bens e valores patrimoniais que se enquadrem entre os elencados no item </w:t>
      </w:r>
      <w:r w:rsidRPr="00FF1131">
        <w:rPr>
          <w:b/>
          <w:bCs/>
        </w:rPr>
        <w:t>b.</w:t>
      </w:r>
      <w:r w:rsidRPr="00FF1131">
        <w:t xml:space="preserve"> </w:t>
      </w:r>
    </w:p>
    <w:p w14:paraId="4EB35568" w14:textId="77777777" w:rsidR="00E425DC" w:rsidRPr="00FF1131" w:rsidRDefault="00E425DC" w:rsidP="00E425DC">
      <w:pPr>
        <w:spacing w:line="360" w:lineRule="auto"/>
        <w:jc w:val="both"/>
      </w:pPr>
      <w:r w:rsidRPr="00FF1131">
        <w:rPr>
          <w:b/>
          <w:bCs/>
        </w:rPr>
        <w:t xml:space="preserve">b. </w:t>
      </w:r>
      <w:proofErr w:type="gramStart"/>
      <w:r w:rsidRPr="00FF1131">
        <w:rPr>
          <w:b/>
          <w:bCs/>
        </w:rPr>
        <w:t xml:space="preserve">(  </w:t>
      </w:r>
      <w:proofErr w:type="gramEnd"/>
      <w:r w:rsidRPr="00FF1131">
        <w:rPr>
          <w:b/>
          <w:bCs/>
        </w:rPr>
        <w:t xml:space="preserve"> ) </w:t>
      </w:r>
      <w:r w:rsidRPr="00FF1131">
        <w:rPr>
          <w:b/>
          <w:bCs/>
        </w:rPr>
        <w:tab/>
      </w:r>
      <w:r w:rsidRPr="00FF1131">
        <w:t xml:space="preserve">Integram meu patrimônio os bens patrimoniais gravados em meu </w:t>
      </w:r>
      <w:proofErr w:type="gramStart"/>
      <w:r w:rsidRPr="00FF1131">
        <w:t>nome  e</w:t>
      </w:r>
      <w:proofErr w:type="gramEnd"/>
      <w:r w:rsidRPr="00FF1131">
        <w:t xml:space="preserve"> de meus dependentes: </w:t>
      </w:r>
      <w:r w:rsidRPr="00FF1131">
        <w:rPr>
          <w:i/>
        </w:rPr>
        <w:t>(relacionar Imóveis urbanos (identificação/valor atual); Imóveis rurais (identificação/valor atual); Veículos e máquinas (identificação/valor atual); Outros (identificação/valor atual))</w:t>
      </w: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6"/>
        <w:gridCol w:w="3549"/>
      </w:tblGrid>
      <w:tr w:rsidR="00E425DC" w:rsidRPr="00FF1131" w14:paraId="718B3925" w14:textId="77777777" w:rsidTr="009C1637">
        <w:trPr>
          <w:trHeight w:val="400"/>
        </w:trPr>
        <w:tc>
          <w:tcPr>
            <w:tcW w:w="6516" w:type="dxa"/>
            <w:hideMark/>
          </w:tcPr>
          <w:p w14:paraId="50E0679F" w14:textId="77777777" w:rsidR="00E425DC" w:rsidRPr="00FF1131" w:rsidRDefault="00E425DC" w:rsidP="009C1637">
            <w:pPr>
              <w:ind w:left="369" w:firstLine="709"/>
            </w:pPr>
            <w:r w:rsidRPr="00FF1131">
              <w:t>DISCRIMINAÇÃO DO BEM</w:t>
            </w:r>
          </w:p>
        </w:tc>
        <w:tc>
          <w:tcPr>
            <w:tcW w:w="3549" w:type="dxa"/>
            <w:hideMark/>
          </w:tcPr>
          <w:p w14:paraId="4BF42DBB" w14:textId="77777777" w:rsidR="00E425DC" w:rsidRPr="00FF1131" w:rsidRDefault="00E425DC" w:rsidP="009C1637">
            <w:pPr>
              <w:ind w:left="369" w:firstLine="709"/>
            </w:pPr>
            <w:r w:rsidRPr="00FF1131">
              <w:t xml:space="preserve">  VALOR (R$)</w:t>
            </w:r>
          </w:p>
        </w:tc>
      </w:tr>
      <w:tr w:rsidR="00E425DC" w:rsidRPr="00FF1131" w14:paraId="75F27859" w14:textId="77777777" w:rsidTr="009C1637">
        <w:trPr>
          <w:trHeight w:val="400"/>
        </w:trPr>
        <w:tc>
          <w:tcPr>
            <w:tcW w:w="6516" w:type="dxa"/>
          </w:tcPr>
          <w:p w14:paraId="051C34F5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26285FDD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1575EBAC" w14:textId="77777777" w:rsidTr="009C1637">
        <w:trPr>
          <w:trHeight w:val="400"/>
        </w:trPr>
        <w:tc>
          <w:tcPr>
            <w:tcW w:w="6516" w:type="dxa"/>
          </w:tcPr>
          <w:p w14:paraId="71FFF114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02D08B20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6F8AE886" w14:textId="77777777" w:rsidTr="009C1637">
        <w:trPr>
          <w:trHeight w:val="400"/>
        </w:trPr>
        <w:tc>
          <w:tcPr>
            <w:tcW w:w="6516" w:type="dxa"/>
          </w:tcPr>
          <w:p w14:paraId="67DEDCEE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6BCE972F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798AE2D4" w14:textId="77777777" w:rsidTr="009C1637">
        <w:trPr>
          <w:trHeight w:val="400"/>
        </w:trPr>
        <w:tc>
          <w:tcPr>
            <w:tcW w:w="6516" w:type="dxa"/>
          </w:tcPr>
          <w:p w14:paraId="3F073FA9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14220E4A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5DD8B3F5" w14:textId="77777777" w:rsidTr="009C1637">
        <w:trPr>
          <w:trHeight w:val="400"/>
        </w:trPr>
        <w:tc>
          <w:tcPr>
            <w:tcW w:w="6516" w:type="dxa"/>
          </w:tcPr>
          <w:p w14:paraId="602CD6D3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333A4793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2E93C5EB" w14:textId="77777777" w:rsidTr="009C1637">
        <w:trPr>
          <w:trHeight w:val="400"/>
        </w:trPr>
        <w:tc>
          <w:tcPr>
            <w:tcW w:w="6516" w:type="dxa"/>
          </w:tcPr>
          <w:p w14:paraId="627999F9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6E14C9EF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34F3864B" w14:textId="77777777" w:rsidTr="009C1637">
        <w:trPr>
          <w:trHeight w:val="400"/>
        </w:trPr>
        <w:tc>
          <w:tcPr>
            <w:tcW w:w="6516" w:type="dxa"/>
          </w:tcPr>
          <w:p w14:paraId="761C9804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4200D4E1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</w:tbl>
    <w:p w14:paraId="5BD2E061" w14:textId="77777777" w:rsidR="00E425DC" w:rsidRPr="00FF1131" w:rsidRDefault="00E425DC" w:rsidP="00E425DC">
      <w:pPr>
        <w:spacing w:line="360" w:lineRule="auto"/>
        <w:jc w:val="both"/>
      </w:pPr>
      <w:r w:rsidRPr="00FF1131">
        <w:t xml:space="preserve">Declaro   ainda   ter   ciência   de   que   a   não   veracidade   das   informações prestadas   poderá   acarretar   responsabilização   </w:t>
      </w:r>
      <w:proofErr w:type="gramStart"/>
      <w:r w:rsidRPr="00FF1131">
        <w:t xml:space="preserve">civil,   </w:t>
      </w:r>
      <w:proofErr w:type="gramEnd"/>
      <w:r w:rsidRPr="00FF1131">
        <w:t xml:space="preserve">penal   e   </w:t>
      </w:r>
      <w:proofErr w:type="gramStart"/>
      <w:r w:rsidRPr="00FF1131">
        <w:t xml:space="preserve">administrativa,   </w:t>
      </w:r>
      <w:proofErr w:type="gramEnd"/>
      <w:r w:rsidRPr="00FF1131">
        <w:t>gerando consequências previstas na legislação vigente.</w:t>
      </w:r>
    </w:p>
    <w:p w14:paraId="70B7391E" w14:textId="77777777" w:rsidR="00E425DC" w:rsidRPr="00FF1131" w:rsidRDefault="00E425DC" w:rsidP="00E425DC">
      <w:r w:rsidRPr="00FF1131">
        <w:t xml:space="preserve">Itapeva, _____ de _________________________ </w:t>
      </w:r>
      <w:proofErr w:type="spellStart"/>
      <w:r w:rsidRPr="00FF1131">
        <w:t>de</w:t>
      </w:r>
      <w:proofErr w:type="spellEnd"/>
      <w:r w:rsidRPr="00FF1131">
        <w:t xml:space="preserve"> _____________.</w:t>
      </w:r>
    </w:p>
    <w:p w14:paraId="1EC86DE7" w14:textId="77777777" w:rsidR="007D2976" w:rsidRDefault="007D2976" w:rsidP="00E425DC">
      <w:pPr>
        <w:spacing w:line="360" w:lineRule="auto"/>
        <w:jc w:val="center"/>
        <w:rPr>
          <w:sz w:val="24"/>
          <w:szCs w:val="24"/>
        </w:rPr>
      </w:pPr>
    </w:p>
    <w:p w14:paraId="55CC1477" w14:textId="17331C11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>______________________</w:t>
      </w:r>
    </w:p>
    <w:p w14:paraId="113A097A" w14:textId="77777777" w:rsidR="00E425DC" w:rsidRPr="00FF1131" w:rsidRDefault="00E425DC" w:rsidP="00E425DC">
      <w:pPr>
        <w:keepNext/>
        <w:jc w:val="center"/>
        <w:outlineLvl w:val="0"/>
        <w:rPr>
          <w:sz w:val="24"/>
          <w:szCs w:val="24"/>
        </w:rPr>
      </w:pPr>
      <w:r w:rsidRPr="00FF1131">
        <w:rPr>
          <w:sz w:val="24"/>
          <w:szCs w:val="24"/>
        </w:rPr>
        <w:t>DECLARANTE</w:t>
      </w:r>
    </w:p>
    <w:p w14:paraId="7A8A448A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25745D51" w14:textId="77777777" w:rsidR="00E425DC" w:rsidRPr="00FF1131" w:rsidRDefault="00E425DC" w:rsidP="00E425DC">
      <w:pPr>
        <w:spacing w:line="360" w:lineRule="auto"/>
        <w:jc w:val="both"/>
      </w:pPr>
    </w:p>
    <w:p w14:paraId="7984C6B6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7C2CB793" w14:textId="0A2CF3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>ANEXO III</w:t>
      </w:r>
    </w:p>
    <w:p w14:paraId="5A8B89B9" w14:textId="777777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 xml:space="preserve"> DECLARAÇÃO DE NÃO ACUMULAÇÃO </w:t>
      </w:r>
    </w:p>
    <w:p w14:paraId="362F59D8" w14:textId="777777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lastRenderedPageBreak/>
        <w:t>DE CARGOS, EMPREGOS OU FUNÇÕES PÚBLICAS.</w:t>
      </w:r>
    </w:p>
    <w:p w14:paraId="188F77AD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Eu, _____________________________________________________, portador do RG nº _________________ e CPF nº _____________________, DECLARO para fins de posse no cargo de   _________________________________,na Prefeitura Municipal de Itapeva/MG, </w:t>
      </w:r>
      <w:r w:rsidRPr="00FF1131">
        <w:rPr>
          <w:b/>
          <w:sz w:val="24"/>
          <w:szCs w:val="24"/>
        </w:rPr>
        <w:t>QUE NÃO EXERÇO</w:t>
      </w:r>
      <w:r w:rsidRPr="00FF1131">
        <w:rPr>
          <w:sz w:val="24"/>
          <w:szCs w:val="24"/>
        </w:rPr>
        <w:t xml:space="preserve"> qualquer cargo, emprego, ou função pública junto à administração pública direta, autarquias, fundações, empresas públicas, sociedade de economia mista, suas subsidiárias e sociedades controladas direta ou indiretamente pelo poder público, que seja </w:t>
      </w:r>
      <w:proofErr w:type="spellStart"/>
      <w:r w:rsidRPr="00FF1131">
        <w:rPr>
          <w:sz w:val="24"/>
          <w:szCs w:val="24"/>
        </w:rPr>
        <w:t>inacumulável</w:t>
      </w:r>
      <w:proofErr w:type="spellEnd"/>
      <w:r w:rsidRPr="00FF1131">
        <w:rPr>
          <w:sz w:val="24"/>
          <w:szCs w:val="24"/>
        </w:rPr>
        <w:t xml:space="preserve"> com a carreira em que serei contratado, em consonância com os incisos XVI e XVII do art. 37, da Constituição Federal.</w:t>
      </w:r>
    </w:p>
    <w:p w14:paraId="2FFC355A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DECLARO, outrossim, QUE NÃO PERCEBO proventos de aposentadoria decorrente do art. 40 ou dos </w:t>
      </w:r>
      <w:proofErr w:type="spellStart"/>
      <w:r w:rsidRPr="00FF1131">
        <w:rPr>
          <w:sz w:val="24"/>
          <w:szCs w:val="24"/>
        </w:rPr>
        <w:t>arts</w:t>
      </w:r>
      <w:proofErr w:type="spellEnd"/>
      <w:r w:rsidRPr="00FF1131">
        <w:rPr>
          <w:sz w:val="24"/>
          <w:szCs w:val="24"/>
        </w:rPr>
        <w:t xml:space="preserve">. 42 e 142 da Constituição Federal, que seja </w:t>
      </w:r>
      <w:proofErr w:type="spellStart"/>
      <w:r w:rsidRPr="00FF1131">
        <w:rPr>
          <w:sz w:val="24"/>
          <w:szCs w:val="24"/>
        </w:rPr>
        <w:t>inacumulável</w:t>
      </w:r>
      <w:proofErr w:type="spellEnd"/>
      <w:r w:rsidRPr="00FF1131">
        <w:rPr>
          <w:sz w:val="24"/>
          <w:szCs w:val="24"/>
        </w:rPr>
        <w:t xml:space="preserve"> com a carreira em que serei contratado. </w:t>
      </w:r>
    </w:p>
    <w:p w14:paraId="79978DDE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DECLARO, também, estar ciente de que devo comunicar a esse Órgão qualquer alteração que venha a ocorrer em minha vida funcional que não atenda às determinações legais vigentes relativamente à acumulação de cargos. </w:t>
      </w:r>
    </w:p>
    <w:p w14:paraId="462A6520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DECLARO, ainda, estar ciente de que prestar declaração falsa é crime previsto no art. 299 do Código Penal Brasileiro, sujeitando o declarante às suas penas, sem prejuízo de outras sanções cabíveis. </w:t>
      </w:r>
    </w:p>
    <w:p w14:paraId="6376509E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DECLARO, por fim, que tomo ciência de toda a legislação supra referida.</w:t>
      </w:r>
    </w:p>
    <w:p w14:paraId="4CFFAEFD" w14:textId="77777777" w:rsidR="00E425DC" w:rsidRPr="00FF1131" w:rsidRDefault="00E425DC" w:rsidP="00E425DC">
      <w:pPr>
        <w:spacing w:line="360" w:lineRule="auto"/>
        <w:jc w:val="right"/>
        <w:rPr>
          <w:sz w:val="24"/>
          <w:szCs w:val="24"/>
        </w:rPr>
      </w:pPr>
    </w:p>
    <w:p w14:paraId="07E907D7" w14:textId="77777777" w:rsidR="00E425DC" w:rsidRPr="00FF1131" w:rsidRDefault="00E425DC" w:rsidP="00E425DC">
      <w:pPr>
        <w:spacing w:line="360" w:lineRule="auto"/>
        <w:jc w:val="right"/>
        <w:rPr>
          <w:sz w:val="24"/>
          <w:szCs w:val="24"/>
        </w:rPr>
      </w:pPr>
      <w:r w:rsidRPr="00FF1131">
        <w:rPr>
          <w:sz w:val="24"/>
          <w:szCs w:val="24"/>
        </w:rPr>
        <w:t xml:space="preserve">_________, ______de____________ </w:t>
      </w:r>
      <w:proofErr w:type="spellStart"/>
      <w:r w:rsidRPr="00FF1131">
        <w:rPr>
          <w:sz w:val="24"/>
          <w:szCs w:val="24"/>
        </w:rPr>
        <w:t>de</w:t>
      </w:r>
      <w:proofErr w:type="spellEnd"/>
      <w:r w:rsidRPr="00FF1131">
        <w:rPr>
          <w:sz w:val="24"/>
          <w:szCs w:val="24"/>
        </w:rPr>
        <w:t>________.</w:t>
      </w:r>
    </w:p>
    <w:p w14:paraId="11DE741D" w14:textId="77777777" w:rsidR="00E425DC" w:rsidRPr="00FF1131" w:rsidRDefault="00E425DC" w:rsidP="00E425DC">
      <w:pPr>
        <w:spacing w:line="360" w:lineRule="auto"/>
        <w:jc w:val="right"/>
        <w:rPr>
          <w:sz w:val="24"/>
          <w:szCs w:val="24"/>
        </w:rPr>
      </w:pPr>
    </w:p>
    <w:p w14:paraId="1E192812" w14:textId="77777777" w:rsidR="00E425DC" w:rsidRPr="00FF1131" w:rsidRDefault="00E425DC" w:rsidP="00E425DC">
      <w:pPr>
        <w:spacing w:line="360" w:lineRule="auto"/>
        <w:jc w:val="right"/>
        <w:rPr>
          <w:sz w:val="24"/>
          <w:szCs w:val="24"/>
        </w:rPr>
      </w:pPr>
    </w:p>
    <w:p w14:paraId="46230278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>____________________________________________</w:t>
      </w:r>
    </w:p>
    <w:p w14:paraId="48229DD2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>Declarante</w:t>
      </w:r>
    </w:p>
    <w:p w14:paraId="1744A806" w14:textId="777777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</w:p>
    <w:p w14:paraId="4F9E73D7" w14:textId="77777777" w:rsidR="007D2976" w:rsidRDefault="00E425DC" w:rsidP="007D2976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>ANEXO IV</w:t>
      </w:r>
    </w:p>
    <w:p w14:paraId="3FBF8716" w14:textId="1A79D99F" w:rsidR="00E425DC" w:rsidRPr="00FF1131" w:rsidRDefault="00E425DC" w:rsidP="007D2976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 xml:space="preserve">DECLARAÇÃO DE ACUMULAÇÃO </w:t>
      </w:r>
    </w:p>
    <w:p w14:paraId="31AE1B67" w14:textId="777777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lastRenderedPageBreak/>
        <w:t>DE CARGOS, EMPREGOS OU FUNÇÕES PÚBLICAS</w:t>
      </w:r>
      <w:r w:rsidRPr="00FF1131">
        <w:rPr>
          <w:b/>
          <w:sz w:val="24"/>
          <w:szCs w:val="24"/>
        </w:rPr>
        <w:cr/>
      </w:r>
    </w:p>
    <w:p w14:paraId="7F5E1209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Nome:___________________________________________________________________</w:t>
      </w:r>
    </w:p>
    <w:p w14:paraId="56E6D862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CPF:_______________________RG:_________________Cargo:____________________</w:t>
      </w:r>
    </w:p>
    <w:p w14:paraId="5AA223EE" w14:textId="77777777" w:rsidR="00E425DC" w:rsidRPr="00FF1131" w:rsidRDefault="00E425DC" w:rsidP="00E425DC">
      <w:pPr>
        <w:numPr>
          <w:ilvl w:val="0"/>
          <w:numId w:val="12"/>
        </w:numPr>
        <w:spacing w:after="0"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DECLARO para fins de ocupação de cargo público no Município de ITAPEVA/MG, que exerço cargo, emprego ou função pública, nos órgãos abaixo:</w:t>
      </w:r>
    </w:p>
    <w:p w14:paraId="2A4F40D1" w14:textId="77777777" w:rsidR="00E425DC" w:rsidRPr="00FF1131" w:rsidRDefault="00E425DC" w:rsidP="00E425DC">
      <w:pPr>
        <w:spacing w:line="48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Denominação do Órgão: __________________________________________________</w:t>
      </w:r>
    </w:p>
    <w:p w14:paraId="3D766506" w14:textId="77777777" w:rsidR="00E425DC" w:rsidRPr="00FF1131" w:rsidRDefault="00E425DC" w:rsidP="00E425DC">
      <w:pPr>
        <w:spacing w:line="48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Cargo/Emprego/Função: </w:t>
      </w:r>
      <w:r w:rsidRPr="00FF1131">
        <w:rPr>
          <w:sz w:val="24"/>
          <w:szCs w:val="24"/>
        </w:rPr>
        <w:softHyphen/>
      </w:r>
      <w:r w:rsidRPr="00FF1131">
        <w:rPr>
          <w:sz w:val="24"/>
          <w:szCs w:val="24"/>
        </w:rPr>
        <w:softHyphen/>
      </w:r>
      <w:r w:rsidRPr="00FF1131">
        <w:rPr>
          <w:sz w:val="24"/>
          <w:szCs w:val="24"/>
        </w:rPr>
        <w:softHyphen/>
        <w:t>__________________________________________________</w:t>
      </w:r>
    </w:p>
    <w:p w14:paraId="020E5B85" w14:textId="77777777" w:rsidR="00E425DC" w:rsidRPr="00FF1131" w:rsidRDefault="00E425DC" w:rsidP="00E425DC">
      <w:pPr>
        <w:spacing w:line="48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Carga Horária Mensal:____________________________________________________</w:t>
      </w:r>
    </w:p>
    <w:p w14:paraId="7BD9A39A" w14:textId="77777777" w:rsidR="00E425DC" w:rsidRPr="00FF1131" w:rsidRDefault="00E425DC" w:rsidP="00E425DC">
      <w:pPr>
        <w:spacing w:line="48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Horário de Trabalho: ______________________________________________________</w:t>
      </w:r>
    </w:p>
    <w:p w14:paraId="59528595" w14:textId="77777777" w:rsidR="00E425DC" w:rsidRPr="00FF1131" w:rsidRDefault="00E425DC" w:rsidP="00E425DC">
      <w:pPr>
        <w:numPr>
          <w:ilvl w:val="0"/>
          <w:numId w:val="12"/>
        </w:numPr>
        <w:spacing w:after="0"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DECLARO que sou aposentado no cargo de: </w:t>
      </w:r>
    </w:p>
    <w:p w14:paraId="4DDB7C0C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____________________________________________</w:t>
      </w:r>
    </w:p>
    <w:p w14:paraId="4A3633DB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E recebo meus proventos através do: </w:t>
      </w:r>
    </w:p>
    <w:p w14:paraId="1C703EB0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___________________________________________________</w:t>
      </w:r>
    </w:p>
    <w:p w14:paraId="3C574307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DECLARO ainda, sob as penalidades legais, que as informações aqui prestadas são verdadeiras e de minha inteira responsabilidade.</w:t>
      </w:r>
    </w:p>
    <w:p w14:paraId="4AFE767C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Prometo renovar esta declaração sempre que ocorrer alterações nos dados acima.</w:t>
      </w:r>
    </w:p>
    <w:p w14:paraId="6C06CD68" w14:textId="77777777" w:rsidR="00E425DC" w:rsidRPr="00FF1131" w:rsidRDefault="00E425DC" w:rsidP="00E425DC">
      <w:pPr>
        <w:spacing w:line="360" w:lineRule="auto"/>
        <w:jc w:val="right"/>
        <w:rPr>
          <w:sz w:val="24"/>
          <w:szCs w:val="24"/>
        </w:rPr>
      </w:pPr>
      <w:r w:rsidRPr="00FF1131">
        <w:rPr>
          <w:sz w:val="24"/>
          <w:szCs w:val="24"/>
        </w:rPr>
        <w:t xml:space="preserve">_________, ______de ___________ </w:t>
      </w:r>
      <w:proofErr w:type="spellStart"/>
      <w:r w:rsidRPr="00FF1131">
        <w:rPr>
          <w:sz w:val="24"/>
          <w:szCs w:val="24"/>
        </w:rPr>
        <w:t>de</w:t>
      </w:r>
      <w:proofErr w:type="spellEnd"/>
      <w:r w:rsidRPr="00FF1131">
        <w:rPr>
          <w:sz w:val="24"/>
          <w:szCs w:val="24"/>
        </w:rPr>
        <w:t xml:space="preserve"> _________</w:t>
      </w:r>
    </w:p>
    <w:p w14:paraId="79660DB1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>_____________________________________________</w:t>
      </w:r>
    </w:p>
    <w:p w14:paraId="2E9B3EB0" w14:textId="766B4D53" w:rsidR="00E425DC" w:rsidRPr="007D2976" w:rsidRDefault="00E425DC" w:rsidP="007D2976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>Declarante</w:t>
      </w:r>
    </w:p>
    <w:p w14:paraId="5DC328CE" w14:textId="77777777" w:rsidR="007D2976" w:rsidRDefault="007D2976" w:rsidP="00E425DC">
      <w:pPr>
        <w:spacing w:line="360" w:lineRule="auto"/>
        <w:jc w:val="center"/>
        <w:rPr>
          <w:b/>
          <w:bCs/>
          <w:sz w:val="28"/>
          <w:szCs w:val="28"/>
        </w:rPr>
      </w:pPr>
    </w:p>
    <w:p w14:paraId="14C0B79D" w14:textId="0D8260AB" w:rsidR="00E425DC" w:rsidRPr="00FF1131" w:rsidRDefault="00E425DC" w:rsidP="00E425DC">
      <w:pPr>
        <w:spacing w:line="360" w:lineRule="auto"/>
        <w:jc w:val="center"/>
        <w:rPr>
          <w:b/>
          <w:bCs/>
          <w:sz w:val="28"/>
          <w:szCs w:val="28"/>
        </w:rPr>
      </w:pPr>
      <w:r w:rsidRPr="00FF1131">
        <w:rPr>
          <w:b/>
          <w:bCs/>
          <w:sz w:val="28"/>
          <w:szCs w:val="28"/>
        </w:rPr>
        <w:t>ANEXO V</w:t>
      </w:r>
    </w:p>
    <w:p w14:paraId="4050B510" w14:textId="77777777" w:rsidR="00E425DC" w:rsidRPr="00FF1131" w:rsidRDefault="00E425DC" w:rsidP="00E425DC">
      <w:pPr>
        <w:jc w:val="center"/>
        <w:rPr>
          <w:b/>
          <w:bCs/>
          <w:sz w:val="28"/>
          <w:szCs w:val="28"/>
        </w:rPr>
      </w:pPr>
      <w:r w:rsidRPr="00FF1131">
        <w:rPr>
          <w:b/>
          <w:bCs/>
          <w:sz w:val="28"/>
          <w:szCs w:val="28"/>
        </w:rPr>
        <w:t>DECLARAÇÃO DE INEXISTÊNCIA DE PENALIDADE POR IMPROBIDADE ADMINISTRATIVA</w:t>
      </w:r>
    </w:p>
    <w:p w14:paraId="733EF509" w14:textId="77777777" w:rsidR="00E425DC" w:rsidRPr="00FF1131" w:rsidRDefault="00E425DC" w:rsidP="00E425DC">
      <w:pPr>
        <w:jc w:val="both"/>
        <w:rPr>
          <w:sz w:val="28"/>
          <w:szCs w:val="28"/>
        </w:rPr>
      </w:pPr>
    </w:p>
    <w:p w14:paraId="514B4C62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 xml:space="preserve">Eu,______________________________________________________, nacionalidade____________________, estado civil: ____________,portador(a) do RG nº _______________________, inscrito(a) no CPF sob o nº _______________________, residente e domiciliado(a) na _______________________________________________________________, nº________, Bairro:_____________________, Cidade: _______________________ — ____, convocado(a) no </w:t>
      </w:r>
      <w:r w:rsidRPr="00FF1131">
        <w:rPr>
          <w:b/>
          <w:bCs/>
          <w:sz w:val="28"/>
          <w:szCs w:val="28"/>
        </w:rPr>
        <w:t>Concurso Público nº 001/2025 do Município de Itapeva - MG</w:t>
      </w:r>
      <w:r w:rsidRPr="00FF1131">
        <w:rPr>
          <w:sz w:val="28"/>
          <w:szCs w:val="28"/>
        </w:rPr>
        <w:t xml:space="preserve"> para o cargo de _________________________________________,</w:t>
      </w:r>
      <w:r w:rsidRPr="00FF1131">
        <w:rPr>
          <w:b/>
          <w:bCs/>
          <w:sz w:val="28"/>
          <w:szCs w:val="28"/>
        </w:rPr>
        <w:t>DECLARO</w:t>
      </w:r>
      <w:r w:rsidRPr="00FF1131">
        <w:rPr>
          <w:sz w:val="28"/>
          <w:szCs w:val="28"/>
        </w:rPr>
        <w:t xml:space="preserve">, sob as penas da lei, para fins de provimento em cargo público, que </w:t>
      </w:r>
      <w:r w:rsidRPr="00FF1131">
        <w:rPr>
          <w:b/>
          <w:bCs/>
          <w:sz w:val="28"/>
          <w:szCs w:val="28"/>
        </w:rPr>
        <w:t>não estou cumprindo e nem sofri</w:t>
      </w:r>
      <w:r w:rsidRPr="00FF1131">
        <w:rPr>
          <w:sz w:val="28"/>
          <w:szCs w:val="28"/>
        </w:rPr>
        <w:t>, no exercício de função pública, penalidade por prática de improbidade administrativa aplicada por qualquer órgão público ou entidade da esfera federal, estadual ou municipal.</w:t>
      </w:r>
    </w:p>
    <w:p w14:paraId="50BE3E04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>Declaro, ainda, estar ciente de que a falsidade das informações aqui prestadas configurará crime de falsidade ideológica, previsto no Art. 299 do Código Penal Brasileiro, além de ensejar a nulidade do ato de nomeação e posse, sem prejuízo das demais sanções legais cabíveis.</w:t>
      </w:r>
    </w:p>
    <w:p w14:paraId="2D5E074E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 xml:space="preserve">Itapeva - MG, ______ de _________________________ </w:t>
      </w:r>
      <w:proofErr w:type="spellStart"/>
      <w:r w:rsidRPr="00FF1131">
        <w:rPr>
          <w:sz w:val="28"/>
          <w:szCs w:val="28"/>
        </w:rPr>
        <w:t>de</w:t>
      </w:r>
      <w:proofErr w:type="spellEnd"/>
      <w:r w:rsidRPr="00FF1131">
        <w:rPr>
          <w:sz w:val="28"/>
          <w:szCs w:val="28"/>
        </w:rPr>
        <w:t xml:space="preserve"> 2026.</w:t>
      </w:r>
    </w:p>
    <w:p w14:paraId="0B4B0BBD" w14:textId="77777777" w:rsidR="00E425DC" w:rsidRPr="00FF1131" w:rsidRDefault="00E425DC" w:rsidP="00E425DC">
      <w:pPr>
        <w:jc w:val="both"/>
        <w:rPr>
          <w:sz w:val="28"/>
          <w:szCs w:val="28"/>
        </w:rPr>
      </w:pPr>
    </w:p>
    <w:p w14:paraId="590E0150" w14:textId="77777777" w:rsidR="00E425DC" w:rsidRPr="00FF1131" w:rsidRDefault="00E425DC" w:rsidP="00E425DC">
      <w:pPr>
        <w:jc w:val="both"/>
        <w:rPr>
          <w:sz w:val="28"/>
          <w:szCs w:val="28"/>
        </w:rPr>
      </w:pPr>
      <w:r w:rsidRPr="00FF1131">
        <w:rPr>
          <w:sz w:val="28"/>
          <w:szCs w:val="28"/>
        </w:rPr>
        <w:t>__________________________________________________</w:t>
      </w:r>
    </w:p>
    <w:p w14:paraId="095547FC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27B753EF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br w:type="page"/>
      </w:r>
    </w:p>
    <w:p w14:paraId="05BB74C0" w14:textId="77777777" w:rsidR="007D2976" w:rsidRDefault="007D2976" w:rsidP="00E425DC">
      <w:pPr>
        <w:spacing w:line="360" w:lineRule="auto"/>
        <w:jc w:val="center"/>
        <w:rPr>
          <w:b/>
          <w:bCs/>
          <w:sz w:val="24"/>
          <w:szCs w:val="24"/>
        </w:rPr>
      </w:pPr>
    </w:p>
    <w:p w14:paraId="3F1BB2F1" w14:textId="230158E1" w:rsidR="00E425DC" w:rsidRPr="00FF1131" w:rsidRDefault="00E425DC" w:rsidP="00E425DC">
      <w:pPr>
        <w:spacing w:line="360" w:lineRule="auto"/>
        <w:jc w:val="center"/>
        <w:rPr>
          <w:b/>
          <w:bCs/>
          <w:sz w:val="24"/>
          <w:szCs w:val="24"/>
        </w:rPr>
      </w:pPr>
      <w:r w:rsidRPr="00FF1131">
        <w:rPr>
          <w:b/>
          <w:bCs/>
          <w:sz w:val="24"/>
          <w:szCs w:val="24"/>
        </w:rPr>
        <w:t>ANEXO VI</w:t>
      </w:r>
    </w:p>
    <w:p w14:paraId="0F87162F" w14:textId="77777777" w:rsidR="00E425DC" w:rsidRPr="00FF1131" w:rsidRDefault="00E425DC" w:rsidP="00E425DC">
      <w:pPr>
        <w:jc w:val="center"/>
        <w:rPr>
          <w:b/>
          <w:bCs/>
          <w:sz w:val="28"/>
          <w:szCs w:val="28"/>
        </w:rPr>
      </w:pPr>
      <w:r w:rsidRPr="00FF1131">
        <w:rPr>
          <w:b/>
          <w:bCs/>
          <w:sz w:val="28"/>
          <w:szCs w:val="28"/>
        </w:rPr>
        <w:t>DECLARAÇÃO DE APTIDÃO FÍSICA E MENTAL</w:t>
      </w:r>
    </w:p>
    <w:p w14:paraId="139AD87A" w14:textId="77777777" w:rsidR="007D2976" w:rsidRDefault="007D2976" w:rsidP="00E425DC">
      <w:pPr>
        <w:spacing w:line="360" w:lineRule="auto"/>
        <w:jc w:val="both"/>
        <w:rPr>
          <w:sz w:val="28"/>
          <w:szCs w:val="28"/>
        </w:rPr>
      </w:pPr>
    </w:p>
    <w:p w14:paraId="6FDABFBF" w14:textId="037AA865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proofErr w:type="gramStart"/>
      <w:r w:rsidRPr="00FF1131">
        <w:rPr>
          <w:sz w:val="28"/>
          <w:szCs w:val="28"/>
        </w:rPr>
        <w:t>Eu,_</w:t>
      </w:r>
      <w:proofErr w:type="gramEnd"/>
      <w:r w:rsidRPr="00FF1131">
        <w:rPr>
          <w:sz w:val="28"/>
          <w:szCs w:val="28"/>
        </w:rPr>
        <w:t xml:space="preserve">______________________________________________________, abaixo assinado, portador(a) do documento de identidade RG nº ________________ e inscrito no CPF sob o nº _____________________, aprovado(a) e convocado(a) no </w:t>
      </w:r>
      <w:r w:rsidRPr="00FF1131">
        <w:rPr>
          <w:b/>
          <w:bCs/>
          <w:sz w:val="28"/>
          <w:szCs w:val="28"/>
        </w:rPr>
        <w:t>Concurso Público nº 001/2025</w:t>
      </w:r>
      <w:r w:rsidRPr="00FF1131">
        <w:rPr>
          <w:sz w:val="28"/>
          <w:szCs w:val="28"/>
        </w:rPr>
        <w:t xml:space="preserve"> do Município de Itapeva - MG, para provimento do cargo de _______________________________________________, declaro para os devidos fins de investidura e posse que:</w:t>
      </w:r>
    </w:p>
    <w:p w14:paraId="35FAE285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b/>
          <w:bCs/>
          <w:sz w:val="28"/>
          <w:szCs w:val="28"/>
        </w:rPr>
        <w:t>Gozo de plena saúde física e mental</w:t>
      </w:r>
      <w:r w:rsidRPr="00FF1131">
        <w:rPr>
          <w:sz w:val="28"/>
          <w:szCs w:val="28"/>
        </w:rPr>
        <w:t>, encontrando-me em perfeitas condições para o pleno desempenho das atribuições, deveres e responsabilidades inerentes ao cargo pretendido, não possuindo qualquer impedimento que me impossibilite de exercer as funções descritas no edital do certame.</w:t>
      </w:r>
    </w:p>
    <w:p w14:paraId="74D0E3F3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>Por ser a expressão da verdade, firmo a presente declaração, ciente de que a falsidade das informações prestadas configurará crime de falsidade ideológica (Art. 299 do Código Penal Brasileiro) e poderá acarretar a nulidade do ato de posse, sem prejuízo das demais sanções cabíveis.</w:t>
      </w:r>
    </w:p>
    <w:p w14:paraId="0CC5E71A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 xml:space="preserve">Itapeva - MG, _____ de _______________ </w:t>
      </w:r>
      <w:proofErr w:type="spellStart"/>
      <w:r w:rsidRPr="00FF1131">
        <w:rPr>
          <w:sz w:val="28"/>
          <w:szCs w:val="28"/>
        </w:rPr>
        <w:t>de</w:t>
      </w:r>
      <w:proofErr w:type="spellEnd"/>
      <w:r w:rsidRPr="00FF1131">
        <w:rPr>
          <w:sz w:val="28"/>
          <w:szCs w:val="28"/>
        </w:rPr>
        <w:t xml:space="preserve"> 2026.</w:t>
      </w:r>
    </w:p>
    <w:p w14:paraId="65162AFD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</w:p>
    <w:p w14:paraId="1E7C0DFE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>_______________________________________</w:t>
      </w:r>
    </w:p>
    <w:p w14:paraId="18319A33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41F55099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7B21CEA7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6CA04BF1" w14:textId="77777777" w:rsidR="007D2976" w:rsidRDefault="007D2976" w:rsidP="00E425DC">
      <w:pPr>
        <w:spacing w:line="360" w:lineRule="auto"/>
        <w:jc w:val="center"/>
        <w:rPr>
          <w:b/>
          <w:bCs/>
          <w:sz w:val="24"/>
          <w:szCs w:val="24"/>
        </w:rPr>
      </w:pPr>
    </w:p>
    <w:p w14:paraId="79DB7023" w14:textId="366F731F" w:rsidR="00E425DC" w:rsidRPr="00FF1131" w:rsidRDefault="00E425DC" w:rsidP="00E425DC">
      <w:pPr>
        <w:spacing w:line="360" w:lineRule="auto"/>
        <w:jc w:val="center"/>
        <w:rPr>
          <w:b/>
          <w:bCs/>
          <w:sz w:val="24"/>
          <w:szCs w:val="24"/>
        </w:rPr>
      </w:pPr>
      <w:r w:rsidRPr="00FF1131">
        <w:rPr>
          <w:b/>
          <w:bCs/>
          <w:sz w:val="24"/>
          <w:szCs w:val="24"/>
        </w:rPr>
        <w:t>ANEXO VII</w:t>
      </w:r>
    </w:p>
    <w:p w14:paraId="617327FC" w14:textId="77777777" w:rsidR="00E425DC" w:rsidRPr="00FF1131" w:rsidRDefault="00E425DC" w:rsidP="00E425DC">
      <w:pPr>
        <w:spacing w:line="360" w:lineRule="auto"/>
        <w:jc w:val="center"/>
        <w:rPr>
          <w:b/>
          <w:bCs/>
        </w:rPr>
      </w:pPr>
      <w:r w:rsidRPr="00FF1131">
        <w:rPr>
          <w:b/>
          <w:bCs/>
        </w:rPr>
        <w:t xml:space="preserve">FORMULÁRIO DE DECLARAÇÃO DE DEPENDENTES PARA FINS DE </w:t>
      </w:r>
      <w:r w:rsidRPr="00FF1131">
        <w:rPr>
          <w:b/>
        </w:rPr>
        <w:t>IMPOSTO DE RENDA</w:t>
      </w:r>
    </w:p>
    <w:tbl>
      <w:tblPr>
        <w:tblW w:w="1104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410"/>
        <w:gridCol w:w="567"/>
        <w:gridCol w:w="1275"/>
        <w:gridCol w:w="1977"/>
      </w:tblGrid>
      <w:tr w:rsidR="00E425DC" w:rsidRPr="00FF1131" w14:paraId="4F4F49B3" w14:textId="77777777" w:rsidTr="009C1637">
        <w:trPr>
          <w:trHeight w:val="688"/>
        </w:trPr>
        <w:tc>
          <w:tcPr>
            <w:tcW w:w="7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DC7E1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F1131">
              <w:rPr>
                <w:sz w:val="24"/>
                <w:szCs w:val="24"/>
              </w:rPr>
              <w:t>Nome do Declarante: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9CB0B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F1131">
              <w:rPr>
                <w:sz w:val="24"/>
                <w:szCs w:val="24"/>
              </w:rPr>
              <w:t>C.P.F.:</w:t>
            </w:r>
          </w:p>
        </w:tc>
      </w:tr>
      <w:tr w:rsidR="00E425DC" w:rsidRPr="00FF1131" w14:paraId="093E2E8F" w14:textId="77777777" w:rsidTr="009C1637">
        <w:trPr>
          <w:trHeight w:val="55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B36AA" w14:textId="77777777" w:rsidR="00E425DC" w:rsidRPr="00FF1131" w:rsidRDefault="00E425DC" w:rsidP="009C16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FF1131">
              <w:rPr>
                <w:b/>
                <w:sz w:val="20"/>
                <w:szCs w:val="20"/>
              </w:rPr>
              <w:t>Nome completo dos Dependentes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CDB0C" w14:textId="77777777" w:rsidR="00E425DC" w:rsidRPr="00FF1131" w:rsidRDefault="00E425DC" w:rsidP="009C1637">
            <w:pPr>
              <w:spacing w:line="360" w:lineRule="auto"/>
              <w:rPr>
                <w:b/>
                <w:sz w:val="20"/>
                <w:szCs w:val="20"/>
              </w:rPr>
            </w:pPr>
            <w:r w:rsidRPr="00FF1131">
              <w:rPr>
                <w:b/>
                <w:sz w:val="20"/>
                <w:szCs w:val="20"/>
              </w:rPr>
              <w:t>Relação Dependência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C132D" w14:textId="77777777" w:rsidR="00E425DC" w:rsidRPr="00FF1131" w:rsidRDefault="00E425DC" w:rsidP="009C1637">
            <w:pPr>
              <w:spacing w:line="360" w:lineRule="auto"/>
              <w:rPr>
                <w:b/>
                <w:sz w:val="20"/>
                <w:szCs w:val="20"/>
              </w:rPr>
            </w:pPr>
            <w:r w:rsidRPr="00FF1131">
              <w:rPr>
                <w:b/>
                <w:sz w:val="20"/>
                <w:szCs w:val="20"/>
              </w:rPr>
              <w:t>Data Nascimento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8B1E9" w14:textId="77777777" w:rsidR="00E425DC" w:rsidRPr="00FF1131" w:rsidRDefault="00E425DC" w:rsidP="009C16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FF1131">
              <w:rPr>
                <w:b/>
                <w:sz w:val="20"/>
                <w:szCs w:val="20"/>
              </w:rPr>
              <w:t>CPF</w:t>
            </w:r>
          </w:p>
        </w:tc>
      </w:tr>
      <w:tr w:rsidR="00E425DC" w:rsidRPr="00FF1131" w14:paraId="19EE9C81" w14:textId="77777777" w:rsidTr="009C1637">
        <w:trPr>
          <w:trHeight w:val="36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E18B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50D0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01B2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E41A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425DC" w:rsidRPr="00FF1131" w14:paraId="01241115" w14:textId="77777777" w:rsidTr="009C1637">
        <w:trPr>
          <w:trHeight w:val="36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B948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F6BE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ACF8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66AE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425DC" w:rsidRPr="00FF1131" w14:paraId="5567EBAD" w14:textId="77777777" w:rsidTr="009C1637">
        <w:trPr>
          <w:trHeight w:val="36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0D5F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DEEF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71EE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A215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425DC" w:rsidRPr="00FF1131" w14:paraId="32D5EB5D" w14:textId="77777777" w:rsidTr="009C1637">
        <w:trPr>
          <w:trHeight w:val="36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22D8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6786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5C38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9056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425DC" w:rsidRPr="00FF1131" w14:paraId="14A5E18D" w14:textId="77777777" w:rsidTr="009C1637">
        <w:trPr>
          <w:trHeight w:val="36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2A7F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3091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E9C5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DBCB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13B2859E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Para fins do Imposto de Renda, declaro que é ou são meu(s) dependente(s) a(s) pessoa(s)</w:t>
      </w:r>
    </w:p>
    <w:p w14:paraId="42BCC368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acima relacionada(s).</w:t>
      </w:r>
    </w:p>
    <w:p w14:paraId="5EA151C8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Declaro, ainda, que este(s) dependente(s) vive(m) sob minha dependência econômica, visto não perceber(em) rendimentos tributáveis ou não, superiores ao limite de isenção mensal, conforme art. 35, inciso VI da Lei nº 9.250/95, c/c art. 1º da Lei nº 11.119/2005.</w:t>
      </w:r>
    </w:p>
    <w:p w14:paraId="6DCB6029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Declaro, por fim, que não possuo cônjuge ou companheiro(a) que já deduz referidos dependentes em seu Imposto de Renda.</w:t>
      </w:r>
    </w:p>
    <w:p w14:paraId="2E35046D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Responsabilizo-me pela exatidão e veracidade das informações declaradas, ciente de que, se falsa a declaração, ficarei sujeito às penas da lei.</w:t>
      </w:r>
    </w:p>
    <w:p w14:paraId="700C55C6" w14:textId="77777777" w:rsidR="007D2976" w:rsidRDefault="00E425DC" w:rsidP="007D2976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Itapeva, ____ de __________________ </w:t>
      </w:r>
      <w:proofErr w:type="spellStart"/>
      <w:r w:rsidRPr="00FF1131">
        <w:rPr>
          <w:sz w:val="24"/>
          <w:szCs w:val="24"/>
        </w:rPr>
        <w:t>de</w:t>
      </w:r>
      <w:proofErr w:type="spellEnd"/>
      <w:r w:rsidRPr="00FF1131">
        <w:rPr>
          <w:sz w:val="24"/>
          <w:szCs w:val="24"/>
        </w:rPr>
        <w:t xml:space="preserve"> 2026.</w:t>
      </w:r>
    </w:p>
    <w:p w14:paraId="013B9532" w14:textId="10A39EB6" w:rsidR="00E425DC" w:rsidRPr="00FF1131" w:rsidRDefault="00E425DC" w:rsidP="007D2976">
      <w:pPr>
        <w:spacing w:line="360" w:lineRule="auto"/>
        <w:jc w:val="both"/>
        <w:rPr>
          <w:sz w:val="24"/>
          <w:szCs w:val="24"/>
        </w:rPr>
      </w:pPr>
      <w:r w:rsidRPr="00FF1131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466FB7" wp14:editId="3375047F">
                <wp:simplePos x="0" y="0"/>
                <wp:positionH relativeFrom="page">
                  <wp:posOffset>1431290</wp:posOffset>
                </wp:positionH>
                <wp:positionV relativeFrom="paragraph">
                  <wp:posOffset>287020</wp:posOffset>
                </wp:positionV>
                <wp:extent cx="5222240" cy="1270"/>
                <wp:effectExtent l="0" t="0" r="0" b="0"/>
                <wp:wrapTopAndBottom/>
                <wp:docPr id="1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2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2240">
                              <a:moveTo>
                                <a:pt x="0" y="0"/>
                              </a:moveTo>
                              <a:lnTo>
                                <a:pt x="5222095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96B4A" id="Forma Livre: Forma 2" o:spid="_x0000_s1026" style="position:absolute;margin-left:112.7pt;margin-top:22.6pt;width:411.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2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" path="m,l5222095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65D75DBA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 xml:space="preserve">ASSINATURA </w:t>
      </w:r>
    </w:p>
    <w:p w14:paraId="12339C1D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644FCF46" w14:textId="5C470CC2" w:rsidR="00E425DC" w:rsidRPr="00FF1131" w:rsidRDefault="00E425DC" w:rsidP="007D2976">
      <w:pPr>
        <w:spacing w:line="360" w:lineRule="auto"/>
        <w:rPr>
          <w:sz w:val="24"/>
          <w:szCs w:val="24"/>
        </w:rPr>
      </w:pPr>
      <w:r w:rsidRPr="00FF1131">
        <w:rPr>
          <w:sz w:val="24"/>
          <w:szCs w:val="24"/>
        </w:rPr>
        <w:t>Obs. – Anexar documento(s) comprobatório(s)</w:t>
      </w:r>
    </w:p>
    <w:p w14:paraId="6F5DFEEF" w14:textId="77777777" w:rsidR="007D2976" w:rsidRDefault="007D2976" w:rsidP="00E425DC">
      <w:pPr>
        <w:spacing w:line="360" w:lineRule="auto"/>
        <w:jc w:val="center"/>
        <w:rPr>
          <w:b/>
          <w:bCs/>
        </w:rPr>
      </w:pPr>
    </w:p>
    <w:p w14:paraId="64CF9E59" w14:textId="0560D87E" w:rsidR="00E425DC" w:rsidRPr="00FF1131" w:rsidRDefault="00E425DC" w:rsidP="00E425DC">
      <w:pPr>
        <w:spacing w:line="360" w:lineRule="auto"/>
        <w:jc w:val="center"/>
        <w:rPr>
          <w:b/>
          <w:bCs/>
        </w:rPr>
      </w:pPr>
      <w:r w:rsidRPr="00FF1131">
        <w:rPr>
          <w:b/>
          <w:bCs/>
        </w:rPr>
        <w:t>CHECKLIST DE CONFERÊNCIA DE DOCUMENTOS</w:t>
      </w:r>
    </w:p>
    <w:p w14:paraId="0BFAA815" w14:textId="77777777" w:rsidR="00E425DC" w:rsidRPr="00FF1131" w:rsidRDefault="00E425DC" w:rsidP="00E425DC">
      <w:pPr>
        <w:spacing w:line="360" w:lineRule="auto"/>
        <w:jc w:val="center"/>
        <w:rPr>
          <w:b/>
          <w:bCs/>
        </w:rPr>
      </w:pPr>
      <w:r w:rsidRPr="00FF1131">
        <w:rPr>
          <w:b/>
          <w:bCs/>
        </w:rPr>
        <w:t>CONCURSO PÚBLICO 001/2025</w:t>
      </w:r>
    </w:p>
    <w:p w14:paraId="2A0EE8C0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1903CD4B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Cédula de Identidade (RG):</w:t>
      </w:r>
      <w:r w:rsidRPr="00FF1131">
        <w:rPr>
          <w:sz w:val="24"/>
          <w:szCs w:val="24"/>
        </w:rPr>
        <w:t xml:space="preserve"> Original + Fotocópia. (</w:t>
      </w:r>
      <w:r w:rsidRPr="00FF1131">
        <w:rPr>
          <w:bCs/>
          <w:color w:val="000000"/>
        </w:rPr>
        <w:t xml:space="preserve">com data de emissão com menos </w:t>
      </w:r>
      <w:proofErr w:type="gramStart"/>
      <w:r w:rsidRPr="00FF1131">
        <w:rPr>
          <w:bCs/>
          <w:color w:val="000000"/>
        </w:rPr>
        <w:t>de  dez</w:t>
      </w:r>
      <w:proofErr w:type="gramEnd"/>
      <w:r w:rsidRPr="00FF1131">
        <w:rPr>
          <w:bCs/>
          <w:color w:val="000000"/>
        </w:rPr>
        <w:t xml:space="preserve"> anos</w:t>
      </w:r>
      <w:r w:rsidRPr="00FF1131">
        <w:rPr>
          <w:sz w:val="24"/>
          <w:szCs w:val="24"/>
        </w:rPr>
        <w:t>)</w:t>
      </w:r>
    </w:p>
    <w:p w14:paraId="41E76AEC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Certidão de Nascimento, Casamento ou Averbações:</w:t>
      </w:r>
      <w:r w:rsidRPr="00FF1131">
        <w:rPr>
          <w:sz w:val="24"/>
          <w:szCs w:val="24"/>
        </w:rPr>
        <w:t xml:space="preserve"> Original + Fotocópia </w:t>
      </w:r>
    </w:p>
    <w:p w14:paraId="65FDADCF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Carteira Nacional de Habilitação (CNH):</w:t>
      </w:r>
      <w:r w:rsidRPr="00FF1131">
        <w:rPr>
          <w:sz w:val="24"/>
          <w:szCs w:val="24"/>
        </w:rPr>
        <w:t xml:space="preserve"> Fotocópia da Versão física </w:t>
      </w:r>
      <w:r w:rsidRPr="00FF1131">
        <w:rPr>
          <w:b/>
          <w:bCs/>
          <w:sz w:val="24"/>
          <w:szCs w:val="24"/>
        </w:rPr>
        <w:t>OU</w:t>
      </w:r>
      <w:r w:rsidRPr="00FF1131">
        <w:rPr>
          <w:sz w:val="24"/>
          <w:szCs w:val="24"/>
        </w:rPr>
        <w:t xml:space="preserve"> cópia da CNH Digital </w:t>
      </w:r>
      <w:r w:rsidRPr="00FF1131">
        <w:rPr>
          <w:i/>
          <w:iCs/>
          <w:sz w:val="24"/>
          <w:szCs w:val="24"/>
        </w:rPr>
        <w:t>(Atenção: verificar se a numeração está perfeitamente legível)</w:t>
      </w:r>
      <w:r w:rsidRPr="00FF1131">
        <w:rPr>
          <w:sz w:val="24"/>
          <w:szCs w:val="24"/>
        </w:rPr>
        <w:t>.</w:t>
      </w:r>
    </w:p>
    <w:p w14:paraId="5001C261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Comprovante de Residência:</w:t>
      </w:r>
      <w:r w:rsidRPr="00FF1131">
        <w:rPr>
          <w:sz w:val="24"/>
          <w:szCs w:val="24"/>
        </w:rPr>
        <w:t xml:space="preserve"> Original + Fotocópia.</w:t>
      </w:r>
    </w:p>
    <w:p w14:paraId="6E8AD775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 xml:space="preserve">Carteira de Trabalho (CTPS): </w:t>
      </w:r>
      <w:r w:rsidRPr="00FF1131">
        <w:rPr>
          <w:sz w:val="24"/>
          <w:szCs w:val="24"/>
        </w:rPr>
        <w:t xml:space="preserve"> Fotocópia da Física ou versão Digital.</w:t>
      </w:r>
    </w:p>
    <w:p w14:paraId="5F7883A3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CPF:</w:t>
      </w:r>
      <w:r w:rsidRPr="00FF1131">
        <w:rPr>
          <w:sz w:val="24"/>
          <w:szCs w:val="24"/>
        </w:rPr>
        <w:t xml:space="preserve"> Original + Fotocópia.</w:t>
      </w:r>
    </w:p>
    <w:p w14:paraId="2D5EDFDB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Situação Cadastral no CPF:</w:t>
      </w:r>
      <w:r w:rsidRPr="00FF1131">
        <w:rPr>
          <w:sz w:val="24"/>
          <w:szCs w:val="24"/>
        </w:rPr>
        <w:t xml:space="preserve"> Comprovante de emissão recente.</w:t>
      </w:r>
    </w:p>
    <w:p w14:paraId="2BBE8DA8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 xml:space="preserve">Portal </w:t>
      </w:r>
      <w:proofErr w:type="spellStart"/>
      <w:r w:rsidRPr="00FF1131">
        <w:rPr>
          <w:b/>
          <w:bCs/>
          <w:sz w:val="24"/>
          <w:szCs w:val="24"/>
        </w:rPr>
        <w:t>MeuINSS</w:t>
      </w:r>
      <w:proofErr w:type="spellEnd"/>
      <w:r w:rsidRPr="00FF1131">
        <w:rPr>
          <w:b/>
          <w:bCs/>
          <w:sz w:val="24"/>
          <w:szCs w:val="24"/>
        </w:rPr>
        <w:t>:</w:t>
      </w:r>
      <w:r w:rsidRPr="00FF1131">
        <w:rPr>
          <w:sz w:val="24"/>
          <w:szCs w:val="24"/>
        </w:rPr>
        <w:t xml:space="preserve"> Emissão impressa da página "Meu Cadastro" (conferido e atualizado os dados que geralmente estão incompletos, </w:t>
      </w:r>
      <w:proofErr w:type="spellStart"/>
      <w:r w:rsidRPr="00FF1131">
        <w:rPr>
          <w:sz w:val="24"/>
          <w:szCs w:val="24"/>
        </w:rPr>
        <w:t>ex</w:t>
      </w:r>
      <w:proofErr w:type="spellEnd"/>
      <w:r w:rsidRPr="00FF1131">
        <w:rPr>
          <w:sz w:val="24"/>
          <w:szCs w:val="24"/>
        </w:rPr>
        <w:t xml:space="preserve">: A filiação, grau de instrução, estado </w:t>
      </w:r>
      <w:proofErr w:type="gramStart"/>
      <w:r w:rsidRPr="00FF1131">
        <w:rPr>
          <w:sz w:val="24"/>
          <w:szCs w:val="24"/>
        </w:rPr>
        <w:t xml:space="preserve">civil, </w:t>
      </w:r>
      <w:proofErr w:type="spellStart"/>
      <w:r w:rsidRPr="00FF1131">
        <w:rPr>
          <w:sz w:val="24"/>
          <w:szCs w:val="24"/>
        </w:rPr>
        <w:t>etc</w:t>
      </w:r>
      <w:proofErr w:type="spellEnd"/>
      <w:proofErr w:type="gramEnd"/>
      <w:r w:rsidRPr="00FF1131">
        <w:rPr>
          <w:sz w:val="24"/>
          <w:szCs w:val="24"/>
        </w:rPr>
        <w:t>)</w:t>
      </w:r>
    </w:p>
    <w:p w14:paraId="484D293E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Foto:</w:t>
      </w:r>
      <w:r w:rsidRPr="00FF1131">
        <w:rPr>
          <w:sz w:val="24"/>
          <w:szCs w:val="24"/>
        </w:rPr>
        <w:t xml:space="preserve"> 1 fotografia 3x4 recente.</w:t>
      </w:r>
    </w:p>
    <w:p w14:paraId="533406BD" w14:textId="77777777" w:rsidR="00E425DC" w:rsidRPr="00FF1131" w:rsidRDefault="00E425DC" w:rsidP="00E425DC">
      <w:pPr>
        <w:numPr>
          <w:ilvl w:val="0"/>
          <w:numId w:val="15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Título de Eleitor:</w:t>
      </w:r>
      <w:r w:rsidRPr="00FF1131">
        <w:rPr>
          <w:sz w:val="24"/>
          <w:szCs w:val="24"/>
        </w:rPr>
        <w:t xml:space="preserve"> Original + Fotocópia </w:t>
      </w:r>
      <w:r w:rsidRPr="00FF1131">
        <w:rPr>
          <w:b/>
          <w:bCs/>
          <w:sz w:val="24"/>
          <w:szCs w:val="24"/>
        </w:rPr>
        <w:t>OU</w:t>
      </w:r>
      <w:r w:rsidRPr="00FF1131">
        <w:rPr>
          <w:sz w:val="24"/>
          <w:szCs w:val="24"/>
        </w:rPr>
        <w:t xml:space="preserve"> e-Título impresso.</w:t>
      </w:r>
    </w:p>
    <w:p w14:paraId="0DF36AFD" w14:textId="77777777" w:rsidR="00E425DC" w:rsidRPr="00FF1131" w:rsidRDefault="00E425DC" w:rsidP="00E425DC">
      <w:pPr>
        <w:numPr>
          <w:ilvl w:val="0"/>
          <w:numId w:val="15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Certidão de Quitação Eleitoral:</w:t>
      </w:r>
      <w:r w:rsidRPr="00FF1131">
        <w:rPr>
          <w:sz w:val="24"/>
          <w:szCs w:val="24"/>
        </w:rPr>
        <w:t xml:space="preserve"> Emissão recente.</w:t>
      </w:r>
    </w:p>
    <w:p w14:paraId="4E5C15B8" w14:textId="77777777" w:rsidR="00E425DC" w:rsidRPr="00FF1131" w:rsidRDefault="00E425DC" w:rsidP="00E425DC">
      <w:pPr>
        <w:numPr>
          <w:ilvl w:val="0"/>
          <w:numId w:val="15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Certificado de Reservista / Isenção / Dispensa:</w:t>
      </w:r>
      <w:r w:rsidRPr="00FF1131">
        <w:rPr>
          <w:sz w:val="24"/>
          <w:szCs w:val="24"/>
        </w:rPr>
        <w:t xml:space="preserve"> Original + Fotocópia </w:t>
      </w:r>
      <w:r w:rsidRPr="00FF1131">
        <w:rPr>
          <w:i/>
          <w:iCs/>
          <w:sz w:val="24"/>
          <w:szCs w:val="24"/>
        </w:rPr>
        <w:t>(Exclusivo para candidatos do sexo masculino)</w:t>
      </w:r>
      <w:r w:rsidRPr="00FF1131">
        <w:rPr>
          <w:sz w:val="24"/>
          <w:szCs w:val="24"/>
        </w:rPr>
        <w:t>.</w:t>
      </w:r>
    </w:p>
    <w:p w14:paraId="3DBA1B52" w14:textId="77777777" w:rsidR="00E425DC" w:rsidRPr="00FF1131" w:rsidRDefault="00E425DC" w:rsidP="00E425DC">
      <w:pPr>
        <w:numPr>
          <w:ilvl w:val="0"/>
          <w:numId w:val="15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Não se aplica</w:t>
      </w:r>
      <w:r w:rsidRPr="00FF1131">
        <w:rPr>
          <w:sz w:val="24"/>
          <w:szCs w:val="24"/>
        </w:rPr>
        <w:t xml:space="preserve"> (Candidata do sexo feminino).</w:t>
      </w:r>
    </w:p>
    <w:p w14:paraId="27B6ECB6" w14:textId="77777777" w:rsidR="00E425DC" w:rsidRPr="00FF1131" w:rsidRDefault="00E425DC" w:rsidP="00E425DC">
      <w:pPr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Requisito de Escolaridade (conforme o cargo):</w:t>
      </w:r>
    </w:p>
    <w:p w14:paraId="2FA3C661" w14:textId="77777777" w:rsidR="00E425DC" w:rsidRPr="00FF1131" w:rsidRDefault="00E425DC" w:rsidP="00E425DC">
      <w:pPr>
        <w:numPr>
          <w:ilvl w:val="1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Diploma (</w:t>
      </w:r>
      <w:r w:rsidRPr="00FF1131">
        <w:rPr>
          <w:b/>
          <w:bCs/>
          <w:sz w:val="24"/>
          <w:szCs w:val="24"/>
        </w:rPr>
        <w:t>Cópia autenticada em Cartório</w:t>
      </w:r>
      <w:r w:rsidRPr="00FF1131">
        <w:rPr>
          <w:sz w:val="24"/>
          <w:szCs w:val="24"/>
        </w:rPr>
        <w:t xml:space="preserve">) </w:t>
      </w:r>
      <w:r w:rsidRPr="00FF1131">
        <w:rPr>
          <w:b/>
          <w:bCs/>
          <w:sz w:val="24"/>
          <w:szCs w:val="24"/>
        </w:rPr>
        <w:t>OU</w:t>
      </w:r>
    </w:p>
    <w:p w14:paraId="38FE3CEC" w14:textId="77777777" w:rsidR="00E425DC" w:rsidRPr="00FF1131" w:rsidRDefault="00E425DC" w:rsidP="00E425DC">
      <w:pPr>
        <w:numPr>
          <w:ilvl w:val="1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Certificado de conclusão com firma reconhecida em papel timbrado </w:t>
      </w:r>
      <w:r w:rsidRPr="00FF1131">
        <w:rPr>
          <w:b/>
          <w:bCs/>
          <w:sz w:val="24"/>
          <w:szCs w:val="24"/>
        </w:rPr>
        <w:t>OU</w:t>
      </w:r>
    </w:p>
    <w:p w14:paraId="0C7400BB" w14:textId="77777777" w:rsidR="00E425DC" w:rsidRPr="00FF1131" w:rsidRDefault="00E425DC" w:rsidP="00E425DC">
      <w:pPr>
        <w:numPr>
          <w:ilvl w:val="1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Histórico escolar </w:t>
      </w:r>
      <w:r w:rsidRPr="00FF1131">
        <w:rPr>
          <w:b/>
          <w:bCs/>
          <w:sz w:val="24"/>
          <w:szCs w:val="24"/>
        </w:rPr>
        <w:t>autenticado em Cartório</w:t>
      </w:r>
      <w:r w:rsidRPr="00FF1131">
        <w:rPr>
          <w:sz w:val="24"/>
          <w:szCs w:val="24"/>
        </w:rPr>
        <w:t>.</w:t>
      </w:r>
    </w:p>
    <w:p w14:paraId="594CB4FD" w14:textId="77777777" w:rsidR="00E425DC" w:rsidRPr="00FF1131" w:rsidRDefault="00E425DC" w:rsidP="00E425DC">
      <w:pPr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Registro no Conselho Profissional:</w:t>
      </w:r>
      <w:r w:rsidRPr="00FF1131">
        <w:rPr>
          <w:sz w:val="24"/>
          <w:szCs w:val="24"/>
        </w:rPr>
        <w:t xml:space="preserve"> Cópia </w:t>
      </w:r>
      <w:r w:rsidRPr="00FF1131">
        <w:rPr>
          <w:b/>
          <w:bCs/>
          <w:sz w:val="24"/>
          <w:szCs w:val="24"/>
        </w:rPr>
        <w:t>autenticada em Cartório</w:t>
      </w:r>
      <w:r w:rsidRPr="00FF1131">
        <w:rPr>
          <w:sz w:val="24"/>
          <w:szCs w:val="24"/>
        </w:rPr>
        <w:t xml:space="preserve"> </w:t>
      </w:r>
      <w:r w:rsidRPr="00FF1131">
        <w:rPr>
          <w:i/>
          <w:iCs/>
          <w:sz w:val="24"/>
          <w:szCs w:val="24"/>
        </w:rPr>
        <w:t>(Apenas para cargos que exigem registro ativo)</w:t>
      </w:r>
      <w:r w:rsidRPr="00FF1131">
        <w:rPr>
          <w:sz w:val="24"/>
          <w:szCs w:val="24"/>
        </w:rPr>
        <w:t>.</w:t>
      </w:r>
    </w:p>
    <w:p w14:paraId="6EC82A72" w14:textId="77777777" w:rsidR="00E425DC" w:rsidRPr="00FF1131" w:rsidRDefault="00E425DC" w:rsidP="00E425DC">
      <w:pPr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Não se aplica</w:t>
      </w:r>
      <w:r w:rsidRPr="00FF1131">
        <w:rPr>
          <w:sz w:val="24"/>
          <w:szCs w:val="24"/>
        </w:rPr>
        <w:t xml:space="preserve"> (Cargo sem exigência de conselho).</w:t>
      </w:r>
    </w:p>
    <w:p w14:paraId="10113DC5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Declaração de Bens:</w:t>
      </w:r>
      <w:r w:rsidRPr="00FF1131">
        <w:rPr>
          <w:sz w:val="24"/>
          <w:szCs w:val="24"/>
        </w:rPr>
        <w:t xml:space="preserve"> Que constituam o patrimônio do candidato.</w:t>
      </w:r>
    </w:p>
    <w:p w14:paraId="007B66D7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Declaração de Não Acumulação Ilícita de Cargos:</w:t>
      </w:r>
      <w:r w:rsidRPr="00FF1131">
        <w:rPr>
          <w:sz w:val="24"/>
          <w:szCs w:val="24"/>
        </w:rPr>
        <w:t xml:space="preserve"> Conforme Art. 37, XVI e §10 da CF/88.</w:t>
      </w:r>
    </w:p>
    <w:p w14:paraId="19250965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b/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color w:val="000000"/>
          <w:sz w:val="24"/>
          <w:szCs w:val="24"/>
        </w:rPr>
        <w:t xml:space="preserve">Declaração de Acumulação de Cargos/Funções Públicas: </w:t>
      </w:r>
      <w:r w:rsidRPr="00FF1131">
        <w:rPr>
          <w:bCs/>
          <w:color w:val="000000"/>
          <w:sz w:val="24"/>
          <w:szCs w:val="24"/>
        </w:rPr>
        <w:t>com a declaração da outra entidade</w:t>
      </w:r>
    </w:p>
    <w:p w14:paraId="3CE61F84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lastRenderedPageBreak/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Declaração de Idoneidade:</w:t>
      </w:r>
      <w:r w:rsidRPr="00FF1131">
        <w:rPr>
          <w:sz w:val="24"/>
          <w:szCs w:val="24"/>
        </w:rPr>
        <w:t xml:space="preserve"> Não ter sofrido penalidade por improbidade administrativa em função pública.</w:t>
      </w:r>
    </w:p>
    <w:p w14:paraId="6353D64B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Antecedentes Criminais Federais:</w:t>
      </w:r>
      <w:r w:rsidRPr="00FF1131">
        <w:rPr>
          <w:sz w:val="24"/>
          <w:szCs w:val="24"/>
        </w:rPr>
        <w:t xml:space="preserve"> Original, recente (emissão inferior a 30 dias da data de convocação).</w:t>
      </w:r>
    </w:p>
    <w:p w14:paraId="2250DA68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Antecedentes Criminais Estaduais:</w:t>
      </w:r>
      <w:r w:rsidRPr="00FF1131">
        <w:rPr>
          <w:sz w:val="24"/>
          <w:szCs w:val="24"/>
        </w:rPr>
        <w:t xml:space="preserve"> Original, recente (emissão inferior a 30 dias da data de convocação).</w:t>
      </w:r>
    </w:p>
    <w:p w14:paraId="12D7957C" w14:textId="77777777" w:rsidR="00E425DC" w:rsidRPr="00FF1131" w:rsidRDefault="00E425DC" w:rsidP="00E425DC">
      <w:pPr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Possui dependentes?</w:t>
      </w:r>
      <w:r w:rsidRPr="00FF1131">
        <w:rPr>
          <w:sz w:val="24"/>
          <w:szCs w:val="24"/>
        </w:rPr>
        <w:t xml:space="preserve"> </w:t>
      </w:r>
      <w:proofErr w:type="gramStart"/>
      <w:r w:rsidRPr="00FF1131">
        <w:rPr>
          <w:sz w:val="24"/>
          <w:szCs w:val="24"/>
        </w:rPr>
        <w:t>( )</w:t>
      </w:r>
      <w:proofErr w:type="gramEnd"/>
      <w:r w:rsidRPr="00FF1131">
        <w:rPr>
          <w:sz w:val="24"/>
          <w:szCs w:val="24"/>
        </w:rPr>
        <w:t xml:space="preserve"> Sim </w:t>
      </w:r>
      <w:proofErr w:type="gramStart"/>
      <w:r w:rsidRPr="00FF1131">
        <w:rPr>
          <w:sz w:val="24"/>
          <w:szCs w:val="24"/>
        </w:rPr>
        <w:t>( )</w:t>
      </w:r>
      <w:proofErr w:type="gramEnd"/>
      <w:r w:rsidRPr="00FF1131">
        <w:rPr>
          <w:sz w:val="24"/>
          <w:szCs w:val="24"/>
        </w:rPr>
        <w:t xml:space="preserve"> Não</w:t>
      </w:r>
    </w:p>
    <w:p w14:paraId="738E7762" w14:textId="77777777" w:rsidR="00E425DC" w:rsidRPr="00FF1131" w:rsidRDefault="00E425DC" w:rsidP="00E425DC">
      <w:pPr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r w:rsidRPr="00FF1131">
        <w:rPr>
          <w:i/>
          <w:iCs/>
          <w:sz w:val="24"/>
          <w:szCs w:val="24"/>
        </w:rPr>
        <w:t>Se sim, conferir dos dependentes:</w:t>
      </w:r>
    </w:p>
    <w:p w14:paraId="3B86D36D" w14:textId="77777777" w:rsidR="00E425DC" w:rsidRPr="00FF1131" w:rsidRDefault="00E425DC" w:rsidP="00E425DC">
      <w:pPr>
        <w:numPr>
          <w:ilvl w:val="1"/>
          <w:numId w:val="18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RG</w:t>
      </w:r>
    </w:p>
    <w:p w14:paraId="3E69DAEF" w14:textId="77777777" w:rsidR="00E425DC" w:rsidRPr="00FF1131" w:rsidRDefault="00E425DC" w:rsidP="00E425DC">
      <w:pPr>
        <w:numPr>
          <w:ilvl w:val="1"/>
          <w:numId w:val="18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CPF</w:t>
      </w:r>
    </w:p>
    <w:p w14:paraId="7E00D099" w14:textId="77777777" w:rsidR="00E425DC" w:rsidRPr="00FF1131" w:rsidRDefault="00E425DC" w:rsidP="00E425DC">
      <w:pPr>
        <w:numPr>
          <w:ilvl w:val="1"/>
          <w:numId w:val="18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Certidão de Nascimento</w:t>
      </w:r>
    </w:p>
    <w:p w14:paraId="004F6C41" w14:textId="77777777" w:rsidR="00E425DC" w:rsidRPr="00FF1131" w:rsidRDefault="00E425DC" w:rsidP="00E425DC">
      <w:pPr>
        <w:numPr>
          <w:ilvl w:val="0"/>
          <w:numId w:val="19"/>
        </w:numPr>
        <w:spacing w:after="0" w:line="360" w:lineRule="auto"/>
        <w:rPr>
          <w:b/>
          <w:bCs/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Declaração de Aptidão Física e Mental.</w:t>
      </w:r>
    </w:p>
    <w:p w14:paraId="752FE157" w14:textId="77777777" w:rsidR="00E425DC" w:rsidRPr="00FF1131" w:rsidRDefault="00E425DC" w:rsidP="00E425DC">
      <w:pPr>
        <w:spacing w:line="360" w:lineRule="auto"/>
        <w:ind w:left="720"/>
        <w:rPr>
          <w:b/>
          <w:bCs/>
          <w:sz w:val="24"/>
          <w:szCs w:val="24"/>
        </w:rPr>
      </w:pPr>
    </w:p>
    <w:p w14:paraId="48E4C6CF" w14:textId="77777777" w:rsidR="00E425DC" w:rsidRPr="00FF1131" w:rsidRDefault="00E425DC" w:rsidP="00E425DC">
      <w:pPr>
        <w:spacing w:line="360" w:lineRule="auto"/>
        <w:ind w:left="720"/>
        <w:rPr>
          <w:b/>
          <w:bCs/>
          <w:sz w:val="24"/>
          <w:szCs w:val="24"/>
        </w:rPr>
      </w:pPr>
      <w:r w:rsidRPr="00FF1131">
        <w:rPr>
          <w:b/>
          <w:bCs/>
          <w:sz w:val="24"/>
          <w:szCs w:val="24"/>
        </w:rPr>
        <w:t>OBSERVAÇÃO:</w:t>
      </w:r>
    </w:p>
    <w:p w14:paraId="0BABC4F3" w14:textId="77777777" w:rsidR="00E425DC" w:rsidRPr="00FF1131" w:rsidRDefault="00E425DC" w:rsidP="00E425DC">
      <w:pPr>
        <w:spacing w:line="360" w:lineRule="auto"/>
        <w:jc w:val="center"/>
        <w:rPr>
          <w:rStyle w:val="nfase"/>
        </w:rPr>
      </w:pPr>
      <w:r w:rsidRPr="00FF1131">
        <w:rPr>
          <w:rStyle w:val="nfase"/>
        </w:rPr>
        <w:t>Solicitamos que os documentos sejam apresentados estritamente na ordem do checklist, visando otimizar o tempo de conferência e agilizar o atendimento.</w:t>
      </w:r>
    </w:p>
    <w:p w14:paraId="6F01A625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6A662BCF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0C67DC47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B8CDC0A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C43EBFD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4D5F73F4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54C14336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458658BC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E27ECAF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6510097D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11368965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13077C83" w14:textId="77777777" w:rsidR="00E425DC" w:rsidRDefault="00E425DC">
      <w:pPr>
        <w:spacing w:after="0" w:line="240" w:lineRule="auto"/>
        <w:jc w:val="center"/>
      </w:pPr>
    </w:p>
    <w:sectPr w:rsidR="00E425DC" w:rsidSect="007D2976">
      <w:headerReference w:type="default" r:id="rId10"/>
      <w:pgSz w:w="11909" w:h="16834"/>
      <w:pgMar w:top="1440" w:right="1138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6E02F" w14:textId="77777777" w:rsidR="001C3F6F" w:rsidRPr="00FF1131" w:rsidRDefault="001C3F6F" w:rsidP="00E425DC">
      <w:pPr>
        <w:spacing w:after="0" w:line="240" w:lineRule="auto"/>
      </w:pPr>
      <w:r w:rsidRPr="00FF1131">
        <w:separator/>
      </w:r>
    </w:p>
  </w:endnote>
  <w:endnote w:type="continuationSeparator" w:id="0">
    <w:p w14:paraId="5C1B037B" w14:textId="77777777" w:rsidR="001C3F6F" w:rsidRPr="00FF1131" w:rsidRDefault="001C3F6F" w:rsidP="00E425DC">
      <w:pPr>
        <w:spacing w:after="0" w:line="240" w:lineRule="auto"/>
      </w:pPr>
      <w:r w:rsidRPr="00FF11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5A35F" w14:textId="77777777" w:rsidR="001C3F6F" w:rsidRPr="00FF1131" w:rsidRDefault="001C3F6F" w:rsidP="00E425DC">
      <w:pPr>
        <w:spacing w:after="0" w:line="240" w:lineRule="auto"/>
      </w:pPr>
      <w:r w:rsidRPr="00FF1131">
        <w:separator/>
      </w:r>
    </w:p>
  </w:footnote>
  <w:footnote w:type="continuationSeparator" w:id="0">
    <w:p w14:paraId="53932634" w14:textId="77777777" w:rsidR="001C3F6F" w:rsidRPr="00FF1131" w:rsidRDefault="001C3F6F" w:rsidP="00E425DC">
      <w:pPr>
        <w:spacing w:after="0" w:line="240" w:lineRule="auto"/>
      </w:pPr>
      <w:r w:rsidRPr="00FF11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A4C2" w14:textId="2B0829BD" w:rsidR="00E425DC" w:rsidRPr="00FF1131" w:rsidRDefault="00E425DC" w:rsidP="00E425DC">
    <w:pPr>
      <w:pStyle w:val="Cabealho"/>
      <w:jc w:val="center"/>
    </w:pPr>
    <w:r w:rsidRPr="00FF1131">
      <w:rPr>
        <w:noProof/>
        <w:sz w:val="16"/>
        <w:szCs w:val="16"/>
      </w:rPr>
      <w:drawing>
        <wp:inline distT="0" distB="0" distL="0" distR="0" wp14:anchorId="3319CF95" wp14:editId="774B9E63">
          <wp:extent cx="2286000" cy="647700"/>
          <wp:effectExtent l="0" t="0" r="0" b="0"/>
          <wp:docPr id="11889695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255FE9"/>
    <w:multiLevelType w:val="multilevel"/>
    <w:tmpl w:val="7DB8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8D3149"/>
    <w:multiLevelType w:val="hybridMultilevel"/>
    <w:tmpl w:val="4CF23FA6"/>
    <w:lvl w:ilvl="0" w:tplc="0E5E6706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8963A1"/>
    <w:multiLevelType w:val="multilevel"/>
    <w:tmpl w:val="C45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3B1294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B790E4B"/>
    <w:multiLevelType w:val="multilevel"/>
    <w:tmpl w:val="ED00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42644"/>
    <w:multiLevelType w:val="hybridMultilevel"/>
    <w:tmpl w:val="5950A9FA"/>
    <w:lvl w:ilvl="0" w:tplc="8E7E1C5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37CC9"/>
    <w:multiLevelType w:val="hybridMultilevel"/>
    <w:tmpl w:val="7BB4176E"/>
    <w:lvl w:ilvl="0" w:tplc="A95E012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D33A8"/>
    <w:multiLevelType w:val="multilevel"/>
    <w:tmpl w:val="CBD06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656127"/>
    <w:multiLevelType w:val="multilevel"/>
    <w:tmpl w:val="E496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314C91"/>
    <w:multiLevelType w:val="hybridMultilevel"/>
    <w:tmpl w:val="180AA1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FB0CC2"/>
    <w:multiLevelType w:val="multilevel"/>
    <w:tmpl w:val="5188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2587774">
    <w:abstractNumId w:val="8"/>
  </w:num>
  <w:num w:numId="2" w16cid:durableId="1074475229">
    <w:abstractNumId w:val="6"/>
  </w:num>
  <w:num w:numId="3" w16cid:durableId="1508713981">
    <w:abstractNumId w:val="5"/>
  </w:num>
  <w:num w:numId="4" w16cid:durableId="606624579">
    <w:abstractNumId w:val="4"/>
  </w:num>
  <w:num w:numId="5" w16cid:durableId="577373701">
    <w:abstractNumId w:val="7"/>
  </w:num>
  <w:num w:numId="6" w16cid:durableId="1139688536">
    <w:abstractNumId w:val="3"/>
  </w:num>
  <w:num w:numId="7" w16cid:durableId="745154841">
    <w:abstractNumId w:val="2"/>
  </w:num>
  <w:num w:numId="8" w16cid:durableId="1277178091">
    <w:abstractNumId w:val="1"/>
  </w:num>
  <w:num w:numId="9" w16cid:durableId="603465711">
    <w:abstractNumId w:val="0"/>
  </w:num>
  <w:num w:numId="10" w16cid:durableId="373044652">
    <w:abstractNumId w:val="14"/>
  </w:num>
  <w:num w:numId="11" w16cid:durableId="1517621764">
    <w:abstractNumId w:val="15"/>
  </w:num>
  <w:num w:numId="12" w16cid:durableId="747727299">
    <w:abstractNumId w:val="10"/>
  </w:num>
  <w:num w:numId="13" w16cid:durableId="879980522">
    <w:abstractNumId w:val="12"/>
  </w:num>
  <w:num w:numId="14" w16cid:durableId="691342279">
    <w:abstractNumId w:val="16"/>
  </w:num>
  <w:num w:numId="15" w16cid:durableId="189799639">
    <w:abstractNumId w:val="19"/>
  </w:num>
  <w:num w:numId="16" w16cid:durableId="172036078">
    <w:abstractNumId w:val="13"/>
  </w:num>
  <w:num w:numId="17" w16cid:durableId="1255938594">
    <w:abstractNumId w:val="9"/>
  </w:num>
  <w:num w:numId="18" w16cid:durableId="1313480728">
    <w:abstractNumId w:val="17"/>
  </w:num>
  <w:num w:numId="19" w16cid:durableId="1667828901">
    <w:abstractNumId w:val="11"/>
  </w:num>
  <w:num w:numId="20" w16cid:durableId="11713336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47D"/>
    <w:rsid w:val="00034616"/>
    <w:rsid w:val="0006063C"/>
    <w:rsid w:val="000646F0"/>
    <w:rsid w:val="000F743E"/>
    <w:rsid w:val="0015074B"/>
    <w:rsid w:val="00177395"/>
    <w:rsid w:val="001C3F6F"/>
    <w:rsid w:val="0029639D"/>
    <w:rsid w:val="00312737"/>
    <w:rsid w:val="00326F90"/>
    <w:rsid w:val="0075389B"/>
    <w:rsid w:val="00796947"/>
    <w:rsid w:val="007D2976"/>
    <w:rsid w:val="00AA1D8D"/>
    <w:rsid w:val="00AC1B4B"/>
    <w:rsid w:val="00B23E68"/>
    <w:rsid w:val="00B47730"/>
    <w:rsid w:val="00CB0664"/>
    <w:rsid w:val="00E425DC"/>
    <w:rsid w:val="00FC693F"/>
    <w:rsid w:val="00FF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7F0DAA"/>
  <w14:defaultImageDpi w14:val="300"/>
  <w15:docId w15:val="{3EE671A4-9570-4000-92BD-43153FE7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E425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425DC"/>
    <w:pPr>
      <w:widowControl w:val="0"/>
      <w:autoSpaceDE w:val="0"/>
      <w:autoSpaceDN w:val="0"/>
      <w:spacing w:before="60" w:after="0" w:line="240" w:lineRule="auto"/>
      <w:jc w:val="center"/>
    </w:pPr>
    <w:rPr>
      <w:rFonts w:ascii="Arial" w:eastAsia="Arial" w:hAnsi="Arial" w:cs="Arial"/>
      <w:color w:val="auto"/>
      <w:lang w:val="pt-PT"/>
    </w:rPr>
  </w:style>
  <w:style w:type="character" w:styleId="Hyperlink">
    <w:name w:val="Hyperlink"/>
    <w:rsid w:val="00E425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u.inss.gov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liciacivil.mg.gov.br/pagina/emissao-atestad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3061</Words>
  <Characters>16530</Characters>
  <Application>Microsoft Office Word</Application>
  <DocSecurity>0</DocSecurity>
  <Lines>137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Rh itapeva</cp:lastModifiedBy>
  <cp:revision>2</cp:revision>
  <cp:lastPrinted>2026-10-29T14:25:00Z</cp:lastPrinted>
  <dcterms:created xsi:type="dcterms:W3CDTF">2026-10-29T19:44:00Z</dcterms:created>
  <dcterms:modified xsi:type="dcterms:W3CDTF">2026-10-29T19:44:00Z</dcterms:modified>
  <cp:category/>
</cp:coreProperties>
</file>