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B92C9" w14:textId="77777777" w:rsidR="00D4665B" w:rsidRPr="00174EBA" w:rsidRDefault="00000000" w:rsidP="00174EBA">
      <w:pPr>
        <w:spacing w:after="0" w:line="360" w:lineRule="auto"/>
        <w:jc w:val="center"/>
        <w:rPr>
          <w:sz w:val="24"/>
          <w:szCs w:val="24"/>
        </w:rPr>
      </w:pPr>
      <w:r w:rsidRPr="00174EBA">
        <w:rPr>
          <w:b/>
          <w:sz w:val="24"/>
          <w:szCs w:val="24"/>
        </w:rPr>
        <w:t>MUNICÍPIO DE ITAPEVA/MG</w:t>
      </w:r>
    </w:p>
    <w:p w14:paraId="5FFAFFB6" w14:textId="231A329C" w:rsidR="00D4665B" w:rsidRPr="00174EBA" w:rsidRDefault="00174EBA" w:rsidP="00174EBA">
      <w:pPr>
        <w:spacing w:after="0" w:line="360" w:lineRule="auto"/>
        <w:jc w:val="center"/>
        <w:rPr>
          <w:sz w:val="24"/>
          <w:szCs w:val="24"/>
        </w:rPr>
      </w:pPr>
      <w:r>
        <w:rPr>
          <w:b/>
          <w:sz w:val="24"/>
          <w:szCs w:val="24"/>
        </w:rPr>
        <w:t>DIRETORIA</w:t>
      </w:r>
      <w:r w:rsidR="00000000" w:rsidRPr="00174EBA">
        <w:rPr>
          <w:b/>
          <w:sz w:val="24"/>
          <w:szCs w:val="24"/>
        </w:rPr>
        <w:t xml:space="preserve"> MUNICIPAL DE </w:t>
      </w:r>
      <w:r w:rsidR="000D4EEF">
        <w:rPr>
          <w:b/>
          <w:sz w:val="24"/>
          <w:szCs w:val="24"/>
        </w:rPr>
        <w:t>CULTURA E TURISMO</w:t>
      </w:r>
    </w:p>
    <w:p w14:paraId="3B30C907" w14:textId="77777777" w:rsidR="00D4665B" w:rsidRPr="00174EBA" w:rsidRDefault="00D4665B" w:rsidP="00174EBA">
      <w:pPr>
        <w:spacing w:after="0" w:line="360" w:lineRule="auto"/>
        <w:jc w:val="center"/>
        <w:rPr>
          <w:sz w:val="24"/>
          <w:szCs w:val="24"/>
        </w:rPr>
      </w:pPr>
    </w:p>
    <w:p w14:paraId="599CD833" w14:textId="77777777" w:rsidR="00D4665B" w:rsidRPr="00174EBA" w:rsidRDefault="00000000" w:rsidP="00174EBA">
      <w:pPr>
        <w:spacing w:after="0" w:line="360" w:lineRule="auto"/>
        <w:jc w:val="center"/>
        <w:rPr>
          <w:sz w:val="24"/>
          <w:szCs w:val="24"/>
        </w:rPr>
      </w:pPr>
      <w:r w:rsidRPr="00174EBA">
        <w:rPr>
          <w:b/>
          <w:sz w:val="24"/>
          <w:szCs w:val="24"/>
        </w:rPr>
        <w:t>EXPEDIENTE COMPLETO</w:t>
      </w:r>
    </w:p>
    <w:p w14:paraId="711F0161" w14:textId="77777777" w:rsidR="00D4665B" w:rsidRPr="00174EBA" w:rsidRDefault="00000000" w:rsidP="00174EBA">
      <w:pPr>
        <w:spacing w:after="0" w:line="360" w:lineRule="auto"/>
        <w:jc w:val="center"/>
        <w:rPr>
          <w:sz w:val="24"/>
          <w:szCs w:val="24"/>
        </w:rPr>
      </w:pPr>
      <w:r w:rsidRPr="00174EBA">
        <w:rPr>
          <w:b/>
          <w:sz w:val="24"/>
          <w:szCs w:val="24"/>
        </w:rPr>
        <w:t>FÓRUM DE ELEIÇÃO DOS REPRESENTANTES DA SOCIEDADE CIVIL</w:t>
      </w:r>
    </w:p>
    <w:p w14:paraId="4D84D2CF" w14:textId="77777777" w:rsidR="00D4665B" w:rsidRPr="00174EBA" w:rsidRDefault="00000000" w:rsidP="00174EBA">
      <w:pPr>
        <w:spacing w:after="0" w:line="360" w:lineRule="auto"/>
        <w:jc w:val="center"/>
        <w:rPr>
          <w:sz w:val="24"/>
          <w:szCs w:val="24"/>
        </w:rPr>
      </w:pPr>
      <w:r w:rsidRPr="00174EBA">
        <w:rPr>
          <w:b/>
          <w:sz w:val="24"/>
          <w:szCs w:val="24"/>
        </w:rPr>
        <w:t>CONSELHO MUNICIPAL DE CULTURA DE ITAPEVA/MG – CMCI</w:t>
      </w:r>
    </w:p>
    <w:p w14:paraId="7B9830AD" w14:textId="77777777" w:rsidR="00D4665B" w:rsidRPr="00174EBA" w:rsidRDefault="00D4665B" w:rsidP="00174EBA">
      <w:pPr>
        <w:spacing w:after="0" w:line="360" w:lineRule="auto"/>
        <w:jc w:val="center"/>
        <w:rPr>
          <w:sz w:val="24"/>
          <w:szCs w:val="24"/>
        </w:rPr>
      </w:pPr>
    </w:p>
    <w:p w14:paraId="1890691E" w14:textId="77777777" w:rsidR="00D4665B" w:rsidRPr="00174EBA" w:rsidRDefault="00000000" w:rsidP="00174EBA">
      <w:pPr>
        <w:spacing w:after="0" w:line="360" w:lineRule="auto"/>
        <w:jc w:val="center"/>
        <w:rPr>
          <w:sz w:val="24"/>
          <w:szCs w:val="24"/>
        </w:rPr>
      </w:pPr>
      <w:r w:rsidRPr="00174EBA">
        <w:rPr>
          <w:b/>
          <w:sz w:val="24"/>
          <w:szCs w:val="24"/>
        </w:rPr>
        <w:t xml:space="preserve">ELEIÇÃO: </w:t>
      </w:r>
      <w:r w:rsidRPr="00174EBA">
        <w:rPr>
          <w:b/>
          <w:sz w:val="56"/>
          <w:szCs w:val="56"/>
          <w:highlight w:val="yellow"/>
        </w:rPr>
        <w:t>11 DE SETEMBRO DE 2026</w:t>
      </w:r>
    </w:p>
    <w:p w14:paraId="771D5892" w14:textId="77777777" w:rsidR="00D4665B" w:rsidRPr="00174EBA" w:rsidRDefault="00D4665B" w:rsidP="00174EBA">
      <w:pPr>
        <w:spacing w:after="0" w:line="360" w:lineRule="auto"/>
        <w:jc w:val="center"/>
        <w:rPr>
          <w:sz w:val="24"/>
          <w:szCs w:val="24"/>
        </w:rPr>
      </w:pPr>
    </w:p>
    <w:p w14:paraId="3BDBCD7A" w14:textId="77777777" w:rsidR="00D4665B" w:rsidRPr="00174EBA" w:rsidRDefault="00000000" w:rsidP="00174EBA">
      <w:pPr>
        <w:spacing w:after="0" w:line="360" w:lineRule="auto"/>
        <w:jc w:val="center"/>
        <w:rPr>
          <w:sz w:val="24"/>
          <w:szCs w:val="24"/>
        </w:rPr>
      </w:pPr>
      <w:r w:rsidRPr="00174EBA">
        <w:rPr>
          <w:sz w:val="24"/>
          <w:szCs w:val="24"/>
        </w:rPr>
        <w:t xml:space="preserve">Base legal: Lei Municipal nº 1.733, de 29 de maio de 2026, especialmente o art. 7º, que estabelece a composição do CMCI e </w:t>
      </w:r>
      <w:proofErr w:type="gramStart"/>
      <w:r w:rsidRPr="00174EBA">
        <w:rPr>
          <w:sz w:val="24"/>
          <w:szCs w:val="24"/>
        </w:rPr>
        <w:t>a</w:t>
      </w:r>
      <w:proofErr w:type="gramEnd"/>
      <w:r w:rsidRPr="00174EBA">
        <w:rPr>
          <w:sz w:val="24"/>
          <w:szCs w:val="24"/>
        </w:rPr>
        <w:t xml:space="preserve"> eleição, por seus pares e em fórum específico de cada segmento, dos representantes titulares e suplentes da sociedade civil.</w:t>
      </w:r>
    </w:p>
    <w:p w14:paraId="7A66A5A5" w14:textId="77777777" w:rsidR="00D4665B" w:rsidRPr="00174EBA" w:rsidRDefault="00D4665B" w:rsidP="00174EBA">
      <w:pPr>
        <w:spacing w:after="0" w:line="360" w:lineRule="auto"/>
        <w:jc w:val="center"/>
        <w:rPr>
          <w:sz w:val="24"/>
          <w:szCs w:val="24"/>
        </w:rPr>
      </w:pPr>
    </w:p>
    <w:p w14:paraId="4EEDB376" w14:textId="77777777" w:rsidR="00D4665B" w:rsidRPr="00174EBA" w:rsidRDefault="00000000" w:rsidP="00174EBA">
      <w:pPr>
        <w:spacing w:after="0" w:line="360" w:lineRule="auto"/>
        <w:jc w:val="center"/>
        <w:rPr>
          <w:sz w:val="24"/>
          <w:szCs w:val="24"/>
        </w:rPr>
      </w:pPr>
      <w:r w:rsidRPr="00174EBA">
        <w:rPr>
          <w:b/>
          <w:sz w:val="24"/>
          <w:szCs w:val="24"/>
        </w:rPr>
        <w:t>ITAPEVA/MG – 2026</w:t>
      </w:r>
    </w:p>
    <w:p w14:paraId="100A8DE9" w14:textId="77777777" w:rsidR="00D4665B" w:rsidRPr="00174EBA" w:rsidRDefault="00000000" w:rsidP="00174EBA">
      <w:pPr>
        <w:spacing w:after="0" w:line="360" w:lineRule="auto"/>
        <w:jc w:val="center"/>
        <w:rPr>
          <w:sz w:val="24"/>
          <w:szCs w:val="24"/>
        </w:rPr>
      </w:pPr>
      <w:r w:rsidRPr="00174EBA">
        <w:rPr>
          <w:sz w:val="24"/>
          <w:szCs w:val="24"/>
        </w:rPr>
        <w:br w:type="page"/>
      </w:r>
    </w:p>
    <w:p w14:paraId="7FF2E787" w14:textId="71452E5B" w:rsidR="00D4665B" w:rsidRDefault="00000000" w:rsidP="00174EBA">
      <w:pPr>
        <w:spacing w:after="0" w:line="360" w:lineRule="auto"/>
        <w:jc w:val="center"/>
        <w:rPr>
          <w:b/>
          <w:sz w:val="24"/>
          <w:szCs w:val="24"/>
        </w:rPr>
      </w:pPr>
      <w:r w:rsidRPr="00174EBA">
        <w:rPr>
          <w:b/>
          <w:sz w:val="24"/>
          <w:szCs w:val="24"/>
        </w:rPr>
        <w:lastRenderedPageBreak/>
        <w:t xml:space="preserve">EDITAL DE CONVOCAÇÃO Nº </w:t>
      </w:r>
      <w:r w:rsidR="00174EBA">
        <w:rPr>
          <w:b/>
          <w:sz w:val="24"/>
          <w:szCs w:val="24"/>
        </w:rPr>
        <w:t>1</w:t>
      </w:r>
      <w:r w:rsidRPr="00174EBA">
        <w:rPr>
          <w:b/>
          <w:sz w:val="24"/>
          <w:szCs w:val="24"/>
        </w:rPr>
        <w:t>/2026</w:t>
      </w:r>
    </w:p>
    <w:p w14:paraId="39859062" w14:textId="77777777" w:rsidR="00174EBA" w:rsidRPr="00174EBA" w:rsidRDefault="00174EBA" w:rsidP="00174EBA">
      <w:pPr>
        <w:spacing w:after="0" w:line="360" w:lineRule="auto"/>
        <w:jc w:val="both"/>
        <w:rPr>
          <w:sz w:val="24"/>
          <w:szCs w:val="24"/>
        </w:rPr>
      </w:pPr>
    </w:p>
    <w:p w14:paraId="24A9159D" w14:textId="77777777" w:rsidR="00D4665B" w:rsidRPr="00174EBA" w:rsidRDefault="00000000" w:rsidP="00174EBA">
      <w:pPr>
        <w:spacing w:after="0" w:line="360" w:lineRule="auto"/>
        <w:jc w:val="both"/>
        <w:rPr>
          <w:sz w:val="24"/>
          <w:szCs w:val="24"/>
        </w:rPr>
      </w:pPr>
      <w:r w:rsidRPr="00174EBA">
        <w:rPr>
          <w:b/>
          <w:sz w:val="24"/>
          <w:szCs w:val="24"/>
        </w:rPr>
        <w:t>FÓRUM DE ELEIÇÃO DOS REPRESENTANTES DA SOCIEDADE CIVIL DO CMCI</w:t>
      </w:r>
    </w:p>
    <w:p w14:paraId="05AEED59" w14:textId="0A8F1C37" w:rsidR="00D4665B" w:rsidRDefault="00000000" w:rsidP="00174EBA">
      <w:pPr>
        <w:spacing w:after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t xml:space="preserve">O MUNICÍPIO DE ITAPEVA/MG, </w:t>
      </w:r>
      <w:proofErr w:type="spellStart"/>
      <w:r w:rsidRPr="00174EBA">
        <w:rPr>
          <w:sz w:val="24"/>
          <w:szCs w:val="24"/>
        </w:rPr>
        <w:t>por</w:t>
      </w:r>
      <w:proofErr w:type="spellEnd"/>
      <w:r w:rsidRPr="00174EBA">
        <w:rPr>
          <w:sz w:val="24"/>
          <w:szCs w:val="24"/>
        </w:rPr>
        <w:t xml:space="preserve"> </w:t>
      </w:r>
      <w:proofErr w:type="spellStart"/>
      <w:r w:rsidRPr="00174EBA">
        <w:rPr>
          <w:sz w:val="24"/>
          <w:szCs w:val="24"/>
        </w:rPr>
        <w:t>intermédio</w:t>
      </w:r>
      <w:proofErr w:type="spellEnd"/>
      <w:r w:rsidRPr="00174EBA">
        <w:rPr>
          <w:sz w:val="24"/>
          <w:szCs w:val="24"/>
        </w:rPr>
        <w:t xml:space="preserve"> da </w:t>
      </w:r>
      <w:r w:rsidR="00174EBA">
        <w:rPr>
          <w:sz w:val="24"/>
          <w:szCs w:val="24"/>
        </w:rPr>
        <w:t>DIRETORIA</w:t>
      </w:r>
      <w:r w:rsidRPr="00174EBA">
        <w:rPr>
          <w:sz w:val="24"/>
          <w:szCs w:val="24"/>
        </w:rPr>
        <w:t xml:space="preserve"> Municipal de </w:t>
      </w:r>
      <w:r w:rsidR="000D4EEF">
        <w:rPr>
          <w:sz w:val="24"/>
          <w:szCs w:val="24"/>
        </w:rPr>
        <w:t>CULTURA E TURISMO</w:t>
      </w:r>
      <w:r w:rsidRPr="00174EBA">
        <w:rPr>
          <w:sz w:val="24"/>
          <w:szCs w:val="24"/>
        </w:rPr>
        <w:t xml:space="preserve">, no </w:t>
      </w:r>
      <w:proofErr w:type="spellStart"/>
      <w:r w:rsidRPr="00174EBA">
        <w:rPr>
          <w:sz w:val="24"/>
          <w:szCs w:val="24"/>
        </w:rPr>
        <w:t>uso</w:t>
      </w:r>
      <w:proofErr w:type="spellEnd"/>
      <w:r w:rsidRPr="00174EBA">
        <w:rPr>
          <w:sz w:val="24"/>
          <w:szCs w:val="24"/>
        </w:rPr>
        <w:t xml:space="preserve"> de suas atribuições e em cumprimento à Lei Municipal nº 1.733, de 29 de maio de 2026, torna pública a convocação dos agentes culturais dos segmentos previstos na legislação municipal para participarem do Fórum de Eleição dos Representantes da Sociedade Civil do Conselho Municipal de Cultura de Itapeva/MG – CMCI, a realizar-se em 11 de setembro de 2026, </w:t>
      </w:r>
      <w:proofErr w:type="spellStart"/>
      <w:r w:rsidRPr="00174EBA">
        <w:rPr>
          <w:sz w:val="24"/>
          <w:szCs w:val="24"/>
        </w:rPr>
        <w:t>nos</w:t>
      </w:r>
      <w:proofErr w:type="spellEnd"/>
      <w:r w:rsidRPr="00174EBA">
        <w:rPr>
          <w:sz w:val="24"/>
          <w:szCs w:val="24"/>
        </w:rPr>
        <w:t xml:space="preserve"> </w:t>
      </w:r>
      <w:proofErr w:type="spellStart"/>
      <w:r w:rsidRPr="00174EBA">
        <w:rPr>
          <w:sz w:val="24"/>
          <w:szCs w:val="24"/>
        </w:rPr>
        <w:t>termos</w:t>
      </w:r>
      <w:proofErr w:type="spellEnd"/>
      <w:r w:rsidRPr="00174EBA">
        <w:rPr>
          <w:sz w:val="24"/>
          <w:szCs w:val="24"/>
        </w:rPr>
        <w:t xml:space="preserve"> </w:t>
      </w:r>
      <w:proofErr w:type="spellStart"/>
      <w:r w:rsidRPr="00174EBA">
        <w:rPr>
          <w:sz w:val="24"/>
          <w:szCs w:val="24"/>
        </w:rPr>
        <w:t>deste</w:t>
      </w:r>
      <w:proofErr w:type="spellEnd"/>
      <w:r w:rsidRPr="00174EBA">
        <w:rPr>
          <w:sz w:val="24"/>
          <w:szCs w:val="24"/>
        </w:rPr>
        <w:t xml:space="preserve"> Edital.</w:t>
      </w:r>
    </w:p>
    <w:p w14:paraId="4096EABB" w14:textId="77777777" w:rsidR="00174EBA" w:rsidRPr="00174EBA" w:rsidRDefault="00174EBA" w:rsidP="00174EBA">
      <w:pPr>
        <w:spacing w:after="0" w:line="360" w:lineRule="auto"/>
        <w:jc w:val="both"/>
        <w:rPr>
          <w:sz w:val="24"/>
          <w:szCs w:val="24"/>
        </w:rPr>
      </w:pPr>
    </w:p>
    <w:p w14:paraId="22D4237C" w14:textId="77777777" w:rsidR="00D4665B" w:rsidRPr="00174EBA" w:rsidRDefault="00000000" w:rsidP="00174EBA">
      <w:pPr>
        <w:pStyle w:val="Ttulo1"/>
        <w:spacing w:before="0" w:line="360" w:lineRule="auto"/>
        <w:jc w:val="both"/>
        <w:rPr>
          <w:szCs w:val="24"/>
        </w:rPr>
      </w:pPr>
      <w:r w:rsidRPr="00174EBA">
        <w:rPr>
          <w:szCs w:val="24"/>
        </w:rPr>
        <w:t>1. DO OBJETO</w:t>
      </w:r>
    </w:p>
    <w:p w14:paraId="3F620FB5" w14:textId="77777777" w:rsidR="00D4665B" w:rsidRPr="00174EBA" w:rsidRDefault="00000000" w:rsidP="00174EBA">
      <w:pPr>
        <w:spacing w:after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t xml:space="preserve">1.1. O presente Edital disciplina </w:t>
      </w:r>
      <w:proofErr w:type="gramStart"/>
      <w:r w:rsidRPr="00174EBA">
        <w:rPr>
          <w:sz w:val="24"/>
          <w:szCs w:val="24"/>
        </w:rPr>
        <w:t>a</w:t>
      </w:r>
      <w:proofErr w:type="gramEnd"/>
      <w:r w:rsidRPr="00174EBA">
        <w:rPr>
          <w:sz w:val="24"/>
          <w:szCs w:val="24"/>
        </w:rPr>
        <w:t xml:space="preserve"> inscrição, o credenciamento e </w:t>
      </w:r>
      <w:proofErr w:type="gramStart"/>
      <w:r w:rsidRPr="00174EBA">
        <w:rPr>
          <w:sz w:val="24"/>
          <w:szCs w:val="24"/>
        </w:rPr>
        <w:t>a</w:t>
      </w:r>
      <w:proofErr w:type="gramEnd"/>
      <w:r w:rsidRPr="00174EBA">
        <w:rPr>
          <w:sz w:val="24"/>
          <w:szCs w:val="24"/>
        </w:rPr>
        <w:t xml:space="preserve"> eleição dos representantes titulares e suplentes da sociedade civil que integrarão o Conselho Municipal de Cultura de Itapeva/MG – CMCI.</w:t>
      </w:r>
    </w:p>
    <w:p w14:paraId="30016D6B" w14:textId="77777777" w:rsidR="00D4665B" w:rsidRPr="00174EBA" w:rsidRDefault="00000000" w:rsidP="00174EBA">
      <w:pPr>
        <w:spacing w:after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t>1.2. Serão eleitos 7 (sete) representantes titulares da sociedade civil e seus respectivos suplentes, distribuídos da seguinte forma:</w:t>
      </w:r>
    </w:p>
    <w:p w14:paraId="41CF7378" w14:textId="77777777" w:rsidR="00D4665B" w:rsidRPr="00174EBA" w:rsidRDefault="00000000" w:rsidP="00174EBA">
      <w:pPr>
        <w:spacing w:after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t xml:space="preserve">I – área musical: 2 (dois) titulares e respectivos </w:t>
      </w:r>
      <w:proofErr w:type="gramStart"/>
      <w:r w:rsidRPr="00174EBA">
        <w:rPr>
          <w:sz w:val="24"/>
          <w:szCs w:val="24"/>
        </w:rPr>
        <w:t>suplentes;</w:t>
      </w:r>
      <w:proofErr w:type="gramEnd"/>
    </w:p>
    <w:p w14:paraId="4E8D9504" w14:textId="77777777" w:rsidR="00D4665B" w:rsidRPr="00174EBA" w:rsidRDefault="00000000" w:rsidP="00174EBA">
      <w:pPr>
        <w:spacing w:after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t xml:space="preserve">II – área teatral: 1 (um) titular e respectivo </w:t>
      </w:r>
      <w:proofErr w:type="gramStart"/>
      <w:r w:rsidRPr="00174EBA">
        <w:rPr>
          <w:sz w:val="24"/>
          <w:szCs w:val="24"/>
        </w:rPr>
        <w:t>suplente;</w:t>
      </w:r>
      <w:proofErr w:type="gramEnd"/>
    </w:p>
    <w:p w14:paraId="289A8CCD" w14:textId="77777777" w:rsidR="00D4665B" w:rsidRPr="00174EBA" w:rsidRDefault="00000000" w:rsidP="00174EBA">
      <w:pPr>
        <w:spacing w:after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t xml:space="preserve">III – artesanato local: 1 (um) titular e respectivo </w:t>
      </w:r>
      <w:proofErr w:type="gramStart"/>
      <w:r w:rsidRPr="00174EBA">
        <w:rPr>
          <w:sz w:val="24"/>
          <w:szCs w:val="24"/>
        </w:rPr>
        <w:t>suplente;</w:t>
      </w:r>
      <w:proofErr w:type="gramEnd"/>
    </w:p>
    <w:p w14:paraId="4C185FDA" w14:textId="77777777" w:rsidR="00D4665B" w:rsidRPr="00174EBA" w:rsidRDefault="00000000" w:rsidP="00174EBA">
      <w:pPr>
        <w:spacing w:after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t xml:space="preserve">IV – área da dança: 1 (um) titular e respectivo </w:t>
      </w:r>
      <w:proofErr w:type="gramStart"/>
      <w:r w:rsidRPr="00174EBA">
        <w:rPr>
          <w:sz w:val="24"/>
          <w:szCs w:val="24"/>
        </w:rPr>
        <w:t>suplente;</w:t>
      </w:r>
      <w:proofErr w:type="gramEnd"/>
    </w:p>
    <w:p w14:paraId="5E21FDB1" w14:textId="77777777" w:rsidR="00D4665B" w:rsidRPr="00174EBA" w:rsidRDefault="00000000" w:rsidP="00174EBA">
      <w:pPr>
        <w:spacing w:after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t xml:space="preserve">V – artes visuais: 1 (um) titular e respectivo </w:t>
      </w:r>
      <w:proofErr w:type="gramStart"/>
      <w:r w:rsidRPr="00174EBA">
        <w:rPr>
          <w:sz w:val="24"/>
          <w:szCs w:val="24"/>
        </w:rPr>
        <w:t>suplente;</w:t>
      </w:r>
      <w:proofErr w:type="gramEnd"/>
    </w:p>
    <w:p w14:paraId="590E64CA" w14:textId="77777777" w:rsidR="00D4665B" w:rsidRPr="00174EBA" w:rsidRDefault="00000000" w:rsidP="00174EBA">
      <w:pPr>
        <w:spacing w:after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t>VI – literatura: 1 (um) titular e respectivo suplente.</w:t>
      </w:r>
    </w:p>
    <w:p w14:paraId="183D6C08" w14:textId="77777777" w:rsidR="00D4665B" w:rsidRPr="00174EBA" w:rsidRDefault="00000000" w:rsidP="00174EBA">
      <w:pPr>
        <w:pStyle w:val="Ttulo1"/>
        <w:spacing w:before="0" w:line="360" w:lineRule="auto"/>
        <w:jc w:val="both"/>
        <w:rPr>
          <w:szCs w:val="24"/>
        </w:rPr>
      </w:pPr>
      <w:r w:rsidRPr="00174EBA">
        <w:rPr>
          <w:szCs w:val="24"/>
        </w:rPr>
        <w:t>2. DA DATA, HORÁRIO E LOCAL</w:t>
      </w:r>
    </w:p>
    <w:p w14:paraId="07662FCC" w14:textId="3E5B0BA7" w:rsidR="00D4665B" w:rsidRPr="00174EBA" w:rsidRDefault="00000000" w:rsidP="00174EBA">
      <w:pPr>
        <w:spacing w:after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t xml:space="preserve">2.1. O Fórum será realizado no dia 11 de setembro de 2026, às </w:t>
      </w:r>
      <w:r w:rsidR="00174EBA">
        <w:rPr>
          <w:sz w:val="24"/>
          <w:szCs w:val="24"/>
        </w:rPr>
        <w:t>19</w:t>
      </w:r>
      <w:r w:rsidRPr="00174EBA">
        <w:rPr>
          <w:sz w:val="24"/>
          <w:szCs w:val="24"/>
        </w:rPr>
        <w:t xml:space="preserve"> horas, </w:t>
      </w:r>
      <w:proofErr w:type="spellStart"/>
      <w:r w:rsidRPr="00174EBA">
        <w:rPr>
          <w:sz w:val="24"/>
          <w:szCs w:val="24"/>
        </w:rPr>
        <w:t>n</w:t>
      </w:r>
      <w:r w:rsidR="00174EBA">
        <w:rPr>
          <w:sz w:val="24"/>
          <w:szCs w:val="24"/>
        </w:rPr>
        <w:t>a</w:t>
      </w:r>
      <w:proofErr w:type="spellEnd"/>
      <w:r w:rsidRPr="00174EBA">
        <w:rPr>
          <w:sz w:val="24"/>
          <w:szCs w:val="24"/>
        </w:rPr>
        <w:t xml:space="preserve"> </w:t>
      </w:r>
      <w:r w:rsidR="00174EBA">
        <w:rPr>
          <w:sz w:val="24"/>
          <w:szCs w:val="24"/>
        </w:rPr>
        <w:t>ESCOLA DE MÚSICA PREFEITO DALMIR DANTAS</w:t>
      </w:r>
      <w:r w:rsidRPr="00174EBA">
        <w:rPr>
          <w:sz w:val="24"/>
          <w:szCs w:val="24"/>
        </w:rPr>
        <w:t xml:space="preserve">, </w:t>
      </w:r>
      <w:proofErr w:type="spellStart"/>
      <w:r w:rsidRPr="00174EBA">
        <w:rPr>
          <w:sz w:val="24"/>
          <w:szCs w:val="24"/>
        </w:rPr>
        <w:t>situad</w:t>
      </w:r>
      <w:r w:rsidR="00174EBA">
        <w:rPr>
          <w:sz w:val="24"/>
          <w:szCs w:val="24"/>
        </w:rPr>
        <w:t>a</w:t>
      </w:r>
      <w:proofErr w:type="spellEnd"/>
      <w:r w:rsidRPr="00174EBA">
        <w:rPr>
          <w:sz w:val="24"/>
          <w:szCs w:val="24"/>
        </w:rPr>
        <w:t xml:space="preserve"> à </w:t>
      </w:r>
      <w:r w:rsidR="00174EBA">
        <w:rPr>
          <w:sz w:val="24"/>
          <w:szCs w:val="24"/>
        </w:rPr>
        <w:t>Rua Otávio Lemes da Silva, 494-C</w:t>
      </w:r>
      <w:r w:rsidRPr="00174EBA">
        <w:rPr>
          <w:sz w:val="24"/>
          <w:szCs w:val="24"/>
        </w:rPr>
        <w:t>, Itapeva/MG.</w:t>
      </w:r>
    </w:p>
    <w:p w14:paraId="7644641F" w14:textId="0740F1B9" w:rsidR="00D4665B" w:rsidRDefault="00000000" w:rsidP="00174EBA">
      <w:pPr>
        <w:spacing w:after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t xml:space="preserve">2.2. O credenciamento ocorrerá das </w:t>
      </w:r>
      <w:r w:rsidR="00174EBA">
        <w:rPr>
          <w:sz w:val="24"/>
          <w:szCs w:val="24"/>
        </w:rPr>
        <w:t>17h30</w:t>
      </w:r>
      <w:r w:rsidRPr="00174EBA">
        <w:rPr>
          <w:sz w:val="24"/>
          <w:szCs w:val="24"/>
        </w:rPr>
        <w:t xml:space="preserve"> às </w:t>
      </w:r>
      <w:r w:rsidR="00174EBA">
        <w:rPr>
          <w:sz w:val="24"/>
          <w:szCs w:val="24"/>
        </w:rPr>
        <w:t>18h30</w:t>
      </w:r>
      <w:r w:rsidRPr="00174EBA">
        <w:rPr>
          <w:sz w:val="24"/>
          <w:szCs w:val="24"/>
        </w:rPr>
        <w:t xml:space="preserve"> horas, encerrando-se antes do </w:t>
      </w:r>
      <w:proofErr w:type="spellStart"/>
      <w:r w:rsidRPr="00174EBA">
        <w:rPr>
          <w:sz w:val="24"/>
          <w:szCs w:val="24"/>
        </w:rPr>
        <w:t>início</w:t>
      </w:r>
      <w:proofErr w:type="spellEnd"/>
      <w:r w:rsidRPr="00174EBA">
        <w:rPr>
          <w:sz w:val="24"/>
          <w:szCs w:val="24"/>
        </w:rPr>
        <w:t xml:space="preserve"> da </w:t>
      </w:r>
      <w:proofErr w:type="spellStart"/>
      <w:r w:rsidRPr="00174EBA">
        <w:rPr>
          <w:sz w:val="24"/>
          <w:szCs w:val="24"/>
        </w:rPr>
        <w:t>votação</w:t>
      </w:r>
      <w:proofErr w:type="spellEnd"/>
      <w:r w:rsidRPr="00174EBA">
        <w:rPr>
          <w:sz w:val="24"/>
          <w:szCs w:val="24"/>
        </w:rPr>
        <w:t>.</w:t>
      </w:r>
    </w:p>
    <w:p w14:paraId="69F3F553" w14:textId="77777777" w:rsidR="00174EBA" w:rsidRPr="00174EBA" w:rsidRDefault="00174EBA" w:rsidP="00174EBA">
      <w:pPr>
        <w:spacing w:after="0" w:line="360" w:lineRule="auto"/>
        <w:jc w:val="both"/>
        <w:rPr>
          <w:sz w:val="24"/>
          <w:szCs w:val="24"/>
        </w:rPr>
      </w:pPr>
    </w:p>
    <w:p w14:paraId="38C1F040" w14:textId="77777777" w:rsidR="00D4665B" w:rsidRPr="00174EBA" w:rsidRDefault="00000000" w:rsidP="00174EBA">
      <w:pPr>
        <w:pStyle w:val="Ttulo1"/>
        <w:spacing w:before="0" w:line="360" w:lineRule="auto"/>
        <w:jc w:val="both"/>
        <w:rPr>
          <w:szCs w:val="24"/>
        </w:rPr>
      </w:pPr>
      <w:r w:rsidRPr="00174EBA">
        <w:rPr>
          <w:szCs w:val="24"/>
        </w:rPr>
        <w:t>3. DAS INSCRIÇÕES E DO CREDENCIAMENTO</w:t>
      </w:r>
    </w:p>
    <w:p w14:paraId="032A8BD0" w14:textId="77777777" w:rsidR="00D4665B" w:rsidRPr="00174EBA" w:rsidRDefault="00000000" w:rsidP="00174EBA">
      <w:pPr>
        <w:spacing w:after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t>3.1. Poderão participar pessoas físicas que desenvolvam, participem ou possuam vínculo comprovável com atividades culturais no Município de Itapeva/MG em um dos segmentos previstos neste Edital.</w:t>
      </w:r>
    </w:p>
    <w:p w14:paraId="124265C2" w14:textId="77777777" w:rsidR="00D4665B" w:rsidRPr="00174EBA" w:rsidRDefault="00000000" w:rsidP="00174EBA">
      <w:pPr>
        <w:spacing w:after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t>3.2. A participação poderá ocorrer como candidato(a) e eleitor(a), ou somente como eleitor(a).</w:t>
      </w:r>
    </w:p>
    <w:p w14:paraId="184689FD" w14:textId="77777777" w:rsidR="00D4665B" w:rsidRPr="00174EBA" w:rsidRDefault="00000000" w:rsidP="00174EBA">
      <w:pPr>
        <w:spacing w:after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t>3.3. Cada participante poderá inscrever-se, candidatar-se e votar em apenas um segmento cultural.</w:t>
      </w:r>
    </w:p>
    <w:p w14:paraId="274810E1" w14:textId="65C7C94F" w:rsidR="00174EBA" w:rsidRDefault="00000000" w:rsidP="00174EBA">
      <w:pPr>
        <w:spacing w:after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t xml:space="preserve">3.4. As inscrições prévias serão recebidas no período de </w:t>
      </w:r>
      <w:r w:rsidR="00174EBA">
        <w:rPr>
          <w:sz w:val="24"/>
          <w:szCs w:val="24"/>
        </w:rPr>
        <w:t>01/09</w:t>
      </w:r>
      <w:r w:rsidRPr="00174EBA">
        <w:rPr>
          <w:sz w:val="24"/>
          <w:szCs w:val="24"/>
        </w:rPr>
        <w:t xml:space="preserve">/2026 a </w:t>
      </w:r>
      <w:r w:rsidR="00174EBA">
        <w:rPr>
          <w:sz w:val="24"/>
          <w:szCs w:val="24"/>
        </w:rPr>
        <w:t>10/09</w:t>
      </w:r>
      <w:r w:rsidRPr="00174EBA">
        <w:rPr>
          <w:sz w:val="24"/>
          <w:szCs w:val="24"/>
        </w:rPr>
        <w:t xml:space="preserve">/2026, mediante ficha </w:t>
      </w:r>
      <w:proofErr w:type="spellStart"/>
      <w:r w:rsidRPr="00174EBA">
        <w:rPr>
          <w:sz w:val="24"/>
          <w:szCs w:val="24"/>
        </w:rPr>
        <w:t>própria</w:t>
      </w:r>
      <w:proofErr w:type="spellEnd"/>
      <w:r w:rsidRPr="00174EBA">
        <w:rPr>
          <w:sz w:val="24"/>
          <w:szCs w:val="24"/>
        </w:rPr>
        <w:t xml:space="preserve">, junto à </w:t>
      </w:r>
      <w:r w:rsidR="00174EBA">
        <w:rPr>
          <w:sz w:val="24"/>
          <w:szCs w:val="24"/>
        </w:rPr>
        <w:t>DIRETORIA</w:t>
      </w:r>
      <w:r w:rsidRPr="00174EBA">
        <w:rPr>
          <w:sz w:val="24"/>
          <w:szCs w:val="24"/>
        </w:rPr>
        <w:t xml:space="preserve"> Municipal de </w:t>
      </w:r>
      <w:r w:rsidR="000D4EEF">
        <w:rPr>
          <w:sz w:val="24"/>
          <w:szCs w:val="24"/>
        </w:rPr>
        <w:t>CULTURA E TURISMO</w:t>
      </w:r>
      <w:r w:rsidRPr="00174EBA">
        <w:rPr>
          <w:sz w:val="24"/>
          <w:szCs w:val="24"/>
        </w:rPr>
        <w:t>,</w:t>
      </w:r>
      <w:r w:rsidR="00174EBA">
        <w:rPr>
          <w:sz w:val="24"/>
          <w:szCs w:val="24"/>
        </w:rPr>
        <w:t xml:space="preserve"> </w:t>
      </w:r>
      <w:proofErr w:type="spellStart"/>
      <w:r w:rsidR="00174EBA">
        <w:rPr>
          <w:sz w:val="24"/>
          <w:szCs w:val="24"/>
        </w:rPr>
        <w:t>através</w:t>
      </w:r>
      <w:proofErr w:type="spellEnd"/>
      <w:r w:rsidR="00174EBA">
        <w:rPr>
          <w:sz w:val="24"/>
          <w:szCs w:val="24"/>
        </w:rPr>
        <w:t xml:space="preserve"> do e-mail </w:t>
      </w:r>
      <w:hyperlink r:id="rId8" w:history="1">
        <w:r w:rsidR="00174EBA" w:rsidRPr="00F57FA5">
          <w:rPr>
            <w:rStyle w:val="Hyperlink"/>
            <w:sz w:val="24"/>
            <w:szCs w:val="24"/>
          </w:rPr>
          <w:t>imprensa@itapeva.mg.gov.br</w:t>
        </w:r>
      </w:hyperlink>
    </w:p>
    <w:p w14:paraId="5C559EFA" w14:textId="77777777" w:rsidR="00D4665B" w:rsidRPr="00174EBA" w:rsidRDefault="00000000" w:rsidP="00174EBA">
      <w:pPr>
        <w:spacing w:after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t>3.5. O interessado deverá apresentar ficha de inscrição, documento oficial de identificação, comprovante de residência ou de vínculo com Itapeva/MG e declaração ou documento apto a demonstrar atuação ou vínculo com o segmento cultural indicado.</w:t>
      </w:r>
    </w:p>
    <w:p w14:paraId="5BC0BE4D" w14:textId="77777777" w:rsidR="00D4665B" w:rsidRPr="00174EBA" w:rsidRDefault="00000000" w:rsidP="00174EBA">
      <w:pPr>
        <w:spacing w:after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t>3.6. No dia do Fórum, os inscritos deverão realizar credenciamento mediante apresentação de documento oficial de identificação.</w:t>
      </w:r>
    </w:p>
    <w:p w14:paraId="0C5175E1" w14:textId="77777777" w:rsidR="00D4665B" w:rsidRDefault="00000000" w:rsidP="00174EBA">
      <w:pPr>
        <w:spacing w:after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t xml:space="preserve">3.7. Será elaborada lista de </w:t>
      </w:r>
      <w:proofErr w:type="spellStart"/>
      <w:r w:rsidRPr="00174EBA">
        <w:rPr>
          <w:sz w:val="24"/>
          <w:szCs w:val="24"/>
        </w:rPr>
        <w:t>credenciamento</w:t>
      </w:r>
      <w:proofErr w:type="spellEnd"/>
      <w:r w:rsidRPr="00174EBA">
        <w:rPr>
          <w:sz w:val="24"/>
          <w:szCs w:val="24"/>
        </w:rPr>
        <w:t xml:space="preserve"> </w:t>
      </w:r>
      <w:proofErr w:type="spellStart"/>
      <w:r w:rsidRPr="00174EBA">
        <w:rPr>
          <w:sz w:val="24"/>
          <w:szCs w:val="24"/>
        </w:rPr>
        <w:t>separada</w:t>
      </w:r>
      <w:proofErr w:type="spellEnd"/>
      <w:r w:rsidRPr="00174EBA">
        <w:rPr>
          <w:sz w:val="24"/>
          <w:szCs w:val="24"/>
        </w:rPr>
        <w:t xml:space="preserve"> </w:t>
      </w:r>
      <w:proofErr w:type="spellStart"/>
      <w:r w:rsidRPr="00174EBA">
        <w:rPr>
          <w:sz w:val="24"/>
          <w:szCs w:val="24"/>
        </w:rPr>
        <w:t>por</w:t>
      </w:r>
      <w:proofErr w:type="spellEnd"/>
      <w:r w:rsidRPr="00174EBA">
        <w:rPr>
          <w:sz w:val="24"/>
          <w:szCs w:val="24"/>
        </w:rPr>
        <w:t xml:space="preserve"> </w:t>
      </w:r>
      <w:proofErr w:type="spellStart"/>
      <w:r w:rsidRPr="00174EBA">
        <w:rPr>
          <w:sz w:val="24"/>
          <w:szCs w:val="24"/>
        </w:rPr>
        <w:t>segmento</w:t>
      </w:r>
      <w:proofErr w:type="spellEnd"/>
      <w:r w:rsidRPr="00174EBA">
        <w:rPr>
          <w:sz w:val="24"/>
          <w:szCs w:val="24"/>
        </w:rPr>
        <w:t>.</w:t>
      </w:r>
    </w:p>
    <w:p w14:paraId="12FC86F3" w14:textId="77777777" w:rsidR="00174EBA" w:rsidRPr="00174EBA" w:rsidRDefault="00174EBA" w:rsidP="00174EBA">
      <w:pPr>
        <w:spacing w:after="0" w:line="360" w:lineRule="auto"/>
        <w:jc w:val="both"/>
        <w:rPr>
          <w:sz w:val="24"/>
          <w:szCs w:val="24"/>
        </w:rPr>
      </w:pPr>
    </w:p>
    <w:p w14:paraId="2C23ED6A" w14:textId="77777777" w:rsidR="00D4665B" w:rsidRPr="00174EBA" w:rsidRDefault="00000000" w:rsidP="00174EBA">
      <w:pPr>
        <w:pStyle w:val="Ttulo1"/>
        <w:spacing w:before="0" w:line="360" w:lineRule="auto"/>
        <w:jc w:val="both"/>
        <w:rPr>
          <w:szCs w:val="24"/>
        </w:rPr>
      </w:pPr>
      <w:r w:rsidRPr="00174EBA">
        <w:rPr>
          <w:szCs w:val="24"/>
        </w:rPr>
        <w:t>4. DAS CANDIDATURAS</w:t>
      </w:r>
    </w:p>
    <w:p w14:paraId="7957C994" w14:textId="77777777" w:rsidR="00D4665B" w:rsidRPr="00174EBA" w:rsidRDefault="00000000" w:rsidP="00174EBA">
      <w:pPr>
        <w:spacing w:after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t xml:space="preserve">4.1. A candidatura será individual e vinculada </w:t>
      </w:r>
      <w:proofErr w:type="gramStart"/>
      <w:r w:rsidRPr="00174EBA">
        <w:rPr>
          <w:sz w:val="24"/>
          <w:szCs w:val="24"/>
        </w:rPr>
        <w:t>a</w:t>
      </w:r>
      <w:proofErr w:type="gramEnd"/>
      <w:r w:rsidRPr="00174EBA">
        <w:rPr>
          <w:sz w:val="24"/>
          <w:szCs w:val="24"/>
        </w:rPr>
        <w:t xml:space="preserve"> apenas um segmento.</w:t>
      </w:r>
    </w:p>
    <w:p w14:paraId="37DD3D4F" w14:textId="77777777" w:rsidR="00D4665B" w:rsidRPr="00174EBA" w:rsidRDefault="00000000" w:rsidP="00174EBA">
      <w:pPr>
        <w:spacing w:after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t>4.2. O candidato habilitado poderá votar normalmente no segmento em que estiver credenciado.</w:t>
      </w:r>
    </w:p>
    <w:p w14:paraId="3D85D3FE" w14:textId="77777777" w:rsidR="00D4665B" w:rsidRPr="00174EBA" w:rsidRDefault="00000000" w:rsidP="00174EBA">
      <w:pPr>
        <w:spacing w:after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t>4.3. A relação dos candidatos habilitados será divulgada antes da realização do Fórum pelos meios oficiais do Município.</w:t>
      </w:r>
    </w:p>
    <w:p w14:paraId="167728D1" w14:textId="77777777" w:rsidR="00174EBA" w:rsidRDefault="00174EBA" w:rsidP="00174EBA">
      <w:pPr>
        <w:pStyle w:val="Ttulo1"/>
        <w:spacing w:before="0" w:line="360" w:lineRule="auto"/>
        <w:jc w:val="both"/>
        <w:rPr>
          <w:szCs w:val="24"/>
        </w:rPr>
      </w:pPr>
    </w:p>
    <w:p w14:paraId="52229E60" w14:textId="7CD1C4C8" w:rsidR="00D4665B" w:rsidRPr="00174EBA" w:rsidRDefault="00000000" w:rsidP="00174EBA">
      <w:pPr>
        <w:pStyle w:val="Ttulo1"/>
        <w:spacing w:before="0" w:line="360" w:lineRule="auto"/>
        <w:jc w:val="both"/>
        <w:rPr>
          <w:szCs w:val="24"/>
        </w:rPr>
      </w:pPr>
      <w:r w:rsidRPr="00174EBA">
        <w:rPr>
          <w:szCs w:val="24"/>
        </w:rPr>
        <w:t>5. DA ORGANIZAÇÃO DO FÓRUM</w:t>
      </w:r>
    </w:p>
    <w:p w14:paraId="1522A052" w14:textId="43C390D0" w:rsidR="00D4665B" w:rsidRPr="00174EBA" w:rsidRDefault="00000000" w:rsidP="00174EBA">
      <w:pPr>
        <w:spacing w:after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t xml:space="preserve">5.1. Os trabalhos serão conduzidos por Comissão Organizadora </w:t>
      </w:r>
      <w:proofErr w:type="spellStart"/>
      <w:r w:rsidRPr="00174EBA">
        <w:rPr>
          <w:sz w:val="24"/>
          <w:szCs w:val="24"/>
        </w:rPr>
        <w:t>designada</w:t>
      </w:r>
      <w:proofErr w:type="spellEnd"/>
      <w:r w:rsidRPr="00174EBA">
        <w:rPr>
          <w:sz w:val="24"/>
          <w:szCs w:val="24"/>
        </w:rPr>
        <w:t xml:space="preserve"> pela </w:t>
      </w:r>
      <w:proofErr w:type="spellStart"/>
      <w:r w:rsidRPr="00174EBA">
        <w:rPr>
          <w:sz w:val="24"/>
          <w:szCs w:val="24"/>
        </w:rPr>
        <w:t>Administração</w:t>
      </w:r>
      <w:proofErr w:type="spellEnd"/>
      <w:r w:rsidRPr="00174EBA">
        <w:rPr>
          <w:sz w:val="24"/>
          <w:szCs w:val="24"/>
        </w:rPr>
        <w:t xml:space="preserve"> Municipal</w:t>
      </w:r>
      <w:r w:rsidR="00174EBA">
        <w:rPr>
          <w:sz w:val="24"/>
          <w:szCs w:val="24"/>
        </w:rPr>
        <w:t xml:space="preserve">, a saber MARCELO GUIDO BEKER, </w:t>
      </w:r>
      <w:r w:rsidR="000D4EEF">
        <w:rPr>
          <w:sz w:val="24"/>
          <w:szCs w:val="24"/>
        </w:rPr>
        <w:t xml:space="preserve">RODRIGO JOSÉ SILVA DE OLIVEIRA e </w:t>
      </w:r>
      <w:r w:rsidR="00174EBA">
        <w:rPr>
          <w:sz w:val="24"/>
          <w:szCs w:val="24"/>
        </w:rPr>
        <w:t>SILVIA APARECIDO DA ROSA</w:t>
      </w:r>
      <w:r w:rsidRPr="00174EBA">
        <w:rPr>
          <w:sz w:val="24"/>
          <w:szCs w:val="24"/>
        </w:rPr>
        <w:t>.</w:t>
      </w:r>
    </w:p>
    <w:p w14:paraId="6C6D1C4A" w14:textId="77777777" w:rsidR="00D4665B" w:rsidRDefault="00000000" w:rsidP="00174EBA">
      <w:pPr>
        <w:spacing w:after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t xml:space="preserve">5.2. A programação compreenderá abertura, apresentação das regras, confirmação dos candidatos, organização dos participantes por segmento, votação, apuração pública e </w:t>
      </w:r>
      <w:proofErr w:type="spellStart"/>
      <w:r w:rsidRPr="00174EBA">
        <w:rPr>
          <w:sz w:val="24"/>
          <w:szCs w:val="24"/>
        </w:rPr>
        <w:t>proclamação</w:t>
      </w:r>
      <w:proofErr w:type="spellEnd"/>
      <w:r w:rsidRPr="00174EBA">
        <w:rPr>
          <w:sz w:val="24"/>
          <w:szCs w:val="24"/>
        </w:rPr>
        <w:t xml:space="preserve"> do </w:t>
      </w:r>
      <w:proofErr w:type="spellStart"/>
      <w:r w:rsidRPr="00174EBA">
        <w:rPr>
          <w:sz w:val="24"/>
          <w:szCs w:val="24"/>
        </w:rPr>
        <w:t>resultado</w:t>
      </w:r>
      <w:proofErr w:type="spellEnd"/>
      <w:r w:rsidRPr="00174EBA">
        <w:rPr>
          <w:sz w:val="24"/>
          <w:szCs w:val="24"/>
        </w:rPr>
        <w:t>.</w:t>
      </w:r>
    </w:p>
    <w:p w14:paraId="0AF5E819" w14:textId="77777777" w:rsidR="000D4EEF" w:rsidRPr="00174EBA" w:rsidRDefault="000D4EEF" w:rsidP="00174EBA">
      <w:pPr>
        <w:spacing w:after="0" w:line="360" w:lineRule="auto"/>
        <w:jc w:val="both"/>
        <w:rPr>
          <w:sz w:val="24"/>
          <w:szCs w:val="24"/>
        </w:rPr>
      </w:pPr>
    </w:p>
    <w:p w14:paraId="30E32D0F" w14:textId="77777777" w:rsidR="00D4665B" w:rsidRPr="00174EBA" w:rsidRDefault="00000000" w:rsidP="00174EBA">
      <w:pPr>
        <w:pStyle w:val="Ttulo1"/>
        <w:spacing w:before="0" w:line="360" w:lineRule="auto"/>
        <w:jc w:val="both"/>
        <w:rPr>
          <w:szCs w:val="24"/>
        </w:rPr>
      </w:pPr>
      <w:r w:rsidRPr="00174EBA">
        <w:rPr>
          <w:szCs w:val="24"/>
        </w:rPr>
        <w:t>6. DA VOTAÇÃO</w:t>
      </w:r>
    </w:p>
    <w:p w14:paraId="16445AC3" w14:textId="77777777" w:rsidR="00D4665B" w:rsidRPr="00174EBA" w:rsidRDefault="00000000" w:rsidP="00174EBA">
      <w:pPr>
        <w:spacing w:after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t xml:space="preserve">6.1. </w:t>
      </w:r>
      <w:proofErr w:type="gramStart"/>
      <w:r w:rsidRPr="00174EBA">
        <w:rPr>
          <w:sz w:val="24"/>
          <w:szCs w:val="24"/>
        </w:rPr>
        <w:t>A</w:t>
      </w:r>
      <w:proofErr w:type="gramEnd"/>
      <w:r w:rsidRPr="00174EBA">
        <w:rPr>
          <w:sz w:val="24"/>
          <w:szCs w:val="24"/>
        </w:rPr>
        <w:t xml:space="preserve"> eleição será direta, realizada entre os pares de cada segmento cultural.</w:t>
      </w:r>
    </w:p>
    <w:p w14:paraId="575ABB29" w14:textId="77777777" w:rsidR="00D4665B" w:rsidRPr="00174EBA" w:rsidRDefault="00000000" w:rsidP="00174EBA">
      <w:pPr>
        <w:spacing w:after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t>6.2. Cada eleitor poderá votar exclusivamente em candidatos do segmento para o qual estiver credenciado.</w:t>
      </w:r>
    </w:p>
    <w:p w14:paraId="4ECB094E" w14:textId="77777777" w:rsidR="00D4665B" w:rsidRPr="00174EBA" w:rsidRDefault="00000000" w:rsidP="00174EBA">
      <w:pPr>
        <w:spacing w:after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t>6.3. Nos segmentos Teatro, Artesanato Local, Dança, Artes Visuais e Literatura, cada eleitor votará em 1 (um) candidato.</w:t>
      </w:r>
    </w:p>
    <w:p w14:paraId="5E30E760" w14:textId="77777777" w:rsidR="00D4665B" w:rsidRPr="00174EBA" w:rsidRDefault="00000000" w:rsidP="00174EBA">
      <w:pPr>
        <w:spacing w:after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t>6.4. No segmento Música, cada eleitor poderá votar em até 2 (dois) candidatos distintos.</w:t>
      </w:r>
    </w:p>
    <w:p w14:paraId="15293940" w14:textId="77777777" w:rsidR="00D4665B" w:rsidRPr="00174EBA" w:rsidRDefault="00000000" w:rsidP="00174EBA">
      <w:pPr>
        <w:spacing w:after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t>6.5. A votação será secreta, mediante cédula própria depositada em urna.</w:t>
      </w:r>
    </w:p>
    <w:p w14:paraId="69860AE3" w14:textId="77777777" w:rsidR="00D4665B" w:rsidRDefault="00000000" w:rsidP="00174EBA">
      <w:pPr>
        <w:spacing w:after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t xml:space="preserve">6.6. Será nula a cédula que identifique o eleitor, contenha marcação que impossibilite aferir a vontade ou apresente quantidade de </w:t>
      </w:r>
      <w:proofErr w:type="spellStart"/>
      <w:r w:rsidRPr="00174EBA">
        <w:rPr>
          <w:sz w:val="24"/>
          <w:szCs w:val="24"/>
        </w:rPr>
        <w:t>votos</w:t>
      </w:r>
      <w:proofErr w:type="spellEnd"/>
      <w:r w:rsidRPr="00174EBA">
        <w:rPr>
          <w:sz w:val="24"/>
          <w:szCs w:val="24"/>
        </w:rPr>
        <w:t xml:space="preserve"> superior à </w:t>
      </w:r>
      <w:proofErr w:type="spellStart"/>
      <w:r w:rsidRPr="00174EBA">
        <w:rPr>
          <w:sz w:val="24"/>
          <w:szCs w:val="24"/>
        </w:rPr>
        <w:t>permitida</w:t>
      </w:r>
      <w:proofErr w:type="spellEnd"/>
      <w:r w:rsidRPr="00174EBA">
        <w:rPr>
          <w:sz w:val="24"/>
          <w:szCs w:val="24"/>
        </w:rPr>
        <w:t>.</w:t>
      </w:r>
    </w:p>
    <w:p w14:paraId="22AA575F" w14:textId="77777777" w:rsidR="000D4EEF" w:rsidRPr="00174EBA" w:rsidRDefault="000D4EEF" w:rsidP="00174EBA">
      <w:pPr>
        <w:spacing w:after="0" w:line="360" w:lineRule="auto"/>
        <w:jc w:val="both"/>
        <w:rPr>
          <w:sz w:val="24"/>
          <w:szCs w:val="24"/>
        </w:rPr>
      </w:pPr>
    </w:p>
    <w:p w14:paraId="565CA0F9" w14:textId="77777777" w:rsidR="00D4665B" w:rsidRPr="00174EBA" w:rsidRDefault="00000000" w:rsidP="00174EBA">
      <w:pPr>
        <w:pStyle w:val="Ttulo1"/>
        <w:spacing w:before="0" w:line="360" w:lineRule="auto"/>
        <w:jc w:val="both"/>
        <w:rPr>
          <w:szCs w:val="24"/>
        </w:rPr>
      </w:pPr>
      <w:r w:rsidRPr="00174EBA">
        <w:rPr>
          <w:szCs w:val="24"/>
        </w:rPr>
        <w:t>7. DA APURAÇÃO E CLASSIFICAÇÃO</w:t>
      </w:r>
    </w:p>
    <w:p w14:paraId="3A98499F" w14:textId="77777777" w:rsidR="00D4665B" w:rsidRPr="00174EBA" w:rsidRDefault="00000000" w:rsidP="00174EBA">
      <w:pPr>
        <w:spacing w:after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t>7.1. Encerrada a votação, a Comissão Organizadora procederá imediatamente à apuração pública.</w:t>
      </w:r>
    </w:p>
    <w:p w14:paraId="7F4D3871" w14:textId="77777777" w:rsidR="00D4665B" w:rsidRPr="00174EBA" w:rsidRDefault="00000000" w:rsidP="00174EBA">
      <w:pPr>
        <w:spacing w:after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t>7.2. Nos segmentos com uma vaga, será considerado titular o candidato mais votado e suplente o segundo mais votado.</w:t>
      </w:r>
    </w:p>
    <w:p w14:paraId="507B4587" w14:textId="77777777" w:rsidR="00D4665B" w:rsidRPr="00174EBA" w:rsidRDefault="00000000" w:rsidP="00174EBA">
      <w:pPr>
        <w:spacing w:after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t>7.3. Na área musical, serão titulares os dois candidatos mais votados. O terceiro e o quarto colocados serão considerados, respectivamente, suplentes do primeiro e do segundo titulares.</w:t>
      </w:r>
    </w:p>
    <w:p w14:paraId="24273D43" w14:textId="77777777" w:rsidR="00D4665B" w:rsidRDefault="00000000" w:rsidP="00174EBA">
      <w:pPr>
        <w:spacing w:after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t xml:space="preserve">7.4. Havendo empate que interfira na definição de titular ou suplente, será realizada nova votação entre os candidatos empatados. Persistindo o empate, haverá sorteio </w:t>
      </w:r>
      <w:proofErr w:type="spellStart"/>
      <w:r w:rsidRPr="00174EBA">
        <w:rPr>
          <w:sz w:val="24"/>
          <w:szCs w:val="24"/>
        </w:rPr>
        <w:t>público</w:t>
      </w:r>
      <w:proofErr w:type="spellEnd"/>
      <w:r w:rsidRPr="00174EBA">
        <w:rPr>
          <w:sz w:val="24"/>
          <w:szCs w:val="24"/>
        </w:rPr>
        <w:t xml:space="preserve">, </w:t>
      </w:r>
      <w:proofErr w:type="spellStart"/>
      <w:r w:rsidRPr="00174EBA">
        <w:rPr>
          <w:sz w:val="24"/>
          <w:szCs w:val="24"/>
        </w:rPr>
        <w:t>registrado</w:t>
      </w:r>
      <w:proofErr w:type="spellEnd"/>
      <w:r w:rsidRPr="00174EBA">
        <w:rPr>
          <w:sz w:val="24"/>
          <w:szCs w:val="24"/>
        </w:rPr>
        <w:t xml:space="preserve"> em </w:t>
      </w:r>
      <w:proofErr w:type="spellStart"/>
      <w:r w:rsidRPr="00174EBA">
        <w:rPr>
          <w:sz w:val="24"/>
          <w:szCs w:val="24"/>
        </w:rPr>
        <w:t>ata</w:t>
      </w:r>
      <w:proofErr w:type="spellEnd"/>
      <w:r w:rsidRPr="00174EBA">
        <w:rPr>
          <w:sz w:val="24"/>
          <w:szCs w:val="24"/>
        </w:rPr>
        <w:t>.</w:t>
      </w:r>
    </w:p>
    <w:p w14:paraId="577A318E" w14:textId="77777777" w:rsidR="000D4EEF" w:rsidRPr="00174EBA" w:rsidRDefault="000D4EEF" w:rsidP="00174EBA">
      <w:pPr>
        <w:spacing w:after="0" w:line="360" w:lineRule="auto"/>
        <w:jc w:val="both"/>
        <w:rPr>
          <w:sz w:val="24"/>
          <w:szCs w:val="24"/>
        </w:rPr>
      </w:pPr>
    </w:p>
    <w:p w14:paraId="1065F86D" w14:textId="77777777" w:rsidR="00D4665B" w:rsidRPr="00174EBA" w:rsidRDefault="00000000" w:rsidP="00174EBA">
      <w:pPr>
        <w:pStyle w:val="Ttulo1"/>
        <w:spacing w:before="0" w:line="360" w:lineRule="auto"/>
        <w:jc w:val="both"/>
        <w:rPr>
          <w:szCs w:val="24"/>
        </w:rPr>
      </w:pPr>
      <w:r w:rsidRPr="00174EBA">
        <w:rPr>
          <w:szCs w:val="24"/>
        </w:rPr>
        <w:t>8. DAS VAGAS NÃO PREENCHIDAS</w:t>
      </w:r>
    </w:p>
    <w:p w14:paraId="32F83335" w14:textId="77777777" w:rsidR="00D4665B" w:rsidRPr="00174EBA" w:rsidRDefault="00000000" w:rsidP="00174EBA">
      <w:pPr>
        <w:spacing w:after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t xml:space="preserve">8.1. </w:t>
      </w:r>
      <w:proofErr w:type="gramStart"/>
      <w:r w:rsidRPr="00174EBA">
        <w:rPr>
          <w:sz w:val="24"/>
          <w:szCs w:val="24"/>
        </w:rPr>
        <w:t>A</w:t>
      </w:r>
      <w:proofErr w:type="gramEnd"/>
      <w:r w:rsidRPr="00174EBA">
        <w:rPr>
          <w:sz w:val="24"/>
          <w:szCs w:val="24"/>
        </w:rPr>
        <w:t xml:space="preserve"> inexistência ou insuficiência de candidatos em determinado segmento será registrada em ata.</w:t>
      </w:r>
    </w:p>
    <w:p w14:paraId="76D14846" w14:textId="77777777" w:rsidR="00D4665B" w:rsidRPr="00174EBA" w:rsidRDefault="00000000" w:rsidP="00174EBA">
      <w:pPr>
        <w:spacing w:after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t xml:space="preserve">8.2. A vaga permanecerá vinculada ao segmento previsto na Lei Municipal nº 1.733/2026, vedada sua transferência </w:t>
      </w:r>
      <w:proofErr w:type="gramStart"/>
      <w:r w:rsidRPr="00174EBA">
        <w:rPr>
          <w:sz w:val="24"/>
          <w:szCs w:val="24"/>
        </w:rPr>
        <w:t>a</w:t>
      </w:r>
      <w:proofErr w:type="gramEnd"/>
      <w:r w:rsidRPr="00174EBA">
        <w:rPr>
          <w:sz w:val="24"/>
          <w:szCs w:val="24"/>
        </w:rPr>
        <w:t xml:space="preserve"> outro segmento.</w:t>
      </w:r>
    </w:p>
    <w:p w14:paraId="55CEA555" w14:textId="77777777" w:rsidR="00D4665B" w:rsidRDefault="00000000" w:rsidP="00174EBA">
      <w:pPr>
        <w:spacing w:after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t xml:space="preserve">8.3. A Administração poderá promover procedimento complementar para </w:t>
      </w:r>
      <w:proofErr w:type="spellStart"/>
      <w:r w:rsidRPr="00174EBA">
        <w:rPr>
          <w:sz w:val="24"/>
          <w:szCs w:val="24"/>
        </w:rPr>
        <w:t>preenchimento</w:t>
      </w:r>
      <w:proofErr w:type="spellEnd"/>
      <w:r w:rsidRPr="00174EBA">
        <w:rPr>
          <w:sz w:val="24"/>
          <w:szCs w:val="24"/>
        </w:rPr>
        <w:t xml:space="preserve"> das </w:t>
      </w:r>
      <w:proofErr w:type="spellStart"/>
      <w:r w:rsidRPr="00174EBA">
        <w:rPr>
          <w:sz w:val="24"/>
          <w:szCs w:val="24"/>
        </w:rPr>
        <w:t>vagas</w:t>
      </w:r>
      <w:proofErr w:type="spellEnd"/>
      <w:r w:rsidRPr="00174EBA">
        <w:rPr>
          <w:sz w:val="24"/>
          <w:szCs w:val="24"/>
        </w:rPr>
        <w:t xml:space="preserve"> </w:t>
      </w:r>
      <w:proofErr w:type="spellStart"/>
      <w:r w:rsidRPr="00174EBA">
        <w:rPr>
          <w:sz w:val="24"/>
          <w:szCs w:val="24"/>
        </w:rPr>
        <w:t>remanescentes</w:t>
      </w:r>
      <w:proofErr w:type="spellEnd"/>
      <w:r w:rsidRPr="00174EBA">
        <w:rPr>
          <w:sz w:val="24"/>
          <w:szCs w:val="24"/>
        </w:rPr>
        <w:t>.</w:t>
      </w:r>
    </w:p>
    <w:p w14:paraId="7B869D44" w14:textId="77777777" w:rsidR="000D4EEF" w:rsidRPr="00174EBA" w:rsidRDefault="000D4EEF" w:rsidP="00174EBA">
      <w:pPr>
        <w:spacing w:after="0" w:line="360" w:lineRule="auto"/>
        <w:jc w:val="both"/>
        <w:rPr>
          <w:sz w:val="24"/>
          <w:szCs w:val="24"/>
        </w:rPr>
      </w:pPr>
    </w:p>
    <w:p w14:paraId="73A98A1D" w14:textId="77777777" w:rsidR="00D4665B" w:rsidRPr="00174EBA" w:rsidRDefault="00000000" w:rsidP="00174EBA">
      <w:pPr>
        <w:pStyle w:val="Ttulo1"/>
        <w:spacing w:before="0" w:line="360" w:lineRule="auto"/>
        <w:jc w:val="both"/>
        <w:rPr>
          <w:szCs w:val="24"/>
        </w:rPr>
      </w:pPr>
      <w:r w:rsidRPr="00174EBA">
        <w:rPr>
          <w:szCs w:val="24"/>
        </w:rPr>
        <w:t>9. DO RESULTADO E DA POSSE</w:t>
      </w:r>
    </w:p>
    <w:p w14:paraId="4A246B60" w14:textId="77777777" w:rsidR="00D4665B" w:rsidRPr="00174EBA" w:rsidRDefault="00000000" w:rsidP="00174EBA">
      <w:pPr>
        <w:spacing w:after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t>9.1. O resultado será proclamado ao final do Fórum, registrado em ata e posteriormente divulgado pelos meios oficiais.</w:t>
      </w:r>
    </w:p>
    <w:p w14:paraId="723830FE" w14:textId="77777777" w:rsidR="00D4665B" w:rsidRPr="00174EBA" w:rsidRDefault="00000000" w:rsidP="00174EBA">
      <w:pPr>
        <w:spacing w:after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t>9.2. A relação dos eleitos será encaminhada ao Chefe do Poder Executivo para as providências de nomeação e posse.</w:t>
      </w:r>
    </w:p>
    <w:p w14:paraId="70BC686C" w14:textId="77777777" w:rsidR="00D4665B" w:rsidRDefault="00000000" w:rsidP="00174EBA">
      <w:pPr>
        <w:spacing w:after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t>9.3. O mandato dos membros do CMCI será de 2 (dois) anos, admitidas reconduções nos termos da Lei Municipal nº 1.733/2026.</w:t>
      </w:r>
    </w:p>
    <w:p w14:paraId="65450BCD" w14:textId="77777777" w:rsidR="000D4EEF" w:rsidRPr="00174EBA" w:rsidRDefault="000D4EEF" w:rsidP="00174EBA">
      <w:pPr>
        <w:spacing w:after="0" w:line="360" w:lineRule="auto"/>
        <w:jc w:val="both"/>
        <w:rPr>
          <w:sz w:val="24"/>
          <w:szCs w:val="24"/>
        </w:rPr>
      </w:pPr>
    </w:p>
    <w:p w14:paraId="06FEE3A9" w14:textId="77777777" w:rsidR="00D4665B" w:rsidRPr="00174EBA" w:rsidRDefault="00000000" w:rsidP="00174EBA">
      <w:pPr>
        <w:pStyle w:val="Ttulo1"/>
        <w:spacing w:before="0" w:line="360" w:lineRule="auto"/>
        <w:jc w:val="both"/>
        <w:rPr>
          <w:szCs w:val="24"/>
        </w:rPr>
      </w:pPr>
      <w:r w:rsidRPr="00174EBA">
        <w:rPr>
          <w:szCs w:val="24"/>
        </w:rPr>
        <w:t>10. DAS DISPOSIÇÕES FINAIS</w:t>
      </w:r>
    </w:p>
    <w:p w14:paraId="7B707793" w14:textId="77777777" w:rsidR="00D4665B" w:rsidRPr="00174EBA" w:rsidRDefault="00000000" w:rsidP="00174EBA">
      <w:pPr>
        <w:spacing w:after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t>10.1. A participação implica ciência e aceitação das regras deste Edital.</w:t>
      </w:r>
    </w:p>
    <w:p w14:paraId="24A8308D" w14:textId="77777777" w:rsidR="00D4665B" w:rsidRPr="00174EBA" w:rsidRDefault="00000000" w:rsidP="00174EBA">
      <w:pPr>
        <w:spacing w:after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t>10.2. É vedada a votação por procuração.</w:t>
      </w:r>
    </w:p>
    <w:p w14:paraId="635B454C" w14:textId="77777777" w:rsidR="00D4665B" w:rsidRPr="00174EBA" w:rsidRDefault="00000000" w:rsidP="00174EBA">
      <w:pPr>
        <w:spacing w:after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t>10.3. Os casos omissos serão decididos pela Comissão Organizadora, observada a Lei Municipal nº 1.733/2026.</w:t>
      </w:r>
    </w:p>
    <w:p w14:paraId="3F7E57AA" w14:textId="77777777" w:rsidR="00D4665B" w:rsidRPr="00174EBA" w:rsidRDefault="00000000" w:rsidP="00174EBA">
      <w:pPr>
        <w:spacing w:after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t>10.4. Este Edital entra em vigor na data de sua publicação.</w:t>
      </w:r>
    </w:p>
    <w:p w14:paraId="6CF5F38A" w14:textId="77777777" w:rsidR="00D4665B" w:rsidRPr="00174EBA" w:rsidRDefault="00D4665B" w:rsidP="00174EBA">
      <w:pPr>
        <w:spacing w:after="0" w:line="360" w:lineRule="auto"/>
        <w:jc w:val="both"/>
        <w:rPr>
          <w:sz w:val="24"/>
          <w:szCs w:val="24"/>
        </w:rPr>
      </w:pPr>
    </w:p>
    <w:p w14:paraId="1D1556CF" w14:textId="77777777" w:rsidR="00AF2894" w:rsidRDefault="00AF2894" w:rsidP="000D4EEF">
      <w:pPr>
        <w:spacing w:after="0" w:line="360" w:lineRule="auto"/>
        <w:jc w:val="right"/>
        <w:rPr>
          <w:i/>
          <w:iCs/>
          <w:sz w:val="24"/>
          <w:szCs w:val="24"/>
        </w:rPr>
      </w:pPr>
    </w:p>
    <w:p w14:paraId="328CECB8" w14:textId="549CC3EE" w:rsidR="00D4665B" w:rsidRPr="000D4EEF" w:rsidRDefault="00000000" w:rsidP="000D4EEF">
      <w:pPr>
        <w:spacing w:after="0" w:line="360" w:lineRule="auto"/>
        <w:jc w:val="right"/>
        <w:rPr>
          <w:i/>
          <w:iCs/>
          <w:sz w:val="24"/>
          <w:szCs w:val="24"/>
        </w:rPr>
      </w:pPr>
      <w:r w:rsidRPr="00AF2894">
        <w:rPr>
          <w:i/>
          <w:iCs/>
          <w:sz w:val="24"/>
          <w:szCs w:val="24"/>
          <w:highlight w:val="yellow"/>
        </w:rPr>
        <w:t xml:space="preserve">Itapeva/MG, </w:t>
      </w:r>
      <w:r w:rsidR="000D4EEF" w:rsidRPr="00AF2894">
        <w:rPr>
          <w:i/>
          <w:iCs/>
          <w:sz w:val="24"/>
          <w:szCs w:val="24"/>
          <w:highlight w:val="yellow"/>
        </w:rPr>
        <w:t>26</w:t>
      </w:r>
      <w:r w:rsidRPr="00AF2894">
        <w:rPr>
          <w:i/>
          <w:iCs/>
          <w:sz w:val="24"/>
          <w:szCs w:val="24"/>
          <w:highlight w:val="yellow"/>
        </w:rPr>
        <w:t xml:space="preserve"> de </w:t>
      </w:r>
      <w:proofErr w:type="spellStart"/>
      <w:r w:rsidRPr="00AF2894">
        <w:rPr>
          <w:i/>
          <w:iCs/>
          <w:sz w:val="24"/>
          <w:szCs w:val="24"/>
          <w:highlight w:val="yellow"/>
        </w:rPr>
        <w:t>agosto</w:t>
      </w:r>
      <w:proofErr w:type="spellEnd"/>
      <w:r w:rsidRPr="00AF2894">
        <w:rPr>
          <w:i/>
          <w:iCs/>
          <w:sz w:val="24"/>
          <w:szCs w:val="24"/>
          <w:highlight w:val="yellow"/>
        </w:rPr>
        <w:t xml:space="preserve"> de 2026.</w:t>
      </w:r>
    </w:p>
    <w:p w14:paraId="636224C9" w14:textId="77777777" w:rsidR="00D4665B" w:rsidRPr="00174EBA" w:rsidRDefault="00D4665B" w:rsidP="00174EBA">
      <w:pPr>
        <w:spacing w:after="0" w:line="360" w:lineRule="auto"/>
        <w:jc w:val="both"/>
        <w:rPr>
          <w:sz w:val="24"/>
          <w:szCs w:val="24"/>
        </w:rPr>
      </w:pPr>
    </w:p>
    <w:p w14:paraId="1278D97F" w14:textId="77777777" w:rsidR="000D4EEF" w:rsidRDefault="000D4EEF" w:rsidP="00174EBA">
      <w:pPr>
        <w:spacing w:after="0" w:line="360" w:lineRule="auto"/>
        <w:jc w:val="both"/>
        <w:rPr>
          <w:b/>
          <w:sz w:val="24"/>
          <w:szCs w:val="24"/>
        </w:rPr>
      </w:pPr>
    </w:p>
    <w:p w14:paraId="46B2B2CB" w14:textId="2E596BAE" w:rsidR="000D4EEF" w:rsidRDefault="000D4EEF" w:rsidP="000D4EEF">
      <w:pPr>
        <w:spacing w:after="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Professor MARCELO GUIDO BEKER</w:t>
      </w:r>
    </w:p>
    <w:p w14:paraId="35332EF6" w14:textId="326E25F3" w:rsidR="00D4665B" w:rsidRPr="000D4EEF" w:rsidRDefault="00174EBA" w:rsidP="000D4EEF">
      <w:pPr>
        <w:spacing w:after="0" w:line="360" w:lineRule="auto"/>
        <w:jc w:val="center"/>
        <w:rPr>
          <w:sz w:val="16"/>
          <w:szCs w:val="16"/>
        </w:rPr>
      </w:pPr>
      <w:r w:rsidRPr="000D4EEF">
        <w:rPr>
          <w:b/>
          <w:sz w:val="16"/>
          <w:szCs w:val="16"/>
        </w:rPr>
        <w:t>DIRETOR</w:t>
      </w:r>
      <w:r w:rsidR="000D4EEF" w:rsidRPr="000D4EEF">
        <w:rPr>
          <w:b/>
          <w:sz w:val="16"/>
          <w:szCs w:val="16"/>
        </w:rPr>
        <w:t xml:space="preserve"> </w:t>
      </w:r>
      <w:r w:rsidR="00000000" w:rsidRPr="000D4EEF">
        <w:rPr>
          <w:b/>
          <w:sz w:val="16"/>
          <w:szCs w:val="16"/>
        </w:rPr>
        <w:t>MUNICIPAL DE CULTURA</w:t>
      </w:r>
      <w:r w:rsidR="000D4EEF" w:rsidRPr="000D4EEF">
        <w:rPr>
          <w:b/>
          <w:sz w:val="16"/>
          <w:szCs w:val="16"/>
        </w:rPr>
        <w:t xml:space="preserve"> </w:t>
      </w:r>
      <w:r w:rsidR="00000000" w:rsidRPr="000D4EEF">
        <w:rPr>
          <w:b/>
          <w:sz w:val="16"/>
          <w:szCs w:val="16"/>
        </w:rPr>
        <w:t>E TURISMO</w:t>
      </w:r>
    </w:p>
    <w:p w14:paraId="079D747A" w14:textId="77777777" w:rsidR="00D4665B" w:rsidRPr="00174EBA" w:rsidRDefault="00000000" w:rsidP="00174EBA">
      <w:pPr>
        <w:spacing w:after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br w:type="page"/>
      </w:r>
    </w:p>
    <w:p w14:paraId="3E8A2F62" w14:textId="77777777" w:rsidR="00D4665B" w:rsidRDefault="00000000" w:rsidP="0095602B">
      <w:pPr>
        <w:spacing w:after="0" w:line="360" w:lineRule="auto"/>
        <w:jc w:val="center"/>
        <w:rPr>
          <w:b/>
          <w:sz w:val="24"/>
          <w:szCs w:val="24"/>
        </w:rPr>
      </w:pPr>
      <w:r w:rsidRPr="00174EBA">
        <w:rPr>
          <w:b/>
          <w:sz w:val="24"/>
          <w:szCs w:val="24"/>
        </w:rPr>
        <w:t>ANEXO I – FICHA DE INSCRIÇÃO / CANDIDATURA</w:t>
      </w:r>
    </w:p>
    <w:p w14:paraId="56488BE1" w14:textId="77777777" w:rsidR="00D4665B" w:rsidRDefault="00000000" w:rsidP="0095602B">
      <w:pPr>
        <w:spacing w:after="0" w:line="360" w:lineRule="auto"/>
        <w:jc w:val="center"/>
        <w:rPr>
          <w:b/>
          <w:sz w:val="24"/>
          <w:szCs w:val="24"/>
        </w:rPr>
      </w:pPr>
      <w:r w:rsidRPr="00174EBA">
        <w:rPr>
          <w:b/>
          <w:sz w:val="24"/>
          <w:szCs w:val="24"/>
        </w:rPr>
        <w:t>FÓRUM DE ELEIÇÃO DA SOCIEDADE CIVIL – CMCI – 11/09/2026</w:t>
      </w:r>
    </w:p>
    <w:p w14:paraId="1D4EE4DB" w14:textId="77777777" w:rsidR="0095602B" w:rsidRPr="00174EBA" w:rsidRDefault="0095602B" w:rsidP="0095602B">
      <w:pPr>
        <w:spacing w:after="0" w:line="360" w:lineRule="auto"/>
        <w:jc w:val="center"/>
        <w:rPr>
          <w:sz w:val="24"/>
          <w:szCs w:val="24"/>
        </w:rPr>
      </w:pPr>
    </w:p>
    <w:p w14:paraId="382B294E" w14:textId="77777777" w:rsidR="00D4665B" w:rsidRPr="00174EBA" w:rsidRDefault="00000000" w:rsidP="00174EBA">
      <w:pPr>
        <w:spacing w:after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t>Nome completo: ______________________________________________________________</w:t>
      </w:r>
    </w:p>
    <w:p w14:paraId="6ADC64C2" w14:textId="77777777" w:rsidR="00D4665B" w:rsidRPr="00174EBA" w:rsidRDefault="00000000" w:rsidP="00174EBA">
      <w:pPr>
        <w:spacing w:after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t>Nome artístico (se houver): ____________________________________________________</w:t>
      </w:r>
    </w:p>
    <w:p w14:paraId="241254FF" w14:textId="77777777" w:rsidR="00D4665B" w:rsidRPr="00174EBA" w:rsidRDefault="00000000" w:rsidP="00174EBA">
      <w:pPr>
        <w:spacing w:after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t>CPF: __________________________ RG: _______________________ Data de nascimento: ___</w:t>
      </w:r>
      <w:proofErr w:type="gramStart"/>
      <w:r w:rsidRPr="00174EBA">
        <w:rPr>
          <w:sz w:val="24"/>
          <w:szCs w:val="24"/>
        </w:rPr>
        <w:t>_/__</w:t>
      </w:r>
      <w:proofErr w:type="gramEnd"/>
      <w:r w:rsidRPr="00174EBA">
        <w:rPr>
          <w:sz w:val="24"/>
          <w:szCs w:val="24"/>
        </w:rPr>
        <w:t>__/______</w:t>
      </w:r>
    </w:p>
    <w:p w14:paraId="6E53917A" w14:textId="77777777" w:rsidR="00D4665B" w:rsidRPr="00174EBA" w:rsidRDefault="00000000" w:rsidP="00174EBA">
      <w:pPr>
        <w:spacing w:after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t>Endereço: ___________________________________________________________________</w:t>
      </w:r>
    </w:p>
    <w:p w14:paraId="1700E32B" w14:textId="77777777" w:rsidR="00D4665B" w:rsidRPr="00174EBA" w:rsidRDefault="00000000" w:rsidP="00174EBA">
      <w:pPr>
        <w:spacing w:after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t>Telefone/WhatsApp: __________________________ E-mail: _____________________________</w:t>
      </w:r>
    </w:p>
    <w:p w14:paraId="1817A730" w14:textId="77777777" w:rsidR="00D4665B" w:rsidRPr="00174EBA" w:rsidRDefault="00000000" w:rsidP="00174EBA">
      <w:pPr>
        <w:pStyle w:val="Ttulo2"/>
        <w:spacing w:before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t>SEGMENTO CULTURAL – assinale apenas um</w:t>
      </w:r>
    </w:p>
    <w:p w14:paraId="5E75A99D" w14:textId="77777777" w:rsidR="00D4665B" w:rsidRPr="00174EBA" w:rsidRDefault="00000000" w:rsidP="00174EBA">
      <w:pPr>
        <w:spacing w:after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t>☐ Música   ☐ Teatro   ☐ Artesanato Local   ☐ Dança   ☐ Artes Visuais   ☐ Literatura</w:t>
      </w:r>
    </w:p>
    <w:p w14:paraId="62F8C952" w14:textId="77777777" w:rsidR="00D4665B" w:rsidRPr="00174EBA" w:rsidRDefault="00000000" w:rsidP="00174EBA">
      <w:pPr>
        <w:pStyle w:val="Ttulo2"/>
        <w:spacing w:before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t>MODALIDADE DE PARTICIPAÇÃO</w:t>
      </w:r>
    </w:p>
    <w:p w14:paraId="7D502E18" w14:textId="77777777" w:rsidR="00D4665B" w:rsidRPr="00174EBA" w:rsidRDefault="00000000" w:rsidP="00174EBA">
      <w:pPr>
        <w:spacing w:after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t>☐ Candidato(a) e eleitor(</w:t>
      </w:r>
      <w:proofErr w:type="gramStart"/>
      <w:r w:rsidRPr="00174EBA">
        <w:rPr>
          <w:sz w:val="24"/>
          <w:szCs w:val="24"/>
        </w:rPr>
        <w:t xml:space="preserve">a)   </w:t>
      </w:r>
      <w:proofErr w:type="gramEnd"/>
      <w:r w:rsidRPr="00174EBA">
        <w:rPr>
          <w:sz w:val="24"/>
          <w:szCs w:val="24"/>
        </w:rPr>
        <w:t xml:space="preserve">  ☐ Somente eleitor(a)</w:t>
      </w:r>
    </w:p>
    <w:p w14:paraId="080550B9" w14:textId="77777777" w:rsidR="00D4665B" w:rsidRPr="00174EBA" w:rsidRDefault="00000000" w:rsidP="00174EBA">
      <w:pPr>
        <w:pStyle w:val="Ttulo2"/>
        <w:spacing w:before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t>ATUAÇÃO / VÍNCULO CULTURAL</w:t>
      </w:r>
    </w:p>
    <w:p w14:paraId="4EF68260" w14:textId="77777777" w:rsidR="00D4665B" w:rsidRPr="00174EBA" w:rsidRDefault="00000000" w:rsidP="00174EBA">
      <w:pPr>
        <w:spacing w:after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t>Descreva resumidamente sua atuação ou vínculo com o segmento indicado:</w:t>
      </w:r>
    </w:p>
    <w:p w14:paraId="61F48D6A" w14:textId="77777777" w:rsidR="00D4665B" w:rsidRPr="00174EBA" w:rsidRDefault="00000000" w:rsidP="00174EBA">
      <w:pPr>
        <w:spacing w:after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t>______________________________________________________________________________</w:t>
      </w:r>
    </w:p>
    <w:p w14:paraId="7DE214F7" w14:textId="77777777" w:rsidR="00D4665B" w:rsidRPr="00174EBA" w:rsidRDefault="00000000" w:rsidP="00174EBA">
      <w:pPr>
        <w:spacing w:after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t>______________________________________________________________________________</w:t>
      </w:r>
    </w:p>
    <w:p w14:paraId="654B326D" w14:textId="77777777" w:rsidR="00D4665B" w:rsidRPr="00174EBA" w:rsidRDefault="00000000" w:rsidP="00174EBA">
      <w:pPr>
        <w:spacing w:after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t>______________________________________________________________________________</w:t>
      </w:r>
    </w:p>
    <w:p w14:paraId="10DA729E" w14:textId="77777777" w:rsidR="00D4665B" w:rsidRPr="00174EBA" w:rsidRDefault="00000000" w:rsidP="00174EBA">
      <w:pPr>
        <w:pStyle w:val="Ttulo2"/>
        <w:spacing w:before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t>DOCUMENTOS</w:t>
      </w:r>
    </w:p>
    <w:p w14:paraId="276BC3E8" w14:textId="77777777" w:rsidR="00D4665B" w:rsidRPr="00174EBA" w:rsidRDefault="00000000" w:rsidP="00174EBA">
      <w:pPr>
        <w:spacing w:after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t>☐ Documento oficial de identificação</w:t>
      </w:r>
    </w:p>
    <w:p w14:paraId="6C477112" w14:textId="77777777" w:rsidR="00D4665B" w:rsidRPr="00174EBA" w:rsidRDefault="00000000" w:rsidP="00174EBA">
      <w:pPr>
        <w:spacing w:after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t>☐ Comprovante de residência ou vínculo com Itapeva/MG</w:t>
      </w:r>
    </w:p>
    <w:p w14:paraId="0BC9BEEC" w14:textId="77777777" w:rsidR="00D4665B" w:rsidRPr="00174EBA" w:rsidRDefault="00000000" w:rsidP="00174EBA">
      <w:pPr>
        <w:spacing w:after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t>☐ Documento ou declaração de atuação/vínculo cultural</w:t>
      </w:r>
    </w:p>
    <w:p w14:paraId="55AE0F1E" w14:textId="77777777" w:rsidR="00D4665B" w:rsidRPr="00174EBA" w:rsidRDefault="00000000" w:rsidP="00174EBA">
      <w:pPr>
        <w:pStyle w:val="Ttulo2"/>
        <w:spacing w:before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t>DECLARAÇÃO</w:t>
      </w:r>
    </w:p>
    <w:p w14:paraId="1186D242" w14:textId="77777777" w:rsidR="00D4665B" w:rsidRPr="00174EBA" w:rsidRDefault="00000000" w:rsidP="00174EBA">
      <w:pPr>
        <w:spacing w:after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t>Declaro que as informações apresentadas são verdadeiras, que possuo atuação ou vínculo com o segmento cultural indicado e que estou ciente de que poderei participar eleitoralmente de apenas um segmento.</w:t>
      </w:r>
    </w:p>
    <w:p w14:paraId="7C3CF814" w14:textId="77777777" w:rsidR="00D4665B" w:rsidRPr="00174EBA" w:rsidRDefault="00000000" w:rsidP="00174EBA">
      <w:pPr>
        <w:spacing w:after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t>Itapeva/MG, ____ de setembro de 2026.</w:t>
      </w:r>
    </w:p>
    <w:p w14:paraId="4A0609C1" w14:textId="77777777" w:rsidR="00D4665B" w:rsidRPr="00174EBA" w:rsidRDefault="00D4665B" w:rsidP="00174EBA">
      <w:pPr>
        <w:spacing w:after="0" w:line="360" w:lineRule="auto"/>
        <w:jc w:val="both"/>
        <w:rPr>
          <w:sz w:val="24"/>
          <w:szCs w:val="24"/>
        </w:rPr>
      </w:pPr>
    </w:p>
    <w:p w14:paraId="64B11FEE" w14:textId="77777777" w:rsidR="00D4665B" w:rsidRPr="00174EBA" w:rsidRDefault="00000000" w:rsidP="00174EBA">
      <w:pPr>
        <w:spacing w:after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t>Assinatura: _________________________________________________________________</w:t>
      </w:r>
    </w:p>
    <w:p w14:paraId="7A22E019" w14:textId="77777777" w:rsidR="00D4665B" w:rsidRPr="00174EBA" w:rsidRDefault="00000000" w:rsidP="00174EBA">
      <w:pPr>
        <w:spacing w:after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t>USO DA ORGANIZAÇÃO – Inscrição nº _____</w:t>
      </w:r>
      <w:proofErr w:type="gramStart"/>
      <w:r w:rsidRPr="00174EBA">
        <w:rPr>
          <w:sz w:val="24"/>
          <w:szCs w:val="24"/>
        </w:rPr>
        <w:t>_  ☐</w:t>
      </w:r>
      <w:proofErr w:type="gramEnd"/>
      <w:r w:rsidRPr="00174EBA">
        <w:rPr>
          <w:sz w:val="24"/>
          <w:szCs w:val="24"/>
        </w:rPr>
        <w:t xml:space="preserve"> </w:t>
      </w:r>
      <w:proofErr w:type="gramStart"/>
      <w:r w:rsidRPr="00174EBA">
        <w:rPr>
          <w:sz w:val="24"/>
          <w:szCs w:val="24"/>
        </w:rPr>
        <w:t>Habilitada  ☐</w:t>
      </w:r>
      <w:proofErr w:type="gramEnd"/>
      <w:r w:rsidRPr="00174EBA">
        <w:rPr>
          <w:sz w:val="24"/>
          <w:szCs w:val="24"/>
        </w:rPr>
        <w:t xml:space="preserve"> Não </w:t>
      </w:r>
      <w:proofErr w:type="gramStart"/>
      <w:r w:rsidRPr="00174EBA">
        <w:rPr>
          <w:sz w:val="24"/>
          <w:szCs w:val="24"/>
        </w:rPr>
        <w:t>habilitada  Segmento</w:t>
      </w:r>
      <w:proofErr w:type="gramEnd"/>
      <w:r w:rsidRPr="00174EBA">
        <w:rPr>
          <w:sz w:val="24"/>
          <w:szCs w:val="24"/>
        </w:rPr>
        <w:t>: __________________</w:t>
      </w:r>
    </w:p>
    <w:p w14:paraId="26FC1BD7" w14:textId="77777777" w:rsidR="00D4665B" w:rsidRPr="00174EBA" w:rsidRDefault="00000000" w:rsidP="00174EBA">
      <w:pPr>
        <w:spacing w:after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br w:type="page"/>
      </w:r>
    </w:p>
    <w:p w14:paraId="30C4CB37" w14:textId="77777777" w:rsidR="00D4665B" w:rsidRDefault="00000000" w:rsidP="0095602B">
      <w:pPr>
        <w:spacing w:after="0" w:line="360" w:lineRule="auto"/>
        <w:jc w:val="center"/>
        <w:rPr>
          <w:b/>
          <w:sz w:val="24"/>
          <w:szCs w:val="24"/>
        </w:rPr>
      </w:pPr>
      <w:r w:rsidRPr="00174EBA">
        <w:rPr>
          <w:b/>
          <w:sz w:val="24"/>
          <w:szCs w:val="24"/>
        </w:rPr>
        <w:t>ANEXO II – LISTA DE CREDENCIAMENTO DE ELEITORES</w:t>
      </w:r>
    </w:p>
    <w:p w14:paraId="04253D10" w14:textId="77777777" w:rsidR="0095602B" w:rsidRPr="00174EBA" w:rsidRDefault="0095602B" w:rsidP="0095602B">
      <w:pPr>
        <w:spacing w:after="0" w:line="360" w:lineRule="auto"/>
        <w:jc w:val="center"/>
        <w:rPr>
          <w:sz w:val="24"/>
          <w:szCs w:val="24"/>
        </w:rPr>
      </w:pPr>
    </w:p>
    <w:p w14:paraId="08B4DB18" w14:textId="77777777" w:rsidR="00D4665B" w:rsidRPr="00174EBA" w:rsidRDefault="00000000" w:rsidP="00174EBA">
      <w:pPr>
        <w:spacing w:after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t>Segmento: ___________________________________</w:t>
      </w:r>
      <w:proofErr w:type="gramStart"/>
      <w:r w:rsidRPr="00174EBA">
        <w:rPr>
          <w:sz w:val="24"/>
          <w:szCs w:val="24"/>
        </w:rPr>
        <w:t xml:space="preserve">_  </w:t>
      </w:r>
      <w:proofErr w:type="gramEnd"/>
      <w:r w:rsidRPr="00174EBA">
        <w:rPr>
          <w:sz w:val="24"/>
          <w:szCs w:val="24"/>
        </w:rPr>
        <w:t xml:space="preserve"> Data: 11/09/2026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615"/>
        <w:gridCol w:w="1615"/>
        <w:gridCol w:w="1615"/>
        <w:gridCol w:w="1615"/>
        <w:gridCol w:w="1615"/>
        <w:gridCol w:w="1615"/>
      </w:tblGrid>
      <w:tr w:rsidR="00D4665B" w:rsidRPr="00174EBA" w14:paraId="2090FB1F" w14:textId="77777777">
        <w:trPr>
          <w:jc w:val="center"/>
        </w:trPr>
        <w:tc>
          <w:tcPr>
            <w:tcW w:w="1615" w:type="dxa"/>
            <w:vAlign w:val="center"/>
          </w:tcPr>
          <w:p w14:paraId="1D45E097" w14:textId="77777777" w:rsidR="00D4665B" w:rsidRPr="00174EBA" w:rsidRDefault="00000000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174EBA">
              <w:rPr>
                <w:b/>
                <w:sz w:val="24"/>
                <w:szCs w:val="24"/>
              </w:rPr>
              <w:t>Nº</w:t>
            </w:r>
          </w:p>
        </w:tc>
        <w:tc>
          <w:tcPr>
            <w:tcW w:w="1615" w:type="dxa"/>
            <w:vAlign w:val="center"/>
          </w:tcPr>
          <w:p w14:paraId="1CC5D587" w14:textId="77777777" w:rsidR="00D4665B" w:rsidRPr="00174EBA" w:rsidRDefault="00000000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174EBA">
              <w:rPr>
                <w:b/>
                <w:sz w:val="24"/>
                <w:szCs w:val="24"/>
              </w:rPr>
              <w:t>Nome completo</w:t>
            </w:r>
          </w:p>
        </w:tc>
        <w:tc>
          <w:tcPr>
            <w:tcW w:w="1615" w:type="dxa"/>
            <w:vAlign w:val="center"/>
          </w:tcPr>
          <w:p w14:paraId="6C9D5942" w14:textId="77777777" w:rsidR="00D4665B" w:rsidRPr="00174EBA" w:rsidRDefault="00000000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174EBA">
              <w:rPr>
                <w:b/>
                <w:sz w:val="24"/>
                <w:szCs w:val="24"/>
              </w:rPr>
              <w:t>CPF</w:t>
            </w:r>
          </w:p>
        </w:tc>
        <w:tc>
          <w:tcPr>
            <w:tcW w:w="1615" w:type="dxa"/>
            <w:vAlign w:val="center"/>
          </w:tcPr>
          <w:p w14:paraId="6B76222C" w14:textId="77777777" w:rsidR="00D4665B" w:rsidRPr="00174EBA" w:rsidRDefault="00000000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174EBA">
              <w:rPr>
                <w:b/>
                <w:sz w:val="24"/>
                <w:szCs w:val="24"/>
              </w:rPr>
              <w:t>Candidato?</w:t>
            </w:r>
          </w:p>
        </w:tc>
        <w:tc>
          <w:tcPr>
            <w:tcW w:w="1615" w:type="dxa"/>
            <w:vAlign w:val="center"/>
          </w:tcPr>
          <w:p w14:paraId="2E09F316" w14:textId="77777777" w:rsidR="00D4665B" w:rsidRPr="00174EBA" w:rsidRDefault="00000000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174EBA">
              <w:rPr>
                <w:b/>
                <w:sz w:val="24"/>
                <w:szCs w:val="24"/>
              </w:rPr>
              <w:t>Documento</w:t>
            </w:r>
          </w:p>
        </w:tc>
        <w:tc>
          <w:tcPr>
            <w:tcW w:w="1615" w:type="dxa"/>
            <w:vAlign w:val="center"/>
          </w:tcPr>
          <w:p w14:paraId="4EBF6BA2" w14:textId="77777777" w:rsidR="00D4665B" w:rsidRPr="00174EBA" w:rsidRDefault="00000000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174EBA">
              <w:rPr>
                <w:b/>
                <w:sz w:val="24"/>
                <w:szCs w:val="24"/>
              </w:rPr>
              <w:t>Assinatura</w:t>
            </w:r>
          </w:p>
        </w:tc>
      </w:tr>
      <w:tr w:rsidR="00D4665B" w:rsidRPr="00174EBA" w14:paraId="16F309FE" w14:textId="77777777">
        <w:trPr>
          <w:jc w:val="center"/>
        </w:trPr>
        <w:tc>
          <w:tcPr>
            <w:tcW w:w="1615" w:type="dxa"/>
            <w:vAlign w:val="center"/>
          </w:tcPr>
          <w:p w14:paraId="74FEA2DC" w14:textId="77777777" w:rsidR="00D4665B" w:rsidRPr="00174EBA" w:rsidRDefault="00000000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174EBA">
              <w:rPr>
                <w:sz w:val="24"/>
                <w:szCs w:val="24"/>
              </w:rPr>
              <w:t>1</w:t>
            </w:r>
          </w:p>
        </w:tc>
        <w:tc>
          <w:tcPr>
            <w:tcW w:w="1615" w:type="dxa"/>
            <w:vAlign w:val="center"/>
          </w:tcPr>
          <w:p w14:paraId="67BAC084" w14:textId="77777777" w:rsidR="00D4665B" w:rsidRPr="00174EBA" w:rsidRDefault="00D4665B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14:paraId="027865B1" w14:textId="77777777" w:rsidR="00D4665B" w:rsidRPr="00174EBA" w:rsidRDefault="00D4665B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14:paraId="5FE1F3B1" w14:textId="77777777" w:rsidR="00D4665B" w:rsidRPr="00174EBA" w:rsidRDefault="00000000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174EBA">
              <w:rPr>
                <w:sz w:val="24"/>
                <w:szCs w:val="24"/>
              </w:rPr>
              <w:t>Sim / Não</w:t>
            </w:r>
          </w:p>
        </w:tc>
        <w:tc>
          <w:tcPr>
            <w:tcW w:w="1615" w:type="dxa"/>
            <w:vAlign w:val="center"/>
          </w:tcPr>
          <w:p w14:paraId="7A4EB693" w14:textId="77777777" w:rsidR="00D4665B" w:rsidRPr="00174EBA" w:rsidRDefault="00D4665B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14:paraId="38BF1E1D" w14:textId="77777777" w:rsidR="00D4665B" w:rsidRPr="00174EBA" w:rsidRDefault="00D4665B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</w:tr>
      <w:tr w:rsidR="00D4665B" w:rsidRPr="00174EBA" w14:paraId="04AADBCA" w14:textId="77777777">
        <w:trPr>
          <w:jc w:val="center"/>
        </w:trPr>
        <w:tc>
          <w:tcPr>
            <w:tcW w:w="1615" w:type="dxa"/>
            <w:vAlign w:val="center"/>
          </w:tcPr>
          <w:p w14:paraId="04D30562" w14:textId="77777777" w:rsidR="00D4665B" w:rsidRPr="00174EBA" w:rsidRDefault="00000000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174EBA">
              <w:rPr>
                <w:sz w:val="24"/>
                <w:szCs w:val="24"/>
              </w:rPr>
              <w:t>2</w:t>
            </w:r>
          </w:p>
        </w:tc>
        <w:tc>
          <w:tcPr>
            <w:tcW w:w="1615" w:type="dxa"/>
            <w:vAlign w:val="center"/>
          </w:tcPr>
          <w:p w14:paraId="2E82253E" w14:textId="77777777" w:rsidR="00D4665B" w:rsidRPr="00174EBA" w:rsidRDefault="00D4665B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14:paraId="51DB8E8B" w14:textId="77777777" w:rsidR="00D4665B" w:rsidRPr="00174EBA" w:rsidRDefault="00D4665B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14:paraId="6EF84E39" w14:textId="77777777" w:rsidR="00D4665B" w:rsidRPr="00174EBA" w:rsidRDefault="00000000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174EBA">
              <w:rPr>
                <w:sz w:val="24"/>
                <w:szCs w:val="24"/>
              </w:rPr>
              <w:t>Sim / Não</w:t>
            </w:r>
          </w:p>
        </w:tc>
        <w:tc>
          <w:tcPr>
            <w:tcW w:w="1615" w:type="dxa"/>
            <w:vAlign w:val="center"/>
          </w:tcPr>
          <w:p w14:paraId="46DDD7D8" w14:textId="77777777" w:rsidR="00D4665B" w:rsidRPr="00174EBA" w:rsidRDefault="00D4665B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14:paraId="47AE4C1D" w14:textId="77777777" w:rsidR="00D4665B" w:rsidRPr="00174EBA" w:rsidRDefault="00D4665B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</w:tr>
      <w:tr w:rsidR="00D4665B" w:rsidRPr="00174EBA" w14:paraId="7D98A483" w14:textId="77777777">
        <w:trPr>
          <w:jc w:val="center"/>
        </w:trPr>
        <w:tc>
          <w:tcPr>
            <w:tcW w:w="1615" w:type="dxa"/>
            <w:vAlign w:val="center"/>
          </w:tcPr>
          <w:p w14:paraId="29BE9366" w14:textId="77777777" w:rsidR="00D4665B" w:rsidRPr="00174EBA" w:rsidRDefault="00000000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174EBA">
              <w:rPr>
                <w:sz w:val="24"/>
                <w:szCs w:val="24"/>
              </w:rPr>
              <w:t>3</w:t>
            </w:r>
          </w:p>
        </w:tc>
        <w:tc>
          <w:tcPr>
            <w:tcW w:w="1615" w:type="dxa"/>
            <w:vAlign w:val="center"/>
          </w:tcPr>
          <w:p w14:paraId="0F2980AE" w14:textId="77777777" w:rsidR="00D4665B" w:rsidRPr="00174EBA" w:rsidRDefault="00D4665B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14:paraId="463A57C5" w14:textId="77777777" w:rsidR="00D4665B" w:rsidRPr="00174EBA" w:rsidRDefault="00D4665B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14:paraId="4746021F" w14:textId="77777777" w:rsidR="00D4665B" w:rsidRPr="00174EBA" w:rsidRDefault="00000000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174EBA">
              <w:rPr>
                <w:sz w:val="24"/>
                <w:szCs w:val="24"/>
              </w:rPr>
              <w:t>Sim / Não</w:t>
            </w:r>
          </w:p>
        </w:tc>
        <w:tc>
          <w:tcPr>
            <w:tcW w:w="1615" w:type="dxa"/>
            <w:vAlign w:val="center"/>
          </w:tcPr>
          <w:p w14:paraId="63CC4C21" w14:textId="77777777" w:rsidR="00D4665B" w:rsidRPr="00174EBA" w:rsidRDefault="00D4665B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14:paraId="2F918B45" w14:textId="77777777" w:rsidR="00D4665B" w:rsidRPr="00174EBA" w:rsidRDefault="00D4665B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</w:tr>
      <w:tr w:rsidR="00D4665B" w:rsidRPr="00174EBA" w14:paraId="561C173C" w14:textId="77777777">
        <w:trPr>
          <w:jc w:val="center"/>
        </w:trPr>
        <w:tc>
          <w:tcPr>
            <w:tcW w:w="1615" w:type="dxa"/>
            <w:vAlign w:val="center"/>
          </w:tcPr>
          <w:p w14:paraId="63EC3C9C" w14:textId="77777777" w:rsidR="00D4665B" w:rsidRPr="00174EBA" w:rsidRDefault="00000000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174EBA">
              <w:rPr>
                <w:sz w:val="24"/>
                <w:szCs w:val="24"/>
              </w:rPr>
              <w:t>4</w:t>
            </w:r>
          </w:p>
        </w:tc>
        <w:tc>
          <w:tcPr>
            <w:tcW w:w="1615" w:type="dxa"/>
            <w:vAlign w:val="center"/>
          </w:tcPr>
          <w:p w14:paraId="78DE12CC" w14:textId="77777777" w:rsidR="00D4665B" w:rsidRPr="00174EBA" w:rsidRDefault="00D4665B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14:paraId="7A840C0D" w14:textId="77777777" w:rsidR="00D4665B" w:rsidRPr="00174EBA" w:rsidRDefault="00D4665B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14:paraId="36CF36F3" w14:textId="77777777" w:rsidR="00D4665B" w:rsidRPr="00174EBA" w:rsidRDefault="00000000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174EBA">
              <w:rPr>
                <w:sz w:val="24"/>
                <w:szCs w:val="24"/>
              </w:rPr>
              <w:t>Sim / Não</w:t>
            </w:r>
          </w:p>
        </w:tc>
        <w:tc>
          <w:tcPr>
            <w:tcW w:w="1615" w:type="dxa"/>
            <w:vAlign w:val="center"/>
          </w:tcPr>
          <w:p w14:paraId="467BD53B" w14:textId="77777777" w:rsidR="00D4665B" w:rsidRPr="00174EBA" w:rsidRDefault="00D4665B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14:paraId="17B000D1" w14:textId="77777777" w:rsidR="00D4665B" w:rsidRPr="00174EBA" w:rsidRDefault="00D4665B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</w:tr>
      <w:tr w:rsidR="00D4665B" w:rsidRPr="00174EBA" w14:paraId="0AFA2B8F" w14:textId="77777777">
        <w:trPr>
          <w:jc w:val="center"/>
        </w:trPr>
        <w:tc>
          <w:tcPr>
            <w:tcW w:w="1615" w:type="dxa"/>
            <w:vAlign w:val="center"/>
          </w:tcPr>
          <w:p w14:paraId="0EB43350" w14:textId="77777777" w:rsidR="00D4665B" w:rsidRPr="00174EBA" w:rsidRDefault="00000000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174EBA">
              <w:rPr>
                <w:sz w:val="24"/>
                <w:szCs w:val="24"/>
              </w:rPr>
              <w:t>5</w:t>
            </w:r>
          </w:p>
        </w:tc>
        <w:tc>
          <w:tcPr>
            <w:tcW w:w="1615" w:type="dxa"/>
            <w:vAlign w:val="center"/>
          </w:tcPr>
          <w:p w14:paraId="322147B9" w14:textId="77777777" w:rsidR="00D4665B" w:rsidRPr="00174EBA" w:rsidRDefault="00D4665B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14:paraId="41C95EDF" w14:textId="77777777" w:rsidR="00D4665B" w:rsidRPr="00174EBA" w:rsidRDefault="00D4665B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14:paraId="6549629B" w14:textId="77777777" w:rsidR="00D4665B" w:rsidRPr="00174EBA" w:rsidRDefault="00000000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174EBA">
              <w:rPr>
                <w:sz w:val="24"/>
                <w:szCs w:val="24"/>
              </w:rPr>
              <w:t>Sim / Não</w:t>
            </w:r>
          </w:p>
        </w:tc>
        <w:tc>
          <w:tcPr>
            <w:tcW w:w="1615" w:type="dxa"/>
            <w:vAlign w:val="center"/>
          </w:tcPr>
          <w:p w14:paraId="4B58CD18" w14:textId="77777777" w:rsidR="00D4665B" w:rsidRPr="00174EBA" w:rsidRDefault="00D4665B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14:paraId="28C0E411" w14:textId="77777777" w:rsidR="00D4665B" w:rsidRPr="00174EBA" w:rsidRDefault="00D4665B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</w:tr>
      <w:tr w:rsidR="00D4665B" w:rsidRPr="00174EBA" w14:paraId="0AD91DC8" w14:textId="77777777">
        <w:trPr>
          <w:jc w:val="center"/>
        </w:trPr>
        <w:tc>
          <w:tcPr>
            <w:tcW w:w="1615" w:type="dxa"/>
            <w:vAlign w:val="center"/>
          </w:tcPr>
          <w:p w14:paraId="3A65B616" w14:textId="77777777" w:rsidR="00D4665B" w:rsidRPr="00174EBA" w:rsidRDefault="00000000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174EBA">
              <w:rPr>
                <w:sz w:val="24"/>
                <w:szCs w:val="24"/>
              </w:rPr>
              <w:t>6</w:t>
            </w:r>
          </w:p>
        </w:tc>
        <w:tc>
          <w:tcPr>
            <w:tcW w:w="1615" w:type="dxa"/>
            <w:vAlign w:val="center"/>
          </w:tcPr>
          <w:p w14:paraId="6B07391D" w14:textId="77777777" w:rsidR="00D4665B" w:rsidRPr="00174EBA" w:rsidRDefault="00D4665B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14:paraId="0F27068C" w14:textId="77777777" w:rsidR="00D4665B" w:rsidRPr="00174EBA" w:rsidRDefault="00D4665B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14:paraId="6732E9D2" w14:textId="77777777" w:rsidR="00D4665B" w:rsidRPr="00174EBA" w:rsidRDefault="00000000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174EBA">
              <w:rPr>
                <w:sz w:val="24"/>
                <w:szCs w:val="24"/>
              </w:rPr>
              <w:t>Sim / Não</w:t>
            </w:r>
          </w:p>
        </w:tc>
        <w:tc>
          <w:tcPr>
            <w:tcW w:w="1615" w:type="dxa"/>
            <w:vAlign w:val="center"/>
          </w:tcPr>
          <w:p w14:paraId="274109A3" w14:textId="77777777" w:rsidR="00D4665B" w:rsidRPr="00174EBA" w:rsidRDefault="00D4665B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14:paraId="051B7EB8" w14:textId="77777777" w:rsidR="00D4665B" w:rsidRPr="00174EBA" w:rsidRDefault="00D4665B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</w:tr>
      <w:tr w:rsidR="00D4665B" w:rsidRPr="00174EBA" w14:paraId="54CFE137" w14:textId="77777777">
        <w:trPr>
          <w:jc w:val="center"/>
        </w:trPr>
        <w:tc>
          <w:tcPr>
            <w:tcW w:w="1615" w:type="dxa"/>
            <w:vAlign w:val="center"/>
          </w:tcPr>
          <w:p w14:paraId="46583954" w14:textId="77777777" w:rsidR="00D4665B" w:rsidRPr="00174EBA" w:rsidRDefault="00000000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174EBA">
              <w:rPr>
                <w:sz w:val="24"/>
                <w:szCs w:val="24"/>
              </w:rPr>
              <w:t>7</w:t>
            </w:r>
          </w:p>
        </w:tc>
        <w:tc>
          <w:tcPr>
            <w:tcW w:w="1615" w:type="dxa"/>
            <w:vAlign w:val="center"/>
          </w:tcPr>
          <w:p w14:paraId="419C23C8" w14:textId="77777777" w:rsidR="00D4665B" w:rsidRPr="00174EBA" w:rsidRDefault="00D4665B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14:paraId="1E158873" w14:textId="77777777" w:rsidR="00D4665B" w:rsidRPr="00174EBA" w:rsidRDefault="00D4665B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14:paraId="3B20609F" w14:textId="77777777" w:rsidR="00D4665B" w:rsidRPr="00174EBA" w:rsidRDefault="00000000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174EBA">
              <w:rPr>
                <w:sz w:val="24"/>
                <w:szCs w:val="24"/>
              </w:rPr>
              <w:t>Sim / Não</w:t>
            </w:r>
          </w:p>
        </w:tc>
        <w:tc>
          <w:tcPr>
            <w:tcW w:w="1615" w:type="dxa"/>
            <w:vAlign w:val="center"/>
          </w:tcPr>
          <w:p w14:paraId="64277A1E" w14:textId="77777777" w:rsidR="00D4665B" w:rsidRPr="00174EBA" w:rsidRDefault="00D4665B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14:paraId="5984C03E" w14:textId="77777777" w:rsidR="00D4665B" w:rsidRPr="00174EBA" w:rsidRDefault="00D4665B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</w:tr>
      <w:tr w:rsidR="00D4665B" w:rsidRPr="00174EBA" w14:paraId="27AAA728" w14:textId="77777777">
        <w:trPr>
          <w:jc w:val="center"/>
        </w:trPr>
        <w:tc>
          <w:tcPr>
            <w:tcW w:w="1615" w:type="dxa"/>
            <w:vAlign w:val="center"/>
          </w:tcPr>
          <w:p w14:paraId="45FFDAE3" w14:textId="77777777" w:rsidR="00D4665B" w:rsidRPr="00174EBA" w:rsidRDefault="00000000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174EBA">
              <w:rPr>
                <w:sz w:val="24"/>
                <w:szCs w:val="24"/>
              </w:rPr>
              <w:t>8</w:t>
            </w:r>
          </w:p>
        </w:tc>
        <w:tc>
          <w:tcPr>
            <w:tcW w:w="1615" w:type="dxa"/>
            <w:vAlign w:val="center"/>
          </w:tcPr>
          <w:p w14:paraId="037D237D" w14:textId="77777777" w:rsidR="00D4665B" w:rsidRPr="00174EBA" w:rsidRDefault="00D4665B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14:paraId="72C730E6" w14:textId="77777777" w:rsidR="00D4665B" w:rsidRPr="00174EBA" w:rsidRDefault="00D4665B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14:paraId="5EABD420" w14:textId="77777777" w:rsidR="00D4665B" w:rsidRPr="00174EBA" w:rsidRDefault="00000000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174EBA">
              <w:rPr>
                <w:sz w:val="24"/>
                <w:szCs w:val="24"/>
              </w:rPr>
              <w:t>Sim / Não</w:t>
            </w:r>
          </w:p>
        </w:tc>
        <w:tc>
          <w:tcPr>
            <w:tcW w:w="1615" w:type="dxa"/>
            <w:vAlign w:val="center"/>
          </w:tcPr>
          <w:p w14:paraId="00F5B11C" w14:textId="77777777" w:rsidR="00D4665B" w:rsidRPr="00174EBA" w:rsidRDefault="00D4665B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14:paraId="6C983EB5" w14:textId="77777777" w:rsidR="00D4665B" w:rsidRPr="00174EBA" w:rsidRDefault="00D4665B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</w:tr>
      <w:tr w:rsidR="00D4665B" w:rsidRPr="00174EBA" w14:paraId="357DDC7E" w14:textId="77777777">
        <w:trPr>
          <w:jc w:val="center"/>
        </w:trPr>
        <w:tc>
          <w:tcPr>
            <w:tcW w:w="1615" w:type="dxa"/>
            <w:vAlign w:val="center"/>
          </w:tcPr>
          <w:p w14:paraId="58DB8338" w14:textId="77777777" w:rsidR="00D4665B" w:rsidRPr="00174EBA" w:rsidRDefault="00000000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174EBA">
              <w:rPr>
                <w:sz w:val="24"/>
                <w:szCs w:val="24"/>
              </w:rPr>
              <w:t>9</w:t>
            </w:r>
          </w:p>
        </w:tc>
        <w:tc>
          <w:tcPr>
            <w:tcW w:w="1615" w:type="dxa"/>
            <w:vAlign w:val="center"/>
          </w:tcPr>
          <w:p w14:paraId="7845E570" w14:textId="77777777" w:rsidR="00D4665B" w:rsidRPr="00174EBA" w:rsidRDefault="00D4665B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14:paraId="2C8001AF" w14:textId="77777777" w:rsidR="00D4665B" w:rsidRPr="00174EBA" w:rsidRDefault="00D4665B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14:paraId="45CD6420" w14:textId="77777777" w:rsidR="00D4665B" w:rsidRPr="00174EBA" w:rsidRDefault="00000000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174EBA">
              <w:rPr>
                <w:sz w:val="24"/>
                <w:szCs w:val="24"/>
              </w:rPr>
              <w:t>Sim / Não</w:t>
            </w:r>
          </w:p>
        </w:tc>
        <w:tc>
          <w:tcPr>
            <w:tcW w:w="1615" w:type="dxa"/>
            <w:vAlign w:val="center"/>
          </w:tcPr>
          <w:p w14:paraId="7386F963" w14:textId="77777777" w:rsidR="00D4665B" w:rsidRPr="00174EBA" w:rsidRDefault="00D4665B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14:paraId="1C1A3C09" w14:textId="77777777" w:rsidR="00D4665B" w:rsidRPr="00174EBA" w:rsidRDefault="00D4665B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</w:tr>
      <w:tr w:rsidR="00D4665B" w:rsidRPr="00174EBA" w14:paraId="20FC161F" w14:textId="77777777">
        <w:trPr>
          <w:jc w:val="center"/>
        </w:trPr>
        <w:tc>
          <w:tcPr>
            <w:tcW w:w="1615" w:type="dxa"/>
            <w:vAlign w:val="center"/>
          </w:tcPr>
          <w:p w14:paraId="3880A298" w14:textId="77777777" w:rsidR="00D4665B" w:rsidRPr="00174EBA" w:rsidRDefault="00000000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174EBA">
              <w:rPr>
                <w:sz w:val="24"/>
                <w:szCs w:val="24"/>
              </w:rPr>
              <w:t>10</w:t>
            </w:r>
          </w:p>
        </w:tc>
        <w:tc>
          <w:tcPr>
            <w:tcW w:w="1615" w:type="dxa"/>
            <w:vAlign w:val="center"/>
          </w:tcPr>
          <w:p w14:paraId="39EA6C5F" w14:textId="77777777" w:rsidR="00D4665B" w:rsidRPr="00174EBA" w:rsidRDefault="00D4665B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14:paraId="714C5977" w14:textId="77777777" w:rsidR="00D4665B" w:rsidRPr="00174EBA" w:rsidRDefault="00D4665B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14:paraId="19112C15" w14:textId="77777777" w:rsidR="00D4665B" w:rsidRPr="00174EBA" w:rsidRDefault="00000000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174EBA">
              <w:rPr>
                <w:sz w:val="24"/>
                <w:szCs w:val="24"/>
              </w:rPr>
              <w:t>Sim / Não</w:t>
            </w:r>
          </w:p>
        </w:tc>
        <w:tc>
          <w:tcPr>
            <w:tcW w:w="1615" w:type="dxa"/>
            <w:vAlign w:val="center"/>
          </w:tcPr>
          <w:p w14:paraId="42D4F33A" w14:textId="77777777" w:rsidR="00D4665B" w:rsidRPr="00174EBA" w:rsidRDefault="00D4665B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14:paraId="7E83CA7D" w14:textId="77777777" w:rsidR="00D4665B" w:rsidRPr="00174EBA" w:rsidRDefault="00D4665B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</w:tr>
      <w:tr w:rsidR="00D4665B" w:rsidRPr="00174EBA" w14:paraId="6CBB7060" w14:textId="77777777">
        <w:trPr>
          <w:jc w:val="center"/>
        </w:trPr>
        <w:tc>
          <w:tcPr>
            <w:tcW w:w="1615" w:type="dxa"/>
            <w:vAlign w:val="center"/>
          </w:tcPr>
          <w:p w14:paraId="01E96EB8" w14:textId="77777777" w:rsidR="00D4665B" w:rsidRPr="00174EBA" w:rsidRDefault="00000000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174EBA">
              <w:rPr>
                <w:sz w:val="24"/>
                <w:szCs w:val="24"/>
              </w:rPr>
              <w:t>11</w:t>
            </w:r>
          </w:p>
        </w:tc>
        <w:tc>
          <w:tcPr>
            <w:tcW w:w="1615" w:type="dxa"/>
            <w:vAlign w:val="center"/>
          </w:tcPr>
          <w:p w14:paraId="734938F2" w14:textId="77777777" w:rsidR="00D4665B" w:rsidRPr="00174EBA" w:rsidRDefault="00D4665B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14:paraId="5B1A8D48" w14:textId="77777777" w:rsidR="00D4665B" w:rsidRPr="00174EBA" w:rsidRDefault="00D4665B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14:paraId="24AAED2F" w14:textId="77777777" w:rsidR="00D4665B" w:rsidRPr="00174EBA" w:rsidRDefault="00000000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174EBA">
              <w:rPr>
                <w:sz w:val="24"/>
                <w:szCs w:val="24"/>
              </w:rPr>
              <w:t>Sim / Não</w:t>
            </w:r>
          </w:p>
        </w:tc>
        <w:tc>
          <w:tcPr>
            <w:tcW w:w="1615" w:type="dxa"/>
            <w:vAlign w:val="center"/>
          </w:tcPr>
          <w:p w14:paraId="4C59D860" w14:textId="77777777" w:rsidR="00D4665B" w:rsidRPr="00174EBA" w:rsidRDefault="00D4665B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14:paraId="2DCEAC79" w14:textId="77777777" w:rsidR="00D4665B" w:rsidRPr="00174EBA" w:rsidRDefault="00D4665B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</w:tr>
      <w:tr w:rsidR="00D4665B" w:rsidRPr="00174EBA" w14:paraId="55CD03CF" w14:textId="77777777">
        <w:trPr>
          <w:jc w:val="center"/>
        </w:trPr>
        <w:tc>
          <w:tcPr>
            <w:tcW w:w="1615" w:type="dxa"/>
            <w:vAlign w:val="center"/>
          </w:tcPr>
          <w:p w14:paraId="6DD30B95" w14:textId="77777777" w:rsidR="00D4665B" w:rsidRPr="00174EBA" w:rsidRDefault="00000000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174EBA">
              <w:rPr>
                <w:sz w:val="24"/>
                <w:szCs w:val="24"/>
              </w:rPr>
              <w:t>12</w:t>
            </w:r>
          </w:p>
        </w:tc>
        <w:tc>
          <w:tcPr>
            <w:tcW w:w="1615" w:type="dxa"/>
            <w:vAlign w:val="center"/>
          </w:tcPr>
          <w:p w14:paraId="547044F2" w14:textId="77777777" w:rsidR="00D4665B" w:rsidRPr="00174EBA" w:rsidRDefault="00D4665B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14:paraId="7211CE74" w14:textId="77777777" w:rsidR="00D4665B" w:rsidRPr="00174EBA" w:rsidRDefault="00D4665B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14:paraId="302A307A" w14:textId="77777777" w:rsidR="00D4665B" w:rsidRPr="00174EBA" w:rsidRDefault="00000000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174EBA">
              <w:rPr>
                <w:sz w:val="24"/>
                <w:szCs w:val="24"/>
              </w:rPr>
              <w:t>Sim / Não</w:t>
            </w:r>
          </w:p>
        </w:tc>
        <w:tc>
          <w:tcPr>
            <w:tcW w:w="1615" w:type="dxa"/>
            <w:vAlign w:val="center"/>
          </w:tcPr>
          <w:p w14:paraId="5D92875E" w14:textId="77777777" w:rsidR="00D4665B" w:rsidRPr="00174EBA" w:rsidRDefault="00D4665B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14:paraId="59601330" w14:textId="77777777" w:rsidR="00D4665B" w:rsidRPr="00174EBA" w:rsidRDefault="00D4665B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</w:tr>
      <w:tr w:rsidR="00D4665B" w:rsidRPr="00174EBA" w14:paraId="47F0A6A4" w14:textId="77777777">
        <w:trPr>
          <w:jc w:val="center"/>
        </w:trPr>
        <w:tc>
          <w:tcPr>
            <w:tcW w:w="1615" w:type="dxa"/>
            <w:vAlign w:val="center"/>
          </w:tcPr>
          <w:p w14:paraId="35180134" w14:textId="77777777" w:rsidR="00D4665B" w:rsidRPr="00174EBA" w:rsidRDefault="00000000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174EBA">
              <w:rPr>
                <w:sz w:val="24"/>
                <w:szCs w:val="24"/>
              </w:rPr>
              <w:t>13</w:t>
            </w:r>
          </w:p>
        </w:tc>
        <w:tc>
          <w:tcPr>
            <w:tcW w:w="1615" w:type="dxa"/>
            <w:vAlign w:val="center"/>
          </w:tcPr>
          <w:p w14:paraId="74F2FC08" w14:textId="77777777" w:rsidR="00D4665B" w:rsidRPr="00174EBA" w:rsidRDefault="00D4665B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14:paraId="28BBBE70" w14:textId="77777777" w:rsidR="00D4665B" w:rsidRPr="00174EBA" w:rsidRDefault="00D4665B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14:paraId="45858828" w14:textId="77777777" w:rsidR="00D4665B" w:rsidRPr="00174EBA" w:rsidRDefault="00000000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174EBA">
              <w:rPr>
                <w:sz w:val="24"/>
                <w:szCs w:val="24"/>
              </w:rPr>
              <w:t>Sim / Não</w:t>
            </w:r>
          </w:p>
        </w:tc>
        <w:tc>
          <w:tcPr>
            <w:tcW w:w="1615" w:type="dxa"/>
            <w:vAlign w:val="center"/>
          </w:tcPr>
          <w:p w14:paraId="2EC54C96" w14:textId="77777777" w:rsidR="00D4665B" w:rsidRPr="00174EBA" w:rsidRDefault="00D4665B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14:paraId="6217D91A" w14:textId="77777777" w:rsidR="00D4665B" w:rsidRPr="00174EBA" w:rsidRDefault="00D4665B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</w:tr>
      <w:tr w:rsidR="00D4665B" w:rsidRPr="00174EBA" w14:paraId="13BDDF14" w14:textId="77777777">
        <w:trPr>
          <w:jc w:val="center"/>
        </w:trPr>
        <w:tc>
          <w:tcPr>
            <w:tcW w:w="1615" w:type="dxa"/>
            <w:vAlign w:val="center"/>
          </w:tcPr>
          <w:p w14:paraId="7635C681" w14:textId="77777777" w:rsidR="00D4665B" w:rsidRPr="00174EBA" w:rsidRDefault="00000000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174EBA">
              <w:rPr>
                <w:sz w:val="24"/>
                <w:szCs w:val="24"/>
              </w:rPr>
              <w:t>14</w:t>
            </w:r>
          </w:p>
        </w:tc>
        <w:tc>
          <w:tcPr>
            <w:tcW w:w="1615" w:type="dxa"/>
            <w:vAlign w:val="center"/>
          </w:tcPr>
          <w:p w14:paraId="080D3668" w14:textId="77777777" w:rsidR="00D4665B" w:rsidRPr="00174EBA" w:rsidRDefault="00D4665B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14:paraId="7DECEADA" w14:textId="77777777" w:rsidR="00D4665B" w:rsidRPr="00174EBA" w:rsidRDefault="00D4665B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14:paraId="04FA9A72" w14:textId="77777777" w:rsidR="00D4665B" w:rsidRPr="00174EBA" w:rsidRDefault="00000000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174EBA">
              <w:rPr>
                <w:sz w:val="24"/>
                <w:szCs w:val="24"/>
              </w:rPr>
              <w:t>Sim / Não</w:t>
            </w:r>
          </w:p>
        </w:tc>
        <w:tc>
          <w:tcPr>
            <w:tcW w:w="1615" w:type="dxa"/>
            <w:vAlign w:val="center"/>
          </w:tcPr>
          <w:p w14:paraId="1D03B499" w14:textId="77777777" w:rsidR="00D4665B" w:rsidRPr="00174EBA" w:rsidRDefault="00D4665B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14:paraId="3234195D" w14:textId="77777777" w:rsidR="00D4665B" w:rsidRPr="00174EBA" w:rsidRDefault="00D4665B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</w:tr>
      <w:tr w:rsidR="00D4665B" w:rsidRPr="00174EBA" w14:paraId="4938954F" w14:textId="77777777">
        <w:trPr>
          <w:jc w:val="center"/>
        </w:trPr>
        <w:tc>
          <w:tcPr>
            <w:tcW w:w="1615" w:type="dxa"/>
            <w:vAlign w:val="center"/>
          </w:tcPr>
          <w:p w14:paraId="7623B105" w14:textId="77777777" w:rsidR="00D4665B" w:rsidRPr="00174EBA" w:rsidRDefault="00000000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174EBA">
              <w:rPr>
                <w:sz w:val="24"/>
                <w:szCs w:val="24"/>
              </w:rPr>
              <w:t>15</w:t>
            </w:r>
          </w:p>
        </w:tc>
        <w:tc>
          <w:tcPr>
            <w:tcW w:w="1615" w:type="dxa"/>
            <w:vAlign w:val="center"/>
          </w:tcPr>
          <w:p w14:paraId="524AF3D8" w14:textId="77777777" w:rsidR="00D4665B" w:rsidRPr="00174EBA" w:rsidRDefault="00D4665B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14:paraId="20797605" w14:textId="77777777" w:rsidR="00D4665B" w:rsidRPr="00174EBA" w:rsidRDefault="00D4665B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14:paraId="6EB15B68" w14:textId="77777777" w:rsidR="00D4665B" w:rsidRPr="00174EBA" w:rsidRDefault="00000000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174EBA">
              <w:rPr>
                <w:sz w:val="24"/>
                <w:szCs w:val="24"/>
              </w:rPr>
              <w:t>Sim / Não</w:t>
            </w:r>
          </w:p>
        </w:tc>
        <w:tc>
          <w:tcPr>
            <w:tcW w:w="1615" w:type="dxa"/>
            <w:vAlign w:val="center"/>
          </w:tcPr>
          <w:p w14:paraId="250C8A76" w14:textId="77777777" w:rsidR="00D4665B" w:rsidRPr="00174EBA" w:rsidRDefault="00D4665B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14:paraId="6D289713" w14:textId="77777777" w:rsidR="00D4665B" w:rsidRPr="00174EBA" w:rsidRDefault="00D4665B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</w:tr>
    </w:tbl>
    <w:p w14:paraId="1AC4D6A3" w14:textId="77777777" w:rsidR="00D4665B" w:rsidRPr="00174EBA" w:rsidRDefault="00000000" w:rsidP="00174EBA">
      <w:pPr>
        <w:spacing w:after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t xml:space="preserve">Total de eleitores </w:t>
      </w:r>
      <w:proofErr w:type="gramStart"/>
      <w:r w:rsidRPr="00174EBA">
        <w:rPr>
          <w:sz w:val="24"/>
          <w:szCs w:val="24"/>
        </w:rPr>
        <w:t>credenciados: _</w:t>
      </w:r>
      <w:proofErr w:type="gramEnd"/>
      <w:r w:rsidRPr="00174EBA">
        <w:rPr>
          <w:sz w:val="24"/>
          <w:szCs w:val="24"/>
        </w:rPr>
        <w:t>_____</w:t>
      </w:r>
    </w:p>
    <w:p w14:paraId="0C6AE404" w14:textId="77777777" w:rsidR="00D4665B" w:rsidRPr="00174EBA" w:rsidRDefault="00000000" w:rsidP="00174EBA">
      <w:pPr>
        <w:spacing w:after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t>Horário de encerramento do credenciamento: _____</w:t>
      </w:r>
      <w:proofErr w:type="gramStart"/>
      <w:r w:rsidRPr="00174EBA">
        <w:rPr>
          <w:sz w:val="24"/>
          <w:szCs w:val="24"/>
        </w:rPr>
        <w:t>_:_</w:t>
      </w:r>
      <w:proofErr w:type="gramEnd"/>
      <w:r w:rsidRPr="00174EBA">
        <w:rPr>
          <w:sz w:val="24"/>
          <w:szCs w:val="24"/>
        </w:rPr>
        <w:t>_____</w:t>
      </w:r>
    </w:p>
    <w:p w14:paraId="7BBA14CA" w14:textId="77777777" w:rsidR="00D4665B" w:rsidRPr="00174EBA" w:rsidRDefault="00000000" w:rsidP="00174EBA">
      <w:pPr>
        <w:spacing w:after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t>Responsáveis: _______________________________________________________________</w:t>
      </w:r>
    </w:p>
    <w:p w14:paraId="2CBC7116" w14:textId="77777777" w:rsidR="00D4665B" w:rsidRPr="00174EBA" w:rsidRDefault="00000000" w:rsidP="00174EBA">
      <w:pPr>
        <w:spacing w:after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br w:type="page"/>
      </w:r>
    </w:p>
    <w:p w14:paraId="544B1B74" w14:textId="77777777" w:rsidR="00D4665B" w:rsidRPr="0095602B" w:rsidRDefault="00000000" w:rsidP="0095602B">
      <w:pPr>
        <w:spacing w:after="0" w:line="360" w:lineRule="auto"/>
        <w:jc w:val="center"/>
        <w:rPr>
          <w:sz w:val="24"/>
          <w:szCs w:val="24"/>
        </w:rPr>
      </w:pPr>
      <w:r w:rsidRPr="0095602B">
        <w:rPr>
          <w:b/>
          <w:sz w:val="24"/>
          <w:szCs w:val="24"/>
        </w:rPr>
        <w:t>ANEXO III – PROCEDIMENTO DE VOTAÇÃO E APURAÇÃO POR SEGMENTO</w:t>
      </w:r>
    </w:p>
    <w:p w14:paraId="0172F8EA" w14:textId="77777777" w:rsidR="0095602B" w:rsidRPr="0095602B" w:rsidRDefault="0095602B" w:rsidP="0095602B">
      <w:pPr>
        <w:spacing w:after="0" w:line="360" w:lineRule="auto"/>
        <w:ind w:left="360"/>
        <w:jc w:val="both"/>
        <w:rPr>
          <w:sz w:val="24"/>
          <w:szCs w:val="24"/>
        </w:rPr>
      </w:pPr>
    </w:p>
    <w:p w14:paraId="60690F66" w14:textId="77777777" w:rsidR="00D4665B" w:rsidRPr="00174EBA" w:rsidRDefault="00000000" w:rsidP="00174EBA">
      <w:pPr>
        <w:spacing w:after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t>1. Conferir a lista de credenciados do segmento e encerrar formalmente o credenciamento.</w:t>
      </w:r>
    </w:p>
    <w:p w14:paraId="3980A93A" w14:textId="77777777" w:rsidR="00D4665B" w:rsidRPr="00174EBA" w:rsidRDefault="00000000" w:rsidP="00174EBA">
      <w:pPr>
        <w:spacing w:after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t>2. Apresentar os candidatos habilitados e esclarecer a quantidade de votos permitida.</w:t>
      </w:r>
    </w:p>
    <w:p w14:paraId="17E8E280" w14:textId="77777777" w:rsidR="00D4665B" w:rsidRPr="00174EBA" w:rsidRDefault="00000000" w:rsidP="00174EBA">
      <w:pPr>
        <w:spacing w:after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t>3. Cada eleitor assina a lista de credenciamento e recebe uma única cédula correspondente ao seu segmento.</w:t>
      </w:r>
    </w:p>
    <w:p w14:paraId="5C460677" w14:textId="77777777" w:rsidR="00D4665B" w:rsidRPr="00174EBA" w:rsidRDefault="00000000" w:rsidP="00174EBA">
      <w:pPr>
        <w:spacing w:after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t>4. O eleitor realiza a marcação de forma reservada e deposita a cédula na urna.</w:t>
      </w:r>
    </w:p>
    <w:p w14:paraId="0572E564" w14:textId="77777777" w:rsidR="00D4665B" w:rsidRPr="00174EBA" w:rsidRDefault="00000000" w:rsidP="00174EBA">
      <w:pPr>
        <w:spacing w:after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t>5. Teatro, Artesanato Local, Dança, Artes Visuais e Literatura: 1 voto por eleitor.</w:t>
      </w:r>
    </w:p>
    <w:p w14:paraId="23D6DEDC" w14:textId="77777777" w:rsidR="00D4665B" w:rsidRPr="00174EBA" w:rsidRDefault="00000000" w:rsidP="00174EBA">
      <w:pPr>
        <w:spacing w:after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t>6. Música: até 2 votos em candidatos distintos por eleitor.</w:t>
      </w:r>
    </w:p>
    <w:p w14:paraId="053053E0" w14:textId="77777777" w:rsidR="00D4665B" w:rsidRPr="00174EBA" w:rsidRDefault="00000000" w:rsidP="00174EBA">
      <w:pPr>
        <w:spacing w:after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t>7. Encerrada a votação, registrar o número de votantes e abrir a urna publicamente.</w:t>
      </w:r>
    </w:p>
    <w:p w14:paraId="2A0E6376" w14:textId="77777777" w:rsidR="00D4665B" w:rsidRPr="00174EBA" w:rsidRDefault="00000000" w:rsidP="00174EBA">
      <w:pPr>
        <w:spacing w:after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t>8. Separar e contabilizar votos válidos, brancos e nulos, registrando candidato por candidato no mapa de apuração.</w:t>
      </w:r>
    </w:p>
    <w:p w14:paraId="050A6A5B" w14:textId="77777777" w:rsidR="00D4665B" w:rsidRPr="00174EBA" w:rsidRDefault="00000000" w:rsidP="00174EBA">
      <w:pPr>
        <w:spacing w:after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t>9. Aplicar, quando necessário, o critério de desempate previsto no Edital.</w:t>
      </w:r>
    </w:p>
    <w:p w14:paraId="7B9ED948" w14:textId="77777777" w:rsidR="00D4665B" w:rsidRPr="00174EBA" w:rsidRDefault="00000000" w:rsidP="00174EBA">
      <w:pPr>
        <w:spacing w:after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t>10. Assinar o mapa de apuração e encaminhar o resultado à mesa geral para proclamação e registro em ata.</w:t>
      </w:r>
    </w:p>
    <w:p w14:paraId="18029027" w14:textId="77777777" w:rsidR="00D4665B" w:rsidRPr="00174EBA" w:rsidRDefault="00000000" w:rsidP="00174EBA">
      <w:pPr>
        <w:spacing w:after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br w:type="page"/>
      </w:r>
    </w:p>
    <w:p w14:paraId="3560D859" w14:textId="77777777" w:rsidR="00D4665B" w:rsidRDefault="00000000" w:rsidP="0095602B">
      <w:pPr>
        <w:spacing w:after="0" w:line="360" w:lineRule="auto"/>
        <w:jc w:val="center"/>
        <w:rPr>
          <w:b/>
          <w:sz w:val="24"/>
          <w:szCs w:val="24"/>
        </w:rPr>
      </w:pPr>
      <w:r w:rsidRPr="00174EBA">
        <w:rPr>
          <w:b/>
          <w:sz w:val="24"/>
          <w:szCs w:val="24"/>
        </w:rPr>
        <w:t>ANEXO IV – MODELOS DE CÉDULA</w:t>
      </w:r>
    </w:p>
    <w:p w14:paraId="5F58A04D" w14:textId="77777777" w:rsidR="00D4665B" w:rsidRPr="00174EBA" w:rsidRDefault="00000000" w:rsidP="0095602B">
      <w:pPr>
        <w:pStyle w:val="Ttu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t>A) SEGMENTOS COM UMA VAGA</w:t>
      </w:r>
    </w:p>
    <w:p w14:paraId="660A9F3C" w14:textId="77777777" w:rsidR="00D4665B" w:rsidRPr="00174EBA" w:rsidRDefault="00000000" w:rsidP="009560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sz w:val="24"/>
          <w:szCs w:val="24"/>
        </w:rPr>
      </w:pPr>
      <w:r w:rsidRPr="00174EBA">
        <w:rPr>
          <w:b/>
          <w:sz w:val="24"/>
          <w:szCs w:val="24"/>
        </w:rPr>
        <w:t>MUNICÍPIO DE ITAPEVA/MG</w:t>
      </w:r>
    </w:p>
    <w:p w14:paraId="408BA4E7" w14:textId="77777777" w:rsidR="00D4665B" w:rsidRPr="00174EBA" w:rsidRDefault="00000000" w:rsidP="009560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sz w:val="24"/>
          <w:szCs w:val="24"/>
        </w:rPr>
      </w:pPr>
      <w:r w:rsidRPr="00174EBA">
        <w:rPr>
          <w:b/>
          <w:sz w:val="24"/>
          <w:szCs w:val="24"/>
        </w:rPr>
        <w:t>FÓRUM DE ELEIÇÃO DA SOCIEDADE CIVIL – CMCI – 11/09/2026</w:t>
      </w:r>
    </w:p>
    <w:p w14:paraId="4841FF2B" w14:textId="77777777" w:rsidR="00D4665B" w:rsidRPr="00174EBA" w:rsidRDefault="00000000" w:rsidP="009560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t>SEGMENTO: ______________________________________</w:t>
      </w:r>
    </w:p>
    <w:p w14:paraId="26E6F8E1" w14:textId="77777777" w:rsidR="00D4665B" w:rsidRPr="00174EBA" w:rsidRDefault="00000000" w:rsidP="009560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t>MARQUE APENAS UM CANDIDATO</w:t>
      </w:r>
    </w:p>
    <w:p w14:paraId="05E68491" w14:textId="77777777" w:rsidR="00D4665B" w:rsidRPr="00174EBA" w:rsidRDefault="00000000" w:rsidP="009560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t>(</w:t>
      </w:r>
      <w:proofErr w:type="gramStart"/>
      <w:r w:rsidRPr="00174EBA">
        <w:rPr>
          <w:sz w:val="24"/>
          <w:szCs w:val="24"/>
        </w:rPr>
        <w:t xml:space="preserve">     ) </w:t>
      </w:r>
      <w:proofErr w:type="gramEnd"/>
      <w:r w:rsidRPr="00174EBA">
        <w:rPr>
          <w:sz w:val="24"/>
          <w:szCs w:val="24"/>
        </w:rPr>
        <w:t>______________________________________________________________</w:t>
      </w:r>
    </w:p>
    <w:p w14:paraId="77786452" w14:textId="77777777" w:rsidR="00D4665B" w:rsidRPr="00174EBA" w:rsidRDefault="00000000" w:rsidP="009560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t>(</w:t>
      </w:r>
      <w:proofErr w:type="gramStart"/>
      <w:r w:rsidRPr="00174EBA">
        <w:rPr>
          <w:sz w:val="24"/>
          <w:szCs w:val="24"/>
        </w:rPr>
        <w:t xml:space="preserve">     ) </w:t>
      </w:r>
      <w:proofErr w:type="gramEnd"/>
      <w:r w:rsidRPr="00174EBA">
        <w:rPr>
          <w:sz w:val="24"/>
          <w:szCs w:val="24"/>
        </w:rPr>
        <w:t>______________________________________________________________</w:t>
      </w:r>
    </w:p>
    <w:p w14:paraId="60ADA016" w14:textId="77777777" w:rsidR="00D4665B" w:rsidRPr="00174EBA" w:rsidRDefault="00000000" w:rsidP="009560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t>(</w:t>
      </w:r>
      <w:proofErr w:type="gramStart"/>
      <w:r w:rsidRPr="00174EBA">
        <w:rPr>
          <w:sz w:val="24"/>
          <w:szCs w:val="24"/>
        </w:rPr>
        <w:t xml:space="preserve">     ) </w:t>
      </w:r>
      <w:proofErr w:type="gramEnd"/>
      <w:r w:rsidRPr="00174EBA">
        <w:rPr>
          <w:sz w:val="24"/>
          <w:szCs w:val="24"/>
        </w:rPr>
        <w:t>______________________________________________________________</w:t>
      </w:r>
    </w:p>
    <w:p w14:paraId="7FE36765" w14:textId="77777777" w:rsidR="00D4665B" w:rsidRPr="00174EBA" w:rsidRDefault="00000000" w:rsidP="009560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t>(</w:t>
      </w:r>
      <w:proofErr w:type="gramStart"/>
      <w:r w:rsidRPr="00174EBA">
        <w:rPr>
          <w:sz w:val="24"/>
          <w:szCs w:val="24"/>
        </w:rPr>
        <w:t xml:space="preserve">     ) </w:t>
      </w:r>
      <w:proofErr w:type="gramEnd"/>
      <w:r w:rsidRPr="00174EBA">
        <w:rPr>
          <w:sz w:val="24"/>
          <w:szCs w:val="24"/>
        </w:rPr>
        <w:t>______________________________________________________________</w:t>
      </w:r>
    </w:p>
    <w:p w14:paraId="5202941D" w14:textId="77777777" w:rsidR="00D4665B" w:rsidRPr="00174EBA" w:rsidRDefault="00000000" w:rsidP="009560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t>(</w:t>
      </w:r>
      <w:proofErr w:type="gramStart"/>
      <w:r w:rsidRPr="00174EBA">
        <w:rPr>
          <w:sz w:val="24"/>
          <w:szCs w:val="24"/>
        </w:rPr>
        <w:t xml:space="preserve">     ) </w:t>
      </w:r>
      <w:proofErr w:type="gramEnd"/>
      <w:r w:rsidRPr="00174EBA">
        <w:rPr>
          <w:sz w:val="24"/>
          <w:szCs w:val="24"/>
        </w:rPr>
        <w:t>______________________________________________________________</w:t>
      </w:r>
    </w:p>
    <w:p w14:paraId="47F8F147" w14:textId="77777777" w:rsidR="00D4665B" w:rsidRPr="00174EBA" w:rsidRDefault="00000000" w:rsidP="009560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t>(</w:t>
      </w:r>
      <w:proofErr w:type="gramStart"/>
      <w:r w:rsidRPr="00174EBA">
        <w:rPr>
          <w:sz w:val="24"/>
          <w:szCs w:val="24"/>
        </w:rPr>
        <w:t xml:space="preserve">     ) </w:t>
      </w:r>
      <w:proofErr w:type="gramEnd"/>
      <w:r w:rsidRPr="00174EBA">
        <w:rPr>
          <w:sz w:val="24"/>
          <w:szCs w:val="24"/>
        </w:rPr>
        <w:t>______________________________________________________________</w:t>
      </w:r>
    </w:p>
    <w:p w14:paraId="344D1B58" w14:textId="77777777" w:rsidR="00D4665B" w:rsidRPr="00174EBA" w:rsidRDefault="00000000" w:rsidP="009560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t>NÃO ASSINE NEM IDENTIFIQUE ESTA CÉDULA.</w:t>
      </w:r>
    </w:p>
    <w:p w14:paraId="0D1EBDB0" w14:textId="77777777" w:rsidR="00D4665B" w:rsidRPr="00174EBA" w:rsidRDefault="00D4665B" w:rsidP="00174EBA">
      <w:pPr>
        <w:spacing w:after="0" w:line="360" w:lineRule="auto"/>
        <w:jc w:val="both"/>
        <w:rPr>
          <w:sz w:val="24"/>
          <w:szCs w:val="24"/>
        </w:rPr>
      </w:pPr>
    </w:p>
    <w:p w14:paraId="6F5FBDAF" w14:textId="77777777" w:rsidR="00D4665B" w:rsidRPr="00174EBA" w:rsidRDefault="00000000" w:rsidP="0095602B">
      <w:pPr>
        <w:pStyle w:val="Ttu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t>B) SEGMENTO MÚSICA – DUAS VAGAS</w:t>
      </w:r>
    </w:p>
    <w:p w14:paraId="46FCDDFB" w14:textId="77777777" w:rsidR="00D4665B" w:rsidRPr="00174EBA" w:rsidRDefault="00000000" w:rsidP="009560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sz w:val="24"/>
          <w:szCs w:val="24"/>
        </w:rPr>
      </w:pPr>
      <w:r w:rsidRPr="00174EBA">
        <w:rPr>
          <w:b/>
          <w:sz w:val="24"/>
          <w:szCs w:val="24"/>
        </w:rPr>
        <w:t>MUNICÍPIO DE ITAPEVA/MG</w:t>
      </w:r>
    </w:p>
    <w:p w14:paraId="6DDCC650" w14:textId="77777777" w:rsidR="00D4665B" w:rsidRPr="00174EBA" w:rsidRDefault="00000000" w:rsidP="009560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sz w:val="24"/>
          <w:szCs w:val="24"/>
        </w:rPr>
      </w:pPr>
      <w:r w:rsidRPr="00174EBA">
        <w:rPr>
          <w:b/>
          <w:sz w:val="24"/>
          <w:szCs w:val="24"/>
        </w:rPr>
        <w:t>FÓRUM DE ELEIÇÃO DA SOCIEDADE CIVIL – CMCI – 11/09/2026</w:t>
      </w:r>
    </w:p>
    <w:p w14:paraId="49B0ECFD" w14:textId="77777777" w:rsidR="00D4665B" w:rsidRPr="00174EBA" w:rsidRDefault="00000000" w:rsidP="009560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t>MARQUE ATÉ DOIS CANDIDATOS DISTINTOS</w:t>
      </w:r>
    </w:p>
    <w:p w14:paraId="23807E8D" w14:textId="77777777" w:rsidR="00D4665B" w:rsidRPr="00174EBA" w:rsidRDefault="00000000" w:rsidP="009560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t>(</w:t>
      </w:r>
      <w:proofErr w:type="gramStart"/>
      <w:r w:rsidRPr="00174EBA">
        <w:rPr>
          <w:sz w:val="24"/>
          <w:szCs w:val="24"/>
        </w:rPr>
        <w:t xml:space="preserve">     ) </w:t>
      </w:r>
      <w:proofErr w:type="gramEnd"/>
      <w:r w:rsidRPr="00174EBA">
        <w:rPr>
          <w:sz w:val="24"/>
          <w:szCs w:val="24"/>
        </w:rPr>
        <w:t>______________________________________________________________</w:t>
      </w:r>
    </w:p>
    <w:p w14:paraId="1383BC7E" w14:textId="77777777" w:rsidR="00D4665B" w:rsidRPr="00174EBA" w:rsidRDefault="00000000" w:rsidP="009560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t>(</w:t>
      </w:r>
      <w:proofErr w:type="gramStart"/>
      <w:r w:rsidRPr="00174EBA">
        <w:rPr>
          <w:sz w:val="24"/>
          <w:szCs w:val="24"/>
        </w:rPr>
        <w:t xml:space="preserve">     ) </w:t>
      </w:r>
      <w:proofErr w:type="gramEnd"/>
      <w:r w:rsidRPr="00174EBA">
        <w:rPr>
          <w:sz w:val="24"/>
          <w:szCs w:val="24"/>
        </w:rPr>
        <w:t>______________________________________________________________</w:t>
      </w:r>
    </w:p>
    <w:p w14:paraId="3FE2FC60" w14:textId="77777777" w:rsidR="00D4665B" w:rsidRPr="00174EBA" w:rsidRDefault="00000000" w:rsidP="009560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t>(</w:t>
      </w:r>
      <w:proofErr w:type="gramStart"/>
      <w:r w:rsidRPr="00174EBA">
        <w:rPr>
          <w:sz w:val="24"/>
          <w:szCs w:val="24"/>
        </w:rPr>
        <w:t xml:space="preserve">     ) </w:t>
      </w:r>
      <w:proofErr w:type="gramEnd"/>
      <w:r w:rsidRPr="00174EBA">
        <w:rPr>
          <w:sz w:val="24"/>
          <w:szCs w:val="24"/>
        </w:rPr>
        <w:t>______________________________________________________________</w:t>
      </w:r>
    </w:p>
    <w:p w14:paraId="01F8B71C" w14:textId="77777777" w:rsidR="00D4665B" w:rsidRPr="00174EBA" w:rsidRDefault="00000000" w:rsidP="009560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t>(</w:t>
      </w:r>
      <w:proofErr w:type="gramStart"/>
      <w:r w:rsidRPr="00174EBA">
        <w:rPr>
          <w:sz w:val="24"/>
          <w:szCs w:val="24"/>
        </w:rPr>
        <w:t xml:space="preserve">     ) </w:t>
      </w:r>
      <w:proofErr w:type="gramEnd"/>
      <w:r w:rsidRPr="00174EBA">
        <w:rPr>
          <w:sz w:val="24"/>
          <w:szCs w:val="24"/>
        </w:rPr>
        <w:t>______________________________________________________________</w:t>
      </w:r>
    </w:p>
    <w:p w14:paraId="3D95648B" w14:textId="77777777" w:rsidR="00D4665B" w:rsidRPr="00174EBA" w:rsidRDefault="00000000" w:rsidP="009560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t>(</w:t>
      </w:r>
      <w:proofErr w:type="gramStart"/>
      <w:r w:rsidRPr="00174EBA">
        <w:rPr>
          <w:sz w:val="24"/>
          <w:szCs w:val="24"/>
        </w:rPr>
        <w:t xml:space="preserve">     ) </w:t>
      </w:r>
      <w:proofErr w:type="gramEnd"/>
      <w:r w:rsidRPr="00174EBA">
        <w:rPr>
          <w:sz w:val="24"/>
          <w:szCs w:val="24"/>
        </w:rPr>
        <w:t>______________________________________________________________</w:t>
      </w:r>
    </w:p>
    <w:p w14:paraId="273F0B41" w14:textId="77777777" w:rsidR="00D4665B" w:rsidRPr="00174EBA" w:rsidRDefault="00000000" w:rsidP="009560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t>(</w:t>
      </w:r>
      <w:proofErr w:type="gramStart"/>
      <w:r w:rsidRPr="00174EBA">
        <w:rPr>
          <w:sz w:val="24"/>
          <w:szCs w:val="24"/>
        </w:rPr>
        <w:t xml:space="preserve">     ) </w:t>
      </w:r>
      <w:proofErr w:type="gramEnd"/>
      <w:r w:rsidRPr="00174EBA">
        <w:rPr>
          <w:sz w:val="24"/>
          <w:szCs w:val="24"/>
        </w:rPr>
        <w:t>______________________________________________________________</w:t>
      </w:r>
    </w:p>
    <w:p w14:paraId="389F9687" w14:textId="77777777" w:rsidR="00D4665B" w:rsidRPr="00174EBA" w:rsidRDefault="00000000" w:rsidP="009560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t>(</w:t>
      </w:r>
      <w:proofErr w:type="gramStart"/>
      <w:r w:rsidRPr="00174EBA">
        <w:rPr>
          <w:sz w:val="24"/>
          <w:szCs w:val="24"/>
        </w:rPr>
        <w:t xml:space="preserve">     ) </w:t>
      </w:r>
      <w:proofErr w:type="gramEnd"/>
      <w:r w:rsidRPr="00174EBA">
        <w:rPr>
          <w:sz w:val="24"/>
          <w:szCs w:val="24"/>
        </w:rPr>
        <w:t>______________________________________________________________</w:t>
      </w:r>
    </w:p>
    <w:p w14:paraId="5D5E91AF" w14:textId="77777777" w:rsidR="00D4665B" w:rsidRPr="00174EBA" w:rsidRDefault="00000000" w:rsidP="009560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t>(</w:t>
      </w:r>
      <w:proofErr w:type="gramStart"/>
      <w:r w:rsidRPr="00174EBA">
        <w:rPr>
          <w:sz w:val="24"/>
          <w:szCs w:val="24"/>
        </w:rPr>
        <w:t xml:space="preserve">     ) </w:t>
      </w:r>
      <w:proofErr w:type="gramEnd"/>
      <w:r w:rsidRPr="00174EBA">
        <w:rPr>
          <w:sz w:val="24"/>
          <w:szCs w:val="24"/>
        </w:rPr>
        <w:t>______________________________________________________________</w:t>
      </w:r>
    </w:p>
    <w:p w14:paraId="1007BBD9" w14:textId="77777777" w:rsidR="00D4665B" w:rsidRPr="00174EBA" w:rsidRDefault="00000000" w:rsidP="009560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t>NÃO ASSINE NEM IDENTIFIQUE ESTA CÉDULA.</w:t>
      </w:r>
    </w:p>
    <w:p w14:paraId="7F47A6C4" w14:textId="0C4E983E" w:rsidR="00D4665B" w:rsidRDefault="00000000" w:rsidP="007B3012">
      <w:pPr>
        <w:spacing w:after="0" w:line="360" w:lineRule="auto"/>
        <w:jc w:val="center"/>
        <w:rPr>
          <w:b/>
          <w:sz w:val="24"/>
          <w:szCs w:val="24"/>
        </w:rPr>
      </w:pPr>
      <w:r w:rsidRPr="00174EBA">
        <w:rPr>
          <w:sz w:val="24"/>
          <w:szCs w:val="24"/>
        </w:rPr>
        <w:br w:type="page"/>
      </w:r>
      <w:r w:rsidRPr="00174EBA">
        <w:rPr>
          <w:b/>
          <w:sz w:val="24"/>
          <w:szCs w:val="24"/>
        </w:rPr>
        <w:t>ANEXO V – MAPA DE APURAÇÃO</w:t>
      </w:r>
    </w:p>
    <w:p w14:paraId="4FDED653" w14:textId="77777777" w:rsidR="007B3012" w:rsidRPr="00174EBA" w:rsidRDefault="007B3012" w:rsidP="007B3012">
      <w:pPr>
        <w:spacing w:after="0" w:line="360" w:lineRule="auto"/>
        <w:jc w:val="center"/>
        <w:rPr>
          <w:sz w:val="24"/>
          <w:szCs w:val="24"/>
        </w:rPr>
      </w:pPr>
    </w:p>
    <w:p w14:paraId="7AD5B14C" w14:textId="77777777" w:rsidR="00D4665B" w:rsidRPr="00174EBA" w:rsidRDefault="00000000" w:rsidP="00174EBA">
      <w:pPr>
        <w:spacing w:after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t>Segmento: ____________________________________________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4844"/>
        <w:gridCol w:w="4844"/>
      </w:tblGrid>
      <w:tr w:rsidR="00D4665B" w:rsidRPr="00174EBA" w14:paraId="12547304" w14:textId="77777777">
        <w:trPr>
          <w:jc w:val="center"/>
        </w:trPr>
        <w:tc>
          <w:tcPr>
            <w:tcW w:w="4844" w:type="dxa"/>
            <w:vAlign w:val="center"/>
          </w:tcPr>
          <w:p w14:paraId="72FFB9CD" w14:textId="77777777" w:rsidR="00D4665B" w:rsidRPr="00174EBA" w:rsidRDefault="00000000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174EBA">
              <w:rPr>
                <w:b/>
                <w:sz w:val="24"/>
                <w:szCs w:val="24"/>
              </w:rPr>
              <w:t>CANDIDATO</w:t>
            </w:r>
          </w:p>
        </w:tc>
        <w:tc>
          <w:tcPr>
            <w:tcW w:w="4844" w:type="dxa"/>
            <w:vAlign w:val="center"/>
          </w:tcPr>
          <w:p w14:paraId="5787DDCA" w14:textId="77777777" w:rsidR="00D4665B" w:rsidRPr="00174EBA" w:rsidRDefault="00000000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174EBA">
              <w:rPr>
                <w:b/>
                <w:sz w:val="24"/>
                <w:szCs w:val="24"/>
              </w:rPr>
              <w:t>VOTOS</w:t>
            </w:r>
          </w:p>
        </w:tc>
      </w:tr>
      <w:tr w:rsidR="00D4665B" w:rsidRPr="00174EBA" w14:paraId="1127E9EA" w14:textId="77777777">
        <w:trPr>
          <w:jc w:val="center"/>
        </w:trPr>
        <w:tc>
          <w:tcPr>
            <w:tcW w:w="4844" w:type="dxa"/>
            <w:vAlign w:val="center"/>
          </w:tcPr>
          <w:p w14:paraId="4CCD11C1" w14:textId="77777777" w:rsidR="00D4665B" w:rsidRPr="00174EBA" w:rsidRDefault="00D4665B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844" w:type="dxa"/>
            <w:vAlign w:val="center"/>
          </w:tcPr>
          <w:p w14:paraId="722F06E1" w14:textId="77777777" w:rsidR="00D4665B" w:rsidRPr="00174EBA" w:rsidRDefault="00D4665B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</w:tr>
      <w:tr w:rsidR="00D4665B" w:rsidRPr="00174EBA" w14:paraId="58089C0D" w14:textId="77777777">
        <w:trPr>
          <w:jc w:val="center"/>
        </w:trPr>
        <w:tc>
          <w:tcPr>
            <w:tcW w:w="4844" w:type="dxa"/>
            <w:vAlign w:val="center"/>
          </w:tcPr>
          <w:p w14:paraId="4345795E" w14:textId="77777777" w:rsidR="00D4665B" w:rsidRPr="00174EBA" w:rsidRDefault="00D4665B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844" w:type="dxa"/>
            <w:vAlign w:val="center"/>
          </w:tcPr>
          <w:p w14:paraId="5B4DF04D" w14:textId="77777777" w:rsidR="00D4665B" w:rsidRPr="00174EBA" w:rsidRDefault="00D4665B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</w:tr>
      <w:tr w:rsidR="00D4665B" w:rsidRPr="00174EBA" w14:paraId="410D14F8" w14:textId="77777777">
        <w:trPr>
          <w:jc w:val="center"/>
        </w:trPr>
        <w:tc>
          <w:tcPr>
            <w:tcW w:w="4844" w:type="dxa"/>
            <w:vAlign w:val="center"/>
          </w:tcPr>
          <w:p w14:paraId="5D579602" w14:textId="77777777" w:rsidR="00D4665B" w:rsidRPr="00174EBA" w:rsidRDefault="00D4665B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844" w:type="dxa"/>
            <w:vAlign w:val="center"/>
          </w:tcPr>
          <w:p w14:paraId="0422AB2A" w14:textId="77777777" w:rsidR="00D4665B" w:rsidRPr="00174EBA" w:rsidRDefault="00D4665B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</w:tr>
      <w:tr w:rsidR="00D4665B" w:rsidRPr="00174EBA" w14:paraId="2ABD088D" w14:textId="77777777">
        <w:trPr>
          <w:jc w:val="center"/>
        </w:trPr>
        <w:tc>
          <w:tcPr>
            <w:tcW w:w="4844" w:type="dxa"/>
            <w:vAlign w:val="center"/>
          </w:tcPr>
          <w:p w14:paraId="2DEA361A" w14:textId="77777777" w:rsidR="00D4665B" w:rsidRPr="00174EBA" w:rsidRDefault="00D4665B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844" w:type="dxa"/>
            <w:vAlign w:val="center"/>
          </w:tcPr>
          <w:p w14:paraId="0D2A4C47" w14:textId="77777777" w:rsidR="00D4665B" w:rsidRPr="00174EBA" w:rsidRDefault="00D4665B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</w:tr>
      <w:tr w:rsidR="00D4665B" w:rsidRPr="00174EBA" w14:paraId="3073DD89" w14:textId="77777777">
        <w:trPr>
          <w:jc w:val="center"/>
        </w:trPr>
        <w:tc>
          <w:tcPr>
            <w:tcW w:w="4844" w:type="dxa"/>
            <w:vAlign w:val="center"/>
          </w:tcPr>
          <w:p w14:paraId="30FDCB03" w14:textId="77777777" w:rsidR="00D4665B" w:rsidRPr="00174EBA" w:rsidRDefault="00D4665B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844" w:type="dxa"/>
            <w:vAlign w:val="center"/>
          </w:tcPr>
          <w:p w14:paraId="1361F800" w14:textId="77777777" w:rsidR="00D4665B" w:rsidRPr="00174EBA" w:rsidRDefault="00D4665B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</w:tr>
      <w:tr w:rsidR="00D4665B" w:rsidRPr="00174EBA" w14:paraId="47CD05D9" w14:textId="77777777">
        <w:trPr>
          <w:jc w:val="center"/>
        </w:trPr>
        <w:tc>
          <w:tcPr>
            <w:tcW w:w="4844" w:type="dxa"/>
            <w:vAlign w:val="center"/>
          </w:tcPr>
          <w:p w14:paraId="680699D3" w14:textId="77777777" w:rsidR="00D4665B" w:rsidRPr="00174EBA" w:rsidRDefault="00D4665B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844" w:type="dxa"/>
            <w:vAlign w:val="center"/>
          </w:tcPr>
          <w:p w14:paraId="60481150" w14:textId="77777777" w:rsidR="00D4665B" w:rsidRPr="00174EBA" w:rsidRDefault="00D4665B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</w:tr>
      <w:tr w:rsidR="00D4665B" w:rsidRPr="00174EBA" w14:paraId="495FEC62" w14:textId="77777777">
        <w:trPr>
          <w:jc w:val="center"/>
        </w:trPr>
        <w:tc>
          <w:tcPr>
            <w:tcW w:w="4844" w:type="dxa"/>
            <w:vAlign w:val="center"/>
          </w:tcPr>
          <w:p w14:paraId="1F66433B" w14:textId="77777777" w:rsidR="00D4665B" w:rsidRPr="00174EBA" w:rsidRDefault="00D4665B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844" w:type="dxa"/>
            <w:vAlign w:val="center"/>
          </w:tcPr>
          <w:p w14:paraId="312DE967" w14:textId="77777777" w:rsidR="00D4665B" w:rsidRPr="00174EBA" w:rsidRDefault="00D4665B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</w:tr>
      <w:tr w:rsidR="00D4665B" w:rsidRPr="00174EBA" w14:paraId="5D229DD2" w14:textId="77777777">
        <w:trPr>
          <w:jc w:val="center"/>
        </w:trPr>
        <w:tc>
          <w:tcPr>
            <w:tcW w:w="4844" w:type="dxa"/>
            <w:vAlign w:val="center"/>
          </w:tcPr>
          <w:p w14:paraId="7FFC4EE1" w14:textId="77777777" w:rsidR="00D4665B" w:rsidRPr="00174EBA" w:rsidRDefault="00D4665B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844" w:type="dxa"/>
            <w:vAlign w:val="center"/>
          </w:tcPr>
          <w:p w14:paraId="0D6B016E" w14:textId="77777777" w:rsidR="00D4665B" w:rsidRPr="00174EBA" w:rsidRDefault="00D4665B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</w:tr>
      <w:tr w:rsidR="00D4665B" w:rsidRPr="00174EBA" w14:paraId="230A28D5" w14:textId="77777777">
        <w:trPr>
          <w:jc w:val="center"/>
        </w:trPr>
        <w:tc>
          <w:tcPr>
            <w:tcW w:w="4844" w:type="dxa"/>
            <w:vAlign w:val="center"/>
          </w:tcPr>
          <w:p w14:paraId="140D585C" w14:textId="77777777" w:rsidR="00D4665B" w:rsidRPr="00174EBA" w:rsidRDefault="00000000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174EBA">
              <w:rPr>
                <w:b/>
                <w:sz w:val="24"/>
                <w:szCs w:val="24"/>
              </w:rPr>
              <w:t>Votos válidos</w:t>
            </w:r>
          </w:p>
        </w:tc>
        <w:tc>
          <w:tcPr>
            <w:tcW w:w="4844" w:type="dxa"/>
            <w:vAlign w:val="center"/>
          </w:tcPr>
          <w:p w14:paraId="5F037772" w14:textId="77777777" w:rsidR="00D4665B" w:rsidRPr="00174EBA" w:rsidRDefault="00D4665B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</w:tr>
      <w:tr w:rsidR="00D4665B" w:rsidRPr="00174EBA" w14:paraId="174BE305" w14:textId="77777777">
        <w:trPr>
          <w:jc w:val="center"/>
        </w:trPr>
        <w:tc>
          <w:tcPr>
            <w:tcW w:w="4844" w:type="dxa"/>
            <w:vAlign w:val="center"/>
          </w:tcPr>
          <w:p w14:paraId="57CD33BE" w14:textId="77777777" w:rsidR="00D4665B" w:rsidRPr="00174EBA" w:rsidRDefault="00000000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174EBA">
              <w:rPr>
                <w:b/>
                <w:sz w:val="24"/>
                <w:szCs w:val="24"/>
              </w:rPr>
              <w:t>Votos em branco</w:t>
            </w:r>
          </w:p>
        </w:tc>
        <w:tc>
          <w:tcPr>
            <w:tcW w:w="4844" w:type="dxa"/>
            <w:vAlign w:val="center"/>
          </w:tcPr>
          <w:p w14:paraId="7646DAFC" w14:textId="77777777" w:rsidR="00D4665B" w:rsidRPr="00174EBA" w:rsidRDefault="00D4665B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</w:tr>
      <w:tr w:rsidR="00D4665B" w:rsidRPr="00174EBA" w14:paraId="65A71F8C" w14:textId="77777777">
        <w:trPr>
          <w:jc w:val="center"/>
        </w:trPr>
        <w:tc>
          <w:tcPr>
            <w:tcW w:w="4844" w:type="dxa"/>
            <w:vAlign w:val="center"/>
          </w:tcPr>
          <w:p w14:paraId="5550F8D4" w14:textId="77777777" w:rsidR="00D4665B" w:rsidRPr="00174EBA" w:rsidRDefault="00000000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174EBA">
              <w:rPr>
                <w:b/>
                <w:sz w:val="24"/>
                <w:szCs w:val="24"/>
              </w:rPr>
              <w:t>Votos nulos</w:t>
            </w:r>
          </w:p>
        </w:tc>
        <w:tc>
          <w:tcPr>
            <w:tcW w:w="4844" w:type="dxa"/>
            <w:vAlign w:val="center"/>
          </w:tcPr>
          <w:p w14:paraId="1E66B7D5" w14:textId="77777777" w:rsidR="00D4665B" w:rsidRPr="00174EBA" w:rsidRDefault="00D4665B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</w:tr>
      <w:tr w:rsidR="00D4665B" w:rsidRPr="00174EBA" w14:paraId="6CCCA449" w14:textId="77777777">
        <w:trPr>
          <w:jc w:val="center"/>
        </w:trPr>
        <w:tc>
          <w:tcPr>
            <w:tcW w:w="4844" w:type="dxa"/>
            <w:vAlign w:val="center"/>
          </w:tcPr>
          <w:p w14:paraId="57722E67" w14:textId="77777777" w:rsidR="00D4665B" w:rsidRPr="00174EBA" w:rsidRDefault="00000000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174EBA">
              <w:rPr>
                <w:b/>
                <w:sz w:val="24"/>
                <w:szCs w:val="24"/>
              </w:rPr>
              <w:t>Total de cédulas</w:t>
            </w:r>
          </w:p>
        </w:tc>
        <w:tc>
          <w:tcPr>
            <w:tcW w:w="4844" w:type="dxa"/>
            <w:vAlign w:val="center"/>
          </w:tcPr>
          <w:p w14:paraId="526AF883" w14:textId="77777777" w:rsidR="00D4665B" w:rsidRPr="00174EBA" w:rsidRDefault="00D4665B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</w:tr>
    </w:tbl>
    <w:p w14:paraId="01C7778A" w14:textId="77777777" w:rsidR="00D4665B" w:rsidRPr="00174EBA" w:rsidRDefault="00000000" w:rsidP="00174EBA">
      <w:pPr>
        <w:spacing w:after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t>Ocorrências / desempates: _____________________________________________________</w:t>
      </w:r>
    </w:p>
    <w:p w14:paraId="5C4195B7" w14:textId="77777777" w:rsidR="00D4665B" w:rsidRPr="00174EBA" w:rsidRDefault="00000000" w:rsidP="00174EBA">
      <w:pPr>
        <w:spacing w:after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t>______________________________________________________________________________</w:t>
      </w:r>
    </w:p>
    <w:p w14:paraId="5B196A3E" w14:textId="77777777" w:rsidR="00D4665B" w:rsidRPr="00174EBA" w:rsidRDefault="00000000" w:rsidP="00174EBA">
      <w:pPr>
        <w:spacing w:after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t>Assinaturas da mesa: _________________________________________________________</w:t>
      </w:r>
    </w:p>
    <w:p w14:paraId="790DB86B" w14:textId="77777777" w:rsidR="00D4665B" w:rsidRPr="00174EBA" w:rsidRDefault="00000000" w:rsidP="00174EBA">
      <w:pPr>
        <w:spacing w:after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br w:type="page"/>
      </w:r>
    </w:p>
    <w:p w14:paraId="1E68D04B" w14:textId="77777777" w:rsidR="00D4665B" w:rsidRDefault="00000000" w:rsidP="007B3012">
      <w:pPr>
        <w:spacing w:after="0" w:line="360" w:lineRule="auto"/>
        <w:jc w:val="center"/>
        <w:rPr>
          <w:b/>
          <w:sz w:val="24"/>
          <w:szCs w:val="24"/>
        </w:rPr>
      </w:pPr>
      <w:r w:rsidRPr="00174EBA">
        <w:rPr>
          <w:b/>
          <w:sz w:val="24"/>
          <w:szCs w:val="24"/>
        </w:rPr>
        <w:t>ANEXO VI – MODELO DE ATA DO FÓRUM</w:t>
      </w:r>
    </w:p>
    <w:p w14:paraId="17CAB158" w14:textId="77777777" w:rsidR="007B3012" w:rsidRPr="00174EBA" w:rsidRDefault="007B3012" w:rsidP="007B3012">
      <w:pPr>
        <w:spacing w:after="0" w:line="360" w:lineRule="auto"/>
        <w:jc w:val="center"/>
        <w:rPr>
          <w:sz w:val="24"/>
          <w:szCs w:val="24"/>
        </w:rPr>
      </w:pPr>
    </w:p>
    <w:p w14:paraId="360B849E" w14:textId="77777777" w:rsidR="00D4665B" w:rsidRPr="00174EBA" w:rsidRDefault="00000000" w:rsidP="00174EBA">
      <w:pPr>
        <w:spacing w:after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t>Aos onze dias do mês de setembro do ano de dois mil e vinte e seis, às ____ horas, no(a) ________________________________, situado(a) à ________________________________________, no Município de Itapeva, Estado de Minas Gerais, realizou-se o Fórum de Eleição dos Representantes da Sociedade Civil para composição do Conselho Municipal de Cultura de Itapeva/MG – CMCI, convocado nos termos do Edital nº ___/2026 e da Lei Municipal nº 1.733, de 29 de maio de 2026.</w:t>
      </w:r>
    </w:p>
    <w:p w14:paraId="72EB8427" w14:textId="77777777" w:rsidR="00D4665B" w:rsidRPr="00174EBA" w:rsidRDefault="00000000" w:rsidP="00174EBA">
      <w:pPr>
        <w:spacing w:after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t>Aberto o Fórum, foram apresentadas aos participantes as normas do processo eleitoral, a composição do Conselho e os procedimentos de votação e apuração. Concluído o credenciamento, registrou-se a participação de ____ eleitores no segmento Música; ____ no Teatro; ____ no Artesanato Local; ____ na Dança; ____ nas Artes Visuais; e ____ na Literatura.</w:t>
      </w:r>
    </w:p>
    <w:p w14:paraId="5039B571" w14:textId="77777777" w:rsidR="00D4665B" w:rsidRPr="00174EBA" w:rsidRDefault="00000000" w:rsidP="00174EBA">
      <w:pPr>
        <w:spacing w:after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t xml:space="preserve">Após </w:t>
      </w:r>
      <w:proofErr w:type="gramStart"/>
      <w:r w:rsidRPr="00174EBA">
        <w:rPr>
          <w:sz w:val="24"/>
          <w:szCs w:val="24"/>
        </w:rPr>
        <w:t>a</w:t>
      </w:r>
      <w:proofErr w:type="gramEnd"/>
      <w:r w:rsidRPr="00174EBA">
        <w:rPr>
          <w:sz w:val="24"/>
          <w:szCs w:val="24"/>
        </w:rPr>
        <w:t xml:space="preserve"> apresentação dos candidatos, os participantes foram organizados por segmento, procedendo-se à votação direta e secreta entre seus respectivos pares. Encerrada a votação, realizou-se publicamente </w:t>
      </w:r>
      <w:proofErr w:type="gramStart"/>
      <w:r w:rsidRPr="00174EBA">
        <w:rPr>
          <w:sz w:val="24"/>
          <w:szCs w:val="24"/>
        </w:rPr>
        <w:t>a</w:t>
      </w:r>
      <w:proofErr w:type="gramEnd"/>
      <w:r w:rsidRPr="00174EBA">
        <w:rPr>
          <w:sz w:val="24"/>
          <w:szCs w:val="24"/>
        </w:rPr>
        <w:t xml:space="preserve"> apuração.</w:t>
      </w:r>
    </w:p>
    <w:p w14:paraId="50F291D5" w14:textId="77777777" w:rsidR="00D4665B" w:rsidRPr="00174EBA" w:rsidRDefault="00000000" w:rsidP="001E67CE">
      <w:pPr>
        <w:spacing w:after="0" w:line="360" w:lineRule="auto"/>
        <w:jc w:val="center"/>
        <w:rPr>
          <w:sz w:val="24"/>
          <w:szCs w:val="24"/>
        </w:rPr>
      </w:pPr>
      <w:r w:rsidRPr="00174EBA">
        <w:rPr>
          <w:sz w:val="24"/>
          <w:szCs w:val="24"/>
        </w:rPr>
        <w:t xml:space="preserve">MÚSICA – Resultado: ____________________________________________________________. Titulares eleitos: __________________________________ e __________________________________. </w:t>
      </w:r>
      <w:proofErr w:type="spellStart"/>
      <w:r w:rsidRPr="00174EBA">
        <w:rPr>
          <w:sz w:val="24"/>
          <w:szCs w:val="24"/>
        </w:rPr>
        <w:t>Suplentes</w:t>
      </w:r>
      <w:proofErr w:type="spellEnd"/>
      <w:r w:rsidRPr="00174EBA">
        <w:rPr>
          <w:sz w:val="24"/>
          <w:szCs w:val="24"/>
        </w:rPr>
        <w:t>: __________________________________ e __________________________________.</w:t>
      </w:r>
    </w:p>
    <w:p w14:paraId="04D173CC" w14:textId="77777777" w:rsidR="00D4665B" w:rsidRPr="00174EBA" w:rsidRDefault="00000000" w:rsidP="001E67CE">
      <w:pPr>
        <w:spacing w:after="0" w:line="360" w:lineRule="auto"/>
        <w:jc w:val="center"/>
        <w:rPr>
          <w:sz w:val="24"/>
          <w:szCs w:val="24"/>
        </w:rPr>
      </w:pPr>
      <w:r w:rsidRPr="00174EBA">
        <w:rPr>
          <w:sz w:val="24"/>
          <w:szCs w:val="24"/>
        </w:rPr>
        <w:t>TEATRO – Resultado: ___________________________________________________________. Titular: __________________________________. Suplente: __________________________________.</w:t>
      </w:r>
    </w:p>
    <w:p w14:paraId="7253FD4C" w14:textId="77777777" w:rsidR="00D4665B" w:rsidRPr="00174EBA" w:rsidRDefault="00000000" w:rsidP="001E67CE">
      <w:pPr>
        <w:spacing w:after="0" w:line="360" w:lineRule="auto"/>
        <w:jc w:val="center"/>
        <w:rPr>
          <w:sz w:val="24"/>
          <w:szCs w:val="24"/>
        </w:rPr>
      </w:pPr>
      <w:r w:rsidRPr="00174EBA">
        <w:rPr>
          <w:sz w:val="24"/>
          <w:szCs w:val="24"/>
        </w:rPr>
        <w:t>ARTESANATO LOCAL – Resultado: __________________________________________________. Titular: __________________________________. Suplente: __________________________________.</w:t>
      </w:r>
    </w:p>
    <w:p w14:paraId="1B29428D" w14:textId="77777777" w:rsidR="00D4665B" w:rsidRPr="00174EBA" w:rsidRDefault="00000000" w:rsidP="00174EBA">
      <w:pPr>
        <w:spacing w:after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t>DANÇA – Resultado: ____________________________________________________________. Titular: __________________________________. Suplente: __________________________________.</w:t>
      </w:r>
    </w:p>
    <w:p w14:paraId="18EACB1B" w14:textId="77777777" w:rsidR="00D4665B" w:rsidRPr="00174EBA" w:rsidRDefault="00000000" w:rsidP="00174EBA">
      <w:pPr>
        <w:spacing w:after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t>ARTES VISUAIS – Resultado: ______________________________________________________. Titular: __________________________________. Suplente: __________________________________.</w:t>
      </w:r>
    </w:p>
    <w:p w14:paraId="027E80E9" w14:textId="77777777" w:rsidR="00D4665B" w:rsidRPr="00174EBA" w:rsidRDefault="00000000" w:rsidP="00174EBA">
      <w:pPr>
        <w:spacing w:after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t>LITERATURA – Resultado: ________________________________________________________. Titular: __________________________________. Suplente: __________________________________.</w:t>
      </w:r>
    </w:p>
    <w:p w14:paraId="4A2423AA" w14:textId="77777777" w:rsidR="00D4665B" w:rsidRPr="00174EBA" w:rsidRDefault="00000000" w:rsidP="00174EBA">
      <w:pPr>
        <w:spacing w:after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t>Ocorrências, empates, nova votação, sorteio, ausência de candidatos ou impugnações: _____________________________________________________________________________</w:t>
      </w:r>
      <w:r w:rsidRPr="00174EBA">
        <w:rPr>
          <w:sz w:val="24"/>
          <w:szCs w:val="24"/>
        </w:rPr>
        <w:br/>
        <w:t>______________________________________________________________________________.</w:t>
      </w:r>
    </w:p>
    <w:p w14:paraId="6779135D" w14:textId="77777777" w:rsidR="00D4665B" w:rsidRPr="00174EBA" w:rsidRDefault="00000000" w:rsidP="00174EBA">
      <w:pPr>
        <w:spacing w:after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t xml:space="preserve">Concluída </w:t>
      </w:r>
      <w:proofErr w:type="gramStart"/>
      <w:r w:rsidRPr="00174EBA">
        <w:rPr>
          <w:sz w:val="24"/>
          <w:szCs w:val="24"/>
        </w:rPr>
        <w:t>a</w:t>
      </w:r>
      <w:proofErr w:type="gramEnd"/>
      <w:r w:rsidRPr="00174EBA">
        <w:rPr>
          <w:sz w:val="24"/>
          <w:szCs w:val="24"/>
        </w:rPr>
        <w:t xml:space="preserve"> apuração, foram proclamados os representantes eleitos da sociedade civil para composição do CMCI, ficando o resultado encaminhado ao Chefe do Poder Executivo para as providências cabíveis quanto à nomeação e posse.</w:t>
      </w:r>
    </w:p>
    <w:p w14:paraId="2AE8C921" w14:textId="77777777" w:rsidR="00D4665B" w:rsidRPr="00174EBA" w:rsidRDefault="00000000" w:rsidP="00174EBA">
      <w:pPr>
        <w:spacing w:after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t>Nada mais havendo a tratar, o Fórum foi encerrado às ____ horas, sendo lavrada a presente Ata, que, lida e aprovada, segue assinada pelos responsáveis pela condução dos trabalhos.</w:t>
      </w:r>
    </w:p>
    <w:p w14:paraId="3F78B182" w14:textId="77777777" w:rsidR="00D4665B" w:rsidRPr="00174EBA" w:rsidRDefault="00D4665B" w:rsidP="00174EBA">
      <w:pPr>
        <w:spacing w:after="0" w:line="360" w:lineRule="auto"/>
        <w:jc w:val="both"/>
        <w:rPr>
          <w:sz w:val="24"/>
          <w:szCs w:val="24"/>
        </w:rPr>
      </w:pPr>
    </w:p>
    <w:p w14:paraId="50220717" w14:textId="77777777" w:rsidR="001E67CE" w:rsidRDefault="001E67CE" w:rsidP="00174EBA">
      <w:pPr>
        <w:spacing w:after="0" w:line="360" w:lineRule="auto"/>
        <w:jc w:val="both"/>
        <w:rPr>
          <w:sz w:val="24"/>
          <w:szCs w:val="24"/>
        </w:rPr>
      </w:pPr>
    </w:p>
    <w:p w14:paraId="20F62AA3" w14:textId="77777777" w:rsidR="001E67CE" w:rsidRDefault="001E67CE" w:rsidP="00174EBA">
      <w:pPr>
        <w:spacing w:after="0" w:line="360" w:lineRule="auto"/>
        <w:jc w:val="both"/>
        <w:rPr>
          <w:sz w:val="24"/>
          <w:szCs w:val="24"/>
        </w:rPr>
      </w:pPr>
    </w:p>
    <w:p w14:paraId="143E9CC0" w14:textId="4476E9DA" w:rsidR="00D4665B" w:rsidRPr="00174EBA" w:rsidRDefault="00000000" w:rsidP="00174EBA">
      <w:pPr>
        <w:spacing w:after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t xml:space="preserve">Itapeva/MG, 11 de </w:t>
      </w:r>
      <w:proofErr w:type="spellStart"/>
      <w:r w:rsidRPr="00174EBA">
        <w:rPr>
          <w:sz w:val="24"/>
          <w:szCs w:val="24"/>
        </w:rPr>
        <w:t>setembro</w:t>
      </w:r>
      <w:proofErr w:type="spellEnd"/>
      <w:r w:rsidRPr="00174EBA">
        <w:rPr>
          <w:sz w:val="24"/>
          <w:szCs w:val="24"/>
        </w:rPr>
        <w:t xml:space="preserve"> de 2026.</w:t>
      </w:r>
    </w:p>
    <w:p w14:paraId="41102108" w14:textId="77777777" w:rsidR="00D4665B" w:rsidRPr="00174EBA" w:rsidRDefault="00D4665B" w:rsidP="00174EBA">
      <w:pPr>
        <w:spacing w:after="0" w:line="360" w:lineRule="auto"/>
        <w:jc w:val="both"/>
        <w:rPr>
          <w:sz w:val="24"/>
          <w:szCs w:val="24"/>
        </w:rPr>
      </w:pPr>
    </w:p>
    <w:p w14:paraId="22CFFAFD" w14:textId="77777777" w:rsidR="00D4665B" w:rsidRPr="00174EBA" w:rsidRDefault="00000000" w:rsidP="00174EBA">
      <w:pPr>
        <w:spacing w:after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t>Coordenador(a) da Mesa: _______________________________________________________</w:t>
      </w:r>
    </w:p>
    <w:p w14:paraId="1FDC6F8A" w14:textId="77777777" w:rsidR="00D4665B" w:rsidRPr="00174EBA" w:rsidRDefault="00000000" w:rsidP="00174EBA">
      <w:pPr>
        <w:spacing w:after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t>Membro: ____________________________________________________________________</w:t>
      </w:r>
    </w:p>
    <w:p w14:paraId="66AFBA60" w14:textId="77777777" w:rsidR="00D4665B" w:rsidRPr="00174EBA" w:rsidRDefault="00000000" w:rsidP="00174EBA">
      <w:pPr>
        <w:spacing w:after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t>Membro: ____________________________________________________________________</w:t>
      </w:r>
    </w:p>
    <w:p w14:paraId="7E8DEC62" w14:textId="77777777" w:rsidR="00D4665B" w:rsidRPr="00174EBA" w:rsidRDefault="00000000" w:rsidP="00174EBA">
      <w:pPr>
        <w:spacing w:after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br w:type="page"/>
      </w:r>
    </w:p>
    <w:p w14:paraId="25B260F1" w14:textId="77777777" w:rsidR="00D4665B" w:rsidRDefault="00000000" w:rsidP="001E67CE">
      <w:pPr>
        <w:spacing w:after="0" w:line="360" w:lineRule="auto"/>
        <w:jc w:val="center"/>
        <w:rPr>
          <w:b/>
          <w:sz w:val="24"/>
          <w:szCs w:val="24"/>
        </w:rPr>
      </w:pPr>
      <w:r w:rsidRPr="00174EBA">
        <w:rPr>
          <w:b/>
          <w:sz w:val="24"/>
          <w:szCs w:val="24"/>
        </w:rPr>
        <w:t>ANEXO VII – RESULTADO FINAL</w:t>
      </w:r>
    </w:p>
    <w:p w14:paraId="700E8210" w14:textId="77777777" w:rsidR="001E67CE" w:rsidRPr="00174EBA" w:rsidRDefault="001E67CE" w:rsidP="001E67CE">
      <w:pPr>
        <w:spacing w:after="0" w:line="360" w:lineRule="auto"/>
        <w:jc w:val="center"/>
        <w:rPr>
          <w:sz w:val="24"/>
          <w:szCs w:val="24"/>
        </w:rPr>
      </w:pPr>
    </w:p>
    <w:p w14:paraId="473DC269" w14:textId="77777777" w:rsidR="00D4665B" w:rsidRPr="00174EBA" w:rsidRDefault="00000000" w:rsidP="00174EBA">
      <w:pPr>
        <w:spacing w:after="0" w:line="360" w:lineRule="auto"/>
        <w:jc w:val="both"/>
        <w:rPr>
          <w:sz w:val="24"/>
          <w:szCs w:val="24"/>
        </w:rPr>
      </w:pPr>
      <w:r w:rsidRPr="00174EBA">
        <w:rPr>
          <w:b/>
          <w:sz w:val="24"/>
          <w:szCs w:val="24"/>
        </w:rPr>
        <w:t>FÓRUM DE ELEIÇÃO DOS REPRESENTANTES DA SOCIEDADE CIVIL DO CMCI</w:t>
      </w:r>
    </w:p>
    <w:p w14:paraId="27580D37" w14:textId="487CE3D2" w:rsidR="00D4665B" w:rsidRPr="00174EBA" w:rsidRDefault="00000000" w:rsidP="00174EBA">
      <w:pPr>
        <w:spacing w:after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t xml:space="preserve">O Município de Itapeva/MG, </w:t>
      </w:r>
      <w:proofErr w:type="spellStart"/>
      <w:r w:rsidRPr="00174EBA">
        <w:rPr>
          <w:sz w:val="24"/>
          <w:szCs w:val="24"/>
        </w:rPr>
        <w:t>por</w:t>
      </w:r>
      <w:proofErr w:type="spellEnd"/>
      <w:r w:rsidRPr="00174EBA">
        <w:rPr>
          <w:sz w:val="24"/>
          <w:szCs w:val="24"/>
        </w:rPr>
        <w:t xml:space="preserve"> </w:t>
      </w:r>
      <w:proofErr w:type="spellStart"/>
      <w:r w:rsidRPr="00174EBA">
        <w:rPr>
          <w:sz w:val="24"/>
          <w:szCs w:val="24"/>
        </w:rPr>
        <w:t>intermédio</w:t>
      </w:r>
      <w:proofErr w:type="spellEnd"/>
      <w:r w:rsidRPr="00174EBA">
        <w:rPr>
          <w:sz w:val="24"/>
          <w:szCs w:val="24"/>
        </w:rPr>
        <w:t xml:space="preserve"> da </w:t>
      </w:r>
      <w:r w:rsidR="00174EBA">
        <w:rPr>
          <w:sz w:val="24"/>
          <w:szCs w:val="24"/>
        </w:rPr>
        <w:t>DIRETORIA</w:t>
      </w:r>
      <w:r w:rsidRPr="00174EBA">
        <w:rPr>
          <w:sz w:val="24"/>
          <w:szCs w:val="24"/>
        </w:rPr>
        <w:t xml:space="preserve"> Municipal de </w:t>
      </w:r>
      <w:r w:rsidR="000D4EEF">
        <w:rPr>
          <w:sz w:val="24"/>
          <w:szCs w:val="24"/>
        </w:rPr>
        <w:t>CULTURA E TURISMO</w:t>
      </w:r>
      <w:r w:rsidRPr="00174EBA">
        <w:rPr>
          <w:sz w:val="24"/>
          <w:szCs w:val="24"/>
        </w:rPr>
        <w:t xml:space="preserve">, </w:t>
      </w:r>
      <w:proofErr w:type="spellStart"/>
      <w:r w:rsidRPr="00174EBA">
        <w:rPr>
          <w:sz w:val="24"/>
          <w:szCs w:val="24"/>
        </w:rPr>
        <w:t>torna</w:t>
      </w:r>
      <w:proofErr w:type="spellEnd"/>
      <w:r w:rsidRPr="00174EBA">
        <w:rPr>
          <w:sz w:val="24"/>
          <w:szCs w:val="24"/>
        </w:rPr>
        <w:t xml:space="preserve"> </w:t>
      </w:r>
      <w:proofErr w:type="spellStart"/>
      <w:r w:rsidRPr="00174EBA">
        <w:rPr>
          <w:sz w:val="24"/>
          <w:szCs w:val="24"/>
        </w:rPr>
        <w:t>público</w:t>
      </w:r>
      <w:proofErr w:type="spellEnd"/>
      <w:r w:rsidRPr="00174EBA">
        <w:rPr>
          <w:sz w:val="24"/>
          <w:szCs w:val="24"/>
        </w:rPr>
        <w:t xml:space="preserve"> o RESULTADO FINAL do Fórum realizado em 11 de setembro de 2026, destinado à eleição dos representantes da sociedade civil para composição do Conselho Municipal de Cultura de Itapeva/MG – CMCI, nos termos da Lei Municipal nº 1.733/2026 e do Edital nº ___/2026.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230"/>
        <w:gridCol w:w="3230"/>
        <w:gridCol w:w="3230"/>
      </w:tblGrid>
      <w:tr w:rsidR="00D4665B" w:rsidRPr="00174EBA" w14:paraId="55E89EC7" w14:textId="77777777">
        <w:trPr>
          <w:jc w:val="center"/>
        </w:trPr>
        <w:tc>
          <w:tcPr>
            <w:tcW w:w="3230" w:type="dxa"/>
            <w:vAlign w:val="center"/>
          </w:tcPr>
          <w:p w14:paraId="77FFAD00" w14:textId="77777777" w:rsidR="00D4665B" w:rsidRPr="00174EBA" w:rsidRDefault="00000000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174EBA">
              <w:rPr>
                <w:b/>
                <w:sz w:val="24"/>
                <w:szCs w:val="24"/>
              </w:rPr>
              <w:t>SEGMENTO</w:t>
            </w:r>
          </w:p>
        </w:tc>
        <w:tc>
          <w:tcPr>
            <w:tcW w:w="3230" w:type="dxa"/>
            <w:vAlign w:val="center"/>
          </w:tcPr>
          <w:p w14:paraId="269CD7C8" w14:textId="77777777" w:rsidR="00D4665B" w:rsidRPr="00174EBA" w:rsidRDefault="00000000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174EBA">
              <w:rPr>
                <w:b/>
                <w:sz w:val="24"/>
                <w:szCs w:val="24"/>
              </w:rPr>
              <w:t>TITULAR</w:t>
            </w:r>
          </w:p>
        </w:tc>
        <w:tc>
          <w:tcPr>
            <w:tcW w:w="3230" w:type="dxa"/>
            <w:vAlign w:val="center"/>
          </w:tcPr>
          <w:p w14:paraId="6A0ED404" w14:textId="77777777" w:rsidR="00D4665B" w:rsidRPr="00174EBA" w:rsidRDefault="00000000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174EBA">
              <w:rPr>
                <w:b/>
                <w:sz w:val="24"/>
                <w:szCs w:val="24"/>
              </w:rPr>
              <w:t>SUPLENTE</w:t>
            </w:r>
          </w:p>
        </w:tc>
      </w:tr>
      <w:tr w:rsidR="00D4665B" w:rsidRPr="00174EBA" w14:paraId="07183B65" w14:textId="77777777">
        <w:trPr>
          <w:jc w:val="center"/>
        </w:trPr>
        <w:tc>
          <w:tcPr>
            <w:tcW w:w="3230" w:type="dxa"/>
            <w:vAlign w:val="center"/>
          </w:tcPr>
          <w:p w14:paraId="582025C3" w14:textId="77777777" w:rsidR="00D4665B" w:rsidRPr="00174EBA" w:rsidRDefault="00000000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174EBA">
              <w:rPr>
                <w:sz w:val="24"/>
                <w:szCs w:val="24"/>
              </w:rPr>
              <w:t>Música – Vaga 1</w:t>
            </w:r>
          </w:p>
        </w:tc>
        <w:tc>
          <w:tcPr>
            <w:tcW w:w="3230" w:type="dxa"/>
            <w:vAlign w:val="center"/>
          </w:tcPr>
          <w:p w14:paraId="64559223" w14:textId="77777777" w:rsidR="00D4665B" w:rsidRPr="00174EBA" w:rsidRDefault="00D4665B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30" w:type="dxa"/>
            <w:vAlign w:val="center"/>
          </w:tcPr>
          <w:p w14:paraId="41D442EC" w14:textId="77777777" w:rsidR="00D4665B" w:rsidRPr="00174EBA" w:rsidRDefault="00D4665B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</w:tr>
      <w:tr w:rsidR="00D4665B" w:rsidRPr="00174EBA" w14:paraId="4F35220C" w14:textId="77777777">
        <w:trPr>
          <w:jc w:val="center"/>
        </w:trPr>
        <w:tc>
          <w:tcPr>
            <w:tcW w:w="3230" w:type="dxa"/>
            <w:vAlign w:val="center"/>
          </w:tcPr>
          <w:p w14:paraId="47AB3522" w14:textId="77777777" w:rsidR="00D4665B" w:rsidRPr="00174EBA" w:rsidRDefault="00000000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174EBA">
              <w:rPr>
                <w:sz w:val="24"/>
                <w:szCs w:val="24"/>
              </w:rPr>
              <w:t>Música – Vaga 2</w:t>
            </w:r>
          </w:p>
        </w:tc>
        <w:tc>
          <w:tcPr>
            <w:tcW w:w="3230" w:type="dxa"/>
            <w:vAlign w:val="center"/>
          </w:tcPr>
          <w:p w14:paraId="0E222FF9" w14:textId="77777777" w:rsidR="00D4665B" w:rsidRPr="00174EBA" w:rsidRDefault="00D4665B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30" w:type="dxa"/>
            <w:vAlign w:val="center"/>
          </w:tcPr>
          <w:p w14:paraId="50971608" w14:textId="77777777" w:rsidR="00D4665B" w:rsidRPr="00174EBA" w:rsidRDefault="00D4665B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</w:tr>
      <w:tr w:rsidR="00D4665B" w:rsidRPr="00174EBA" w14:paraId="4EBA9163" w14:textId="77777777">
        <w:trPr>
          <w:jc w:val="center"/>
        </w:trPr>
        <w:tc>
          <w:tcPr>
            <w:tcW w:w="3230" w:type="dxa"/>
            <w:vAlign w:val="center"/>
          </w:tcPr>
          <w:p w14:paraId="44680AD7" w14:textId="77777777" w:rsidR="00D4665B" w:rsidRPr="00174EBA" w:rsidRDefault="00000000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174EBA">
              <w:rPr>
                <w:sz w:val="24"/>
                <w:szCs w:val="24"/>
              </w:rPr>
              <w:t>Teatro</w:t>
            </w:r>
          </w:p>
        </w:tc>
        <w:tc>
          <w:tcPr>
            <w:tcW w:w="3230" w:type="dxa"/>
            <w:vAlign w:val="center"/>
          </w:tcPr>
          <w:p w14:paraId="6674A3D5" w14:textId="77777777" w:rsidR="00D4665B" w:rsidRPr="00174EBA" w:rsidRDefault="00D4665B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30" w:type="dxa"/>
            <w:vAlign w:val="center"/>
          </w:tcPr>
          <w:p w14:paraId="23BE1865" w14:textId="77777777" w:rsidR="00D4665B" w:rsidRPr="00174EBA" w:rsidRDefault="00D4665B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</w:tr>
      <w:tr w:rsidR="00D4665B" w:rsidRPr="00174EBA" w14:paraId="75B9D9AB" w14:textId="77777777">
        <w:trPr>
          <w:jc w:val="center"/>
        </w:trPr>
        <w:tc>
          <w:tcPr>
            <w:tcW w:w="3230" w:type="dxa"/>
            <w:vAlign w:val="center"/>
          </w:tcPr>
          <w:p w14:paraId="666873BB" w14:textId="77777777" w:rsidR="00D4665B" w:rsidRPr="00174EBA" w:rsidRDefault="00000000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174EBA">
              <w:rPr>
                <w:sz w:val="24"/>
                <w:szCs w:val="24"/>
              </w:rPr>
              <w:t>Artesanato Local</w:t>
            </w:r>
          </w:p>
        </w:tc>
        <w:tc>
          <w:tcPr>
            <w:tcW w:w="3230" w:type="dxa"/>
            <w:vAlign w:val="center"/>
          </w:tcPr>
          <w:p w14:paraId="502CB4EF" w14:textId="77777777" w:rsidR="00D4665B" w:rsidRPr="00174EBA" w:rsidRDefault="00D4665B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30" w:type="dxa"/>
            <w:vAlign w:val="center"/>
          </w:tcPr>
          <w:p w14:paraId="5E261328" w14:textId="77777777" w:rsidR="00D4665B" w:rsidRPr="00174EBA" w:rsidRDefault="00D4665B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</w:tr>
      <w:tr w:rsidR="00D4665B" w:rsidRPr="00174EBA" w14:paraId="0129588A" w14:textId="77777777">
        <w:trPr>
          <w:jc w:val="center"/>
        </w:trPr>
        <w:tc>
          <w:tcPr>
            <w:tcW w:w="3230" w:type="dxa"/>
            <w:vAlign w:val="center"/>
          </w:tcPr>
          <w:p w14:paraId="75E063CA" w14:textId="77777777" w:rsidR="00D4665B" w:rsidRPr="00174EBA" w:rsidRDefault="00000000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174EBA">
              <w:rPr>
                <w:sz w:val="24"/>
                <w:szCs w:val="24"/>
              </w:rPr>
              <w:t>Dança</w:t>
            </w:r>
          </w:p>
        </w:tc>
        <w:tc>
          <w:tcPr>
            <w:tcW w:w="3230" w:type="dxa"/>
            <w:vAlign w:val="center"/>
          </w:tcPr>
          <w:p w14:paraId="3C612129" w14:textId="77777777" w:rsidR="00D4665B" w:rsidRPr="00174EBA" w:rsidRDefault="00D4665B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30" w:type="dxa"/>
            <w:vAlign w:val="center"/>
          </w:tcPr>
          <w:p w14:paraId="75420792" w14:textId="77777777" w:rsidR="00D4665B" w:rsidRPr="00174EBA" w:rsidRDefault="00D4665B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</w:tr>
      <w:tr w:rsidR="00D4665B" w:rsidRPr="00174EBA" w14:paraId="66EE996B" w14:textId="77777777">
        <w:trPr>
          <w:jc w:val="center"/>
        </w:trPr>
        <w:tc>
          <w:tcPr>
            <w:tcW w:w="3230" w:type="dxa"/>
            <w:vAlign w:val="center"/>
          </w:tcPr>
          <w:p w14:paraId="2A365A36" w14:textId="77777777" w:rsidR="00D4665B" w:rsidRPr="00174EBA" w:rsidRDefault="00000000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174EBA">
              <w:rPr>
                <w:sz w:val="24"/>
                <w:szCs w:val="24"/>
              </w:rPr>
              <w:t>Artes Visuais</w:t>
            </w:r>
          </w:p>
        </w:tc>
        <w:tc>
          <w:tcPr>
            <w:tcW w:w="3230" w:type="dxa"/>
            <w:vAlign w:val="center"/>
          </w:tcPr>
          <w:p w14:paraId="022F8650" w14:textId="77777777" w:rsidR="00D4665B" w:rsidRPr="00174EBA" w:rsidRDefault="00D4665B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30" w:type="dxa"/>
            <w:vAlign w:val="center"/>
          </w:tcPr>
          <w:p w14:paraId="74406EFB" w14:textId="77777777" w:rsidR="00D4665B" w:rsidRPr="00174EBA" w:rsidRDefault="00D4665B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</w:tr>
      <w:tr w:rsidR="00D4665B" w:rsidRPr="00174EBA" w14:paraId="5B51D747" w14:textId="77777777">
        <w:trPr>
          <w:jc w:val="center"/>
        </w:trPr>
        <w:tc>
          <w:tcPr>
            <w:tcW w:w="3230" w:type="dxa"/>
            <w:vAlign w:val="center"/>
          </w:tcPr>
          <w:p w14:paraId="6A808B57" w14:textId="77777777" w:rsidR="00D4665B" w:rsidRPr="00174EBA" w:rsidRDefault="00000000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174EBA">
              <w:rPr>
                <w:sz w:val="24"/>
                <w:szCs w:val="24"/>
              </w:rPr>
              <w:t>Literatura</w:t>
            </w:r>
          </w:p>
        </w:tc>
        <w:tc>
          <w:tcPr>
            <w:tcW w:w="3230" w:type="dxa"/>
            <w:vAlign w:val="center"/>
          </w:tcPr>
          <w:p w14:paraId="606E70E7" w14:textId="77777777" w:rsidR="00D4665B" w:rsidRPr="00174EBA" w:rsidRDefault="00D4665B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30" w:type="dxa"/>
            <w:vAlign w:val="center"/>
          </w:tcPr>
          <w:p w14:paraId="07EE4821" w14:textId="77777777" w:rsidR="00D4665B" w:rsidRPr="00174EBA" w:rsidRDefault="00D4665B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</w:tr>
    </w:tbl>
    <w:p w14:paraId="6DBCAEF5" w14:textId="77777777" w:rsidR="00D4665B" w:rsidRPr="00174EBA" w:rsidRDefault="00000000" w:rsidP="00174EBA">
      <w:pPr>
        <w:spacing w:after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t>Ficam proclamados eleitos os representantes acima relacionados, devendo o resultado ser encaminhado ao Chefe do Poder Executivo para as providências de nomeação e posse.</w:t>
      </w:r>
    </w:p>
    <w:p w14:paraId="7A90E9FB" w14:textId="77777777" w:rsidR="00D4665B" w:rsidRPr="00174EBA" w:rsidRDefault="00000000" w:rsidP="00174EBA">
      <w:pPr>
        <w:spacing w:after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t>Itapeva/MG, ____ de setembro de 2026.</w:t>
      </w:r>
    </w:p>
    <w:p w14:paraId="246D417D" w14:textId="77777777" w:rsidR="00D4665B" w:rsidRPr="00174EBA" w:rsidRDefault="00D4665B" w:rsidP="00174EBA">
      <w:pPr>
        <w:spacing w:after="0" w:line="360" w:lineRule="auto"/>
        <w:jc w:val="both"/>
        <w:rPr>
          <w:sz w:val="24"/>
          <w:szCs w:val="24"/>
        </w:rPr>
      </w:pPr>
    </w:p>
    <w:p w14:paraId="0E762344" w14:textId="77777777" w:rsidR="00D4665B" w:rsidRPr="00174EBA" w:rsidRDefault="00000000" w:rsidP="00174EBA">
      <w:pPr>
        <w:spacing w:after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t>____________________________________________</w:t>
      </w:r>
    </w:p>
    <w:p w14:paraId="6533ACC9" w14:textId="0913C7A1" w:rsidR="00D4665B" w:rsidRPr="00174EBA" w:rsidRDefault="00174EBA" w:rsidP="00174EBA">
      <w:pPr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DIRETORIA</w:t>
      </w:r>
      <w:r w:rsidR="00000000" w:rsidRPr="00174EBA">
        <w:rPr>
          <w:b/>
          <w:sz w:val="24"/>
          <w:szCs w:val="24"/>
        </w:rPr>
        <w:t xml:space="preserve"> MUNICIPAL DE </w:t>
      </w:r>
      <w:r w:rsidR="000D4EEF">
        <w:rPr>
          <w:b/>
          <w:sz w:val="24"/>
          <w:szCs w:val="24"/>
        </w:rPr>
        <w:t>CULTURA E TURISMO</w:t>
      </w:r>
    </w:p>
    <w:p w14:paraId="0A7886FF" w14:textId="77777777" w:rsidR="00D4665B" w:rsidRPr="00174EBA" w:rsidRDefault="00000000" w:rsidP="00174EBA">
      <w:pPr>
        <w:spacing w:after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br w:type="page"/>
      </w:r>
    </w:p>
    <w:p w14:paraId="4CDF8E4C" w14:textId="77777777" w:rsidR="00D4665B" w:rsidRDefault="00000000" w:rsidP="001E67CE">
      <w:pPr>
        <w:spacing w:after="0" w:line="360" w:lineRule="auto"/>
        <w:jc w:val="center"/>
        <w:rPr>
          <w:b/>
          <w:sz w:val="24"/>
          <w:szCs w:val="24"/>
        </w:rPr>
      </w:pPr>
      <w:r w:rsidRPr="00174EBA">
        <w:rPr>
          <w:b/>
          <w:sz w:val="24"/>
          <w:szCs w:val="24"/>
        </w:rPr>
        <w:t>ANEXO VIII – CRONOGRAMA OPERACIONAL</w:t>
      </w:r>
    </w:p>
    <w:p w14:paraId="66DCF9FF" w14:textId="77777777" w:rsidR="001E67CE" w:rsidRPr="00174EBA" w:rsidRDefault="001E67CE" w:rsidP="001E67CE">
      <w:pPr>
        <w:spacing w:after="0" w:line="360" w:lineRule="auto"/>
        <w:jc w:val="center"/>
        <w:rPr>
          <w:sz w:val="24"/>
          <w:szCs w:val="24"/>
        </w:rPr>
      </w:pPr>
    </w:p>
    <w:p w14:paraId="3762D326" w14:textId="77777777" w:rsidR="00D4665B" w:rsidRPr="00174EBA" w:rsidRDefault="00000000" w:rsidP="00174EBA">
      <w:pPr>
        <w:spacing w:after="0" w:line="360" w:lineRule="auto"/>
        <w:jc w:val="both"/>
        <w:rPr>
          <w:sz w:val="24"/>
          <w:szCs w:val="24"/>
        </w:rPr>
      </w:pPr>
      <w:r w:rsidRPr="00174EBA">
        <w:rPr>
          <w:sz w:val="24"/>
          <w:szCs w:val="24"/>
        </w:rPr>
        <w:t xml:space="preserve">Este cronograma contém campos para definição administrativa das datas anteriores ao Fórum, mantendo fixa </w:t>
      </w:r>
      <w:proofErr w:type="gramStart"/>
      <w:r w:rsidRPr="00174EBA">
        <w:rPr>
          <w:sz w:val="24"/>
          <w:szCs w:val="24"/>
        </w:rPr>
        <w:t>a</w:t>
      </w:r>
      <w:proofErr w:type="gramEnd"/>
      <w:r w:rsidRPr="00174EBA">
        <w:rPr>
          <w:sz w:val="24"/>
          <w:szCs w:val="24"/>
        </w:rPr>
        <w:t xml:space="preserve"> eleição em 11/09/2026.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D4665B" w:rsidRPr="00174EBA" w14:paraId="3EE4F409" w14:textId="77777777">
        <w:tc>
          <w:tcPr>
            <w:tcW w:w="4844" w:type="dxa"/>
            <w:vAlign w:val="center"/>
          </w:tcPr>
          <w:p w14:paraId="654B34F7" w14:textId="77777777" w:rsidR="00D4665B" w:rsidRPr="00174EBA" w:rsidRDefault="00000000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174EBA">
              <w:rPr>
                <w:b/>
                <w:sz w:val="24"/>
                <w:szCs w:val="24"/>
              </w:rPr>
              <w:t>ETAPA</w:t>
            </w:r>
          </w:p>
        </w:tc>
        <w:tc>
          <w:tcPr>
            <w:tcW w:w="4844" w:type="dxa"/>
            <w:vAlign w:val="center"/>
          </w:tcPr>
          <w:p w14:paraId="113BD19B" w14:textId="77777777" w:rsidR="00D4665B" w:rsidRPr="00174EBA" w:rsidRDefault="00000000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174EBA">
              <w:rPr>
                <w:b/>
                <w:sz w:val="24"/>
                <w:szCs w:val="24"/>
              </w:rPr>
              <w:t>DATA / PRAZO</w:t>
            </w:r>
          </w:p>
        </w:tc>
      </w:tr>
      <w:tr w:rsidR="00D4665B" w:rsidRPr="00174EBA" w14:paraId="72B31E01" w14:textId="77777777">
        <w:tc>
          <w:tcPr>
            <w:tcW w:w="4844" w:type="dxa"/>
            <w:vAlign w:val="center"/>
          </w:tcPr>
          <w:p w14:paraId="7072D71B" w14:textId="77777777" w:rsidR="00D4665B" w:rsidRPr="00174EBA" w:rsidRDefault="00000000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174EBA">
              <w:rPr>
                <w:sz w:val="24"/>
                <w:szCs w:val="24"/>
              </w:rPr>
              <w:t>Publicação do Edital</w:t>
            </w:r>
          </w:p>
        </w:tc>
        <w:tc>
          <w:tcPr>
            <w:tcW w:w="4844" w:type="dxa"/>
            <w:vAlign w:val="center"/>
          </w:tcPr>
          <w:p w14:paraId="00B31ED9" w14:textId="415E386B" w:rsidR="00D4665B" w:rsidRPr="00174EBA" w:rsidRDefault="001E67CE" w:rsidP="001E67CE">
            <w:pPr>
              <w:spacing w:after="0"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000000" w:rsidRPr="00174EBA">
              <w:rPr>
                <w:sz w:val="24"/>
                <w:szCs w:val="24"/>
              </w:rPr>
              <w:t>/08/2026</w:t>
            </w:r>
          </w:p>
        </w:tc>
      </w:tr>
      <w:tr w:rsidR="00D4665B" w:rsidRPr="00174EBA" w14:paraId="2700F66B" w14:textId="77777777">
        <w:tc>
          <w:tcPr>
            <w:tcW w:w="4844" w:type="dxa"/>
            <w:vAlign w:val="center"/>
          </w:tcPr>
          <w:p w14:paraId="5C930EE3" w14:textId="77777777" w:rsidR="00D4665B" w:rsidRPr="00174EBA" w:rsidRDefault="00000000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174EBA">
              <w:rPr>
                <w:sz w:val="24"/>
                <w:szCs w:val="24"/>
              </w:rPr>
              <w:t>Período de inscrições</w:t>
            </w:r>
          </w:p>
        </w:tc>
        <w:tc>
          <w:tcPr>
            <w:tcW w:w="4844" w:type="dxa"/>
            <w:vAlign w:val="center"/>
          </w:tcPr>
          <w:p w14:paraId="10AF0FE1" w14:textId="66F1C2A2" w:rsidR="00D4665B" w:rsidRPr="00174EBA" w:rsidRDefault="001E67CE" w:rsidP="001E67CE">
            <w:pPr>
              <w:spacing w:after="0"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="00000000" w:rsidRPr="00174EBA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09</w:t>
            </w:r>
            <w:r w:rsidR="00000000" w:rsidRPr="00174EBA">
              <w:rPr>
                <w:sz w:val="24"/>
                <w:szCs w:val="24"/>
              </w:rPr>
              <w:t>/2026 a</w:t>
            </w:r>
            <w:r>
              <w:rPr>
                <w:sz w:val="24"/>
                <w:szCs w:val="24"/>
              </w:rPr>
              <w:t xml:space="preserve"> 10</w:t>
            </w:r>
            <w:r w:rsidR="00000000" w:rsidRPr="00174EBA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09</w:t>
            </w:r>
            <w:r w:rsidR="00000000" w:rsidRPr="00174EBA">
              <w:rPr>
                <w:sz w:val="24"/>
                <w:szCs w:val="24"/>
              </w:rPr>
              <w:t>/2026</w:t>
            </w:r>
          </w:p>
        </w:tc>
      </w:tr>
      <w:tr w:rsidR="00D4665B" w:rsidRPr="00174EBA" w14:paraId="2B6ABC2B" w14:textId="77777777">
        <w:tc>
          <w:tcPr>
            <w:tcW w:w="4844" w:type="dxa"/>
            <w:vAlign w:val="center"/>
          </w:tcPr>
          <w:p w14:paraId="6AFA2BE1" w14:textId="77777777" w:rsidR="00D4665B" w:rsidRPr="00174EBA" w:rsidRDefault="00000000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174EBA">
              <w:rPr>
                <w:sz w:val="24"/>
                <w:szCs w:val="24"/>
              </w:rPr>
              <w:t>Análise das inscrições</w:t>
            </w:r>
          </w:p>
        </w:tc>
        <w:tc>
          <w:tcPr>
            <w:tcW w:w="4844" w:type="dxa"/>
            <w:vAlign w:val="center"/>
          </w:tcPr>
          <w:p w14:paraId="1A723BBF" w14:textId="04CB60D7" w:rsidR="00D4665B" w:rsidRPr="00174EBA" w:rsidRDefault="001E67CE" w:rsidP="001E67CE">
            <w:pPr>
              <w:spacing w:after="0"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000000" w:rsidRPr="00174EBA">
              <w:rPr>
                <w:sz w:val="24"/>
                <w:szCs w:val="24"/>
              </w:rPr>
              <w:t>/09/2026</w:t>
            </w:r>
          </w:p>
        </w:tc>
      </w:tr>
      <w:tr w:rsidR="00D4665B" w:rsidRPr="00174EBA" w14:paraId="4136DD82" w14:textId="77777777">
        <w:tc>
          <w:tcPr>
            <w:tcW w:w="4844" w:type="dxa"/>
            <w:vAlign w:val="center"/>
          </w:tcPr>
          <w:p w14:paraId="38C196C9" w14:textId="77777777" w:rsidR="00D4665B" w:rsidRPr="00174EBA" w:rsidRDefault="00000000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174EBA">
              <w:rPr>
                <w:sz w:val="24"/>
                <w:szCs w:val="24"/>
              </w:rPr>
              <w:t>Divulgação dos habilitados</w:t>
            </w:r>
          </w:p>
        </w:tc>
        <w:tc>
          <w:tcPr>
            <w:tcW w:w="4844" w:type="dxa"/>
            <w:vAlign w:val="center"/>
          </w:tcPr>
          <w:p w14:paraId="75C27CB3" w14:textId="7260FABE" w:rsidR="00D4665B" w:rsidRPr="00174EBA" w:rsidRDefault="001E67CE" w:rsidP="001E67CE">
            <w:pPr>
              <w:spacing w:after="0"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000000" w:rsidRPr="00174EBA">
              <w:rPr>
                <w:sz w:val="24"/>
                <w:szCs w:val="24"/>
              </w:rPr>
              <w:t>/09/2026</w:t>
            </w:r>
          </w:p>
        </w:tc>
      </w:tr>
      <w:tr w:rsidR="00D4665B" w:rsidRPr="00174EBA" w14:paraId="706B7B3C" w14:textId="77777777">
        <w:tc>
          <w:tcPr>
            <w:tcW w:w="4844" w:type="dxa"/>
            <w:vAlign w:val="center"/>
          </w:tcPr>
          <w:p w14:paraId="70DC8F14" w14:textId="77777777" w:rsidR="00D4665B" w:rsidRPr="00174EBA" w:rsidRDefault="00000000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174EBA">
              <w:rPr>
                <w:sz w:val="24"/>
                <w:szCs w:val="24"/>
              </w:rPr>
              <w:t>Fórum / eleição</w:t>
            </w:r>
          </w:p>
        </w:tc>
        <w:tc>
          <w:tcPr>
            <w:tcW w:w="4844" w:type="dxa"/>
            <w:vAlign w:val="center"/>
          </w:tcPr>
          <w:p w14:paraId="5869DDB6" w14:textId="77777777" w:rsidR="00D4665B" w:rsidRPr="00174EBA" w:rsidRDefault="00000000" w:rsidP="001E67CE">
            <w:pPr>
              <w:spacing w:after="0" w:line="360" w:lineRule="auto"/>
              <w:jc w:val="right"/>
              <w:rPr>
                <w:sz w:val="24"/>
                <w:szCs w:val="24"/>
              </w:rPr>
            </w:pPr>
            <w:r w:rsidRPr="00174EBA">
              <w:rPr>
                <w:sz w:val="24"/>
                <w:szCs w:val="24"/>
              </w:rPr>
              <w:t>11/09/2026</w:t>
            </w:r>
          </w:p>
        </w:tc>
      </w:tr>
      <w:tr w:rsidR="00D4665B" w:rsidRPr="00174EBA" w14:paraId="14F6E19B" w14:textId="77777777">
        <w:tc>
          <w:tcPr>
            <w:tcW w:w="4844" w:type="dxa"/>
            <w:vAlign w:val="center"/>
          </w:tcPr>
          <w:p w14:paraId="6663B11E" w14:textId="77777777" w:rsidR="00D4665B" w:rsidRPr="00174EBA" w:rsidRDefault="00000000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174EBA">
              <w:rPr>
                <w:sz w:val="24"/>
                <w:szCs w:val="24"/>
              </w:rPr>
              <w:t>Publicação do resultado final</w:t>
            </w:r>
          </w:p>
        </w:tc>
        <w:tc>
          <w:tcPr>
            <w:tcW w:w="4844" w:type="dxa"/>
            <w:vAlign w:val="center"/>
          </w:tcPr>
          <w:p w14:paraId="198EC3B6" w14:textId="3026AABF" w:rsidR="00D4665B" w:rsidRPr="00174EBA" w:rsidRDefault="001E67CE" w:rsidP="001E67CE">
            <w:pPr>
              <w:spacing w:after="0"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000000" w:rsidRPr="00174EBA">
              <w:rPr>
                <w:sz w:val="24"/>
                <w:szCs w:val="24"/>
              </w:rPr>
              <w:t>/09/2026</w:t>
            </w:r>
          </w:p>
        </w:tc>
      </w:tr>
      <w:tr w:rsidR="00D4665B" w:rsidRPr="00174EBA" w14:paraId="0BE92C9A" w14:textId="77777777">
        <w:tc>
          <w:tcPr>
            <w:tcW w:w="4844" w:type="dxa"/>
            <w:vAlign w:val="center"/>
          </w:tcPr>
          <w:p w14:paraId="5E39AB88" w14:textId="77777777" w:rsidR="00D4665B" w:rsidRPr="00174EBA" w:rsidRDefault="00000000" w:rsidP="00174EBA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174EBA">
              <w:rPr>
                <w:sz w:val="24"/>
                <w:szCs w:val="24"/>
              </w:rPr>
              <w:t>Encaminhamento para nomeação e posse</w:t>
            </w:r>
          </w:p>
        </w:tc>
        <w:tc>
          <w:tcPr>
            <w:tcW w:w="4844" w:type="dxa"/>
            <w:vAlign w:val="center"/>
          </w:tcPr>
          <w:p w14:paraId="65767165" w14:textId="77777777" w:rsidR="00D4665B" w:rsidRPr="00174EBA" w:rsidRDefault="00000000" w:rsidP="001E67CE">
            <w:pPr>
              <w:spacing w:after="0" w:line="360" w:lineRule="auto"/>
              <w:jc w:val="right"/>
              <w:rPr>
                <w:sz w:val="24"/>
                <w:szCs w:val="24"/>
              </w:rPr>
            </w:pPr>
            <w:r w:rsidRPr="00174EBA">
              <w:rPr>
                <w:sz w:val="24"/>
                <w:szCs w:val="24"/>
              </w:rPr>
              <w:t>Após o resultado final</w:t>
            </w:r>
          </w:p>
        </w:tc>
      </w:tr>
    </w:tbl>
    <w:p w14:paraId="0B60BB8F" w14:textId="77777777" w:rsidR="00D4097C" w:rsidRPr="00174EBA" w:rsidRDefault="00D4097C" w:rsidP="00174EBA">
      <w:pPr>
        <w:spacing w:after="0" w:line="360" w:lineRule="auto"/>
        <w:jc w:val="both"/>
        <w:rPr>
          <w:sz w:val="24"/>
          <w:szCs w:val="24"/>
        </w:rPr>
      </w:pPr>
    </w:p>
    <w:sectPr w:rsidR="00D4097C" w:rsidRPr="00174EBA" w:rsidSect="00034616">
      <w:headerReference w:type="default" r:id="rId9"/>
      <w:footerReference w:type="default" r:id="rId10"/>
      <w:pgSz w:w="12240" w:h="15840"/>
      <w:pgMar w:top="1134" w:right="1134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76AEB1" w14:textId="77777777" w:rsidR="00D4097C" w:rsidRDefault="00D4097C">
      <w:pPr>
        <w:spacing w:after="0" w:line="240" w:lineRule="auto"/>
      </w:pPr>
      <w:r>
        <w:separator/>
      </w:r>
    </w:p>
  </w:endnote>
  <w:endnote w:type="continuationSeparator" w:id="0">
    <w:p w14:paraId="173909C3" w14:textId="77777777" w:rsidR="00D4097C" w:rsidRDefault="00D409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C0624" w14:textId="77777777" w:rsidR="00D4665B" w:rsidRDefault="00000000">
    <w:pPr>
      <w:pStyle w:val="Rodap"/>
      <w:jc w:val="center"/>
    </w:pPr>
    <w:r>
      <w:t xml:space="preserve">CMCI – </w:t>
    </w:r>
    <w:proofErr w:type="spellStart"/>
    <w:r>
      <w:t>Fórum</w:t>
    </w:r>
    <w:proofErr w:type="spellEnd"/>
    <w:r>
      <w:t xml:space="preserve"> de </w:t>
    </w:r>
    <w:proofErr w:type="spellStart"/>
    <w:r>
      <w:t>Eleição</w:t>
    </w:r>
    <w:proofErr w:type="spellEnd"/>
    <w:r>
      <w:t xml:space="preserve"> da </w:t>
    </w:r>
    <w:proofErr w:type="spellStart"/>
    <w:r>
      <w:t>Sociedade</w:t>
    </w:r>
    <w:proofErr w:type="spellEnd"/>
    <w:r>
      <w:t xml:space="preserve"> Civil – 11/09/2026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767D70" w14:textId="77777777" w:rsidR="00D4097C" w:rsidRDefault="00D4097C">
      <w:pPr>
        <w:spacing w:after="0" w:line="240" w:lineRule="auto"/>
      </w:pPr>
      <w:r>
        <w:separator/>
      </w:r>
    </w:p>
  </w:footnote>
  <w:footnote w:type="continuationSeparator" w:id="0">
    <w:p w14:paraId="595D46A1" w14:textId="77777777" w:rsidR="00D4097C" w:rsidRDefault="00D409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9363D" w14:textId="3AF1261E" w:rsidR="00174EBA" w:rsidRDefault="00174EBA" w:rsidP="00174EBA">
    <w:pPr>
      <w:pStyle w:val="Cabealho"/>
      <w:jc w:val="center"/>
    </w:pPr>
    <w:r>
      <w:rPr>
        <w:noProof/>
      </w:rPr>
      <w:drawing>
        <wp:inline distT="0" distB="0" distL="0" distR="0" wp14:anchorId="50503306" wp14:editId="7E4E5C42">
          <wp:extent cx="1533525" cy="1145277"/>
          <wp:effectExtent l="0" t="0" r="0" b="0"/>
          <wp:docPr id="29089092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0890929" name="Imagem 29089092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53418" cy="11601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155AA65" w14:textId="20E41205" w:rsidR="00174EBA" w:rsidRDefault="00174EBA" w:rsidP="00174EBA">
    <w:pPr>
      <w:pStyle w:val="Cabealho"/>
      <w:jc w:val="right"/>
    </w:pPr>
    <w:r w:rsidRPr="00174EBA">
      <w:rPr>
        <w:highlight w:val="yellow"/>
        <w:lang w:val="pt-BR"/>
      </w:rPr>
      <w:t xml:space="preserve">Página </w:t>
    </w:r>
    <w:r w:rsidRPr="00174EBA">
      <w:rPr>
        <w:b/>
        <w:bCs/>
        <w:highlight w:val="yellow"/>
      </w:rPr>
      <w:fldChar w:fldCharType="begin"/>
    </w:r>
    <w:r w:rsidRPr="00174EBA">
      <w:rPr>
        <w:b/>
        <w:bCs/>
        <w:highlight w:val="yellow"/>
      </w:rPr>
      <w:instrText>PAGE  \* Arabic  \* MERGEFORMAT</w:instrText>
    </w:r>
    <w:r w:rsidRPr="00174EBA">
      <w:rPr>
        <w:b/>
        <w:bCs/>
        <w:highlight w:val="yellow"/>
      </w:rPr>
      <w:fldChar w:fldCharType="separate"/>
    </w:r>
    <w:r w:rsidRPr="00174EBA">
      <w:rPr>
        <w:b/>
        <w:bCs/>
        <w:highlight w:val="yellow"/>
        <w:lang w:val="pt-BR"/>
      </w:rPr>
      <w:t>1</w:t>
    </w:r>
    <w:r w:rsidRPr="00174EBA">
      <w:rPr>
        <w:b/>
        <w:bCs/>
        <w:highlight w:val="yellow"/>
      </w:rPr>
      <w:fldChar w:fldCharType="end"/>
    </w:r>
    <w:r w:rsidRPr="00174EBA">
      <w:rPr>
        <w:highlight w:val="yellow"/>
        <w:lang w:val="pt-BR"/>
      </w:rPr>
      <w:t xml:space="preserve"> de </w:t>
    </w:r>
    <w:r w:rsidRPr="00174EBA">
      <w:rPr>
        <w:b/>
        <w:bCs/>
        <w:highlight w:val="yellow"/>
      </w:rPr>
      <w:fldChar w:fldCharType="begin"/>
    </w:r>
    <w:r w:rsidRPr="00174EBA">
      <w:rPr>
        <w:b/>
        <w:bCs/>
        <w:highlight w:val="yellow"/>
      </w:rPr>
      <w:instrText>NUMPAGES  \* Arabic  \* MERGEFORMAT</w:instrText>
    </w:r>
    <w:r w:rsidRPr="00174EBA">
      <w:rPr>
        <w:b/>
        <w:bCs/>
        <w:highlight w:val="yellow"/>
      </w:rPr>
      <w:fldChar w:fldCharType="separate"/>
    </w:r>
    <w:r w:rsidRPr="00174EBA">
      <w:rPr>
        <w:b/>
        <w:bCs/>
        <w:highlight w:val="yellow"/>
        <w:lang w:val="pt-BR"/>
      </w:rPr>
      <w:t>2</w:t>
    </w:r>
    <w:r w:rsidRPr="00174EBA">
      <w:rPr>
        <w:b/>
        <w:bCs/>
        <w:highlight w:val="yellow"/>
      </w:rPr>
      <w:fldChar w:fldCharType="end"/>
    </w:r>
  </w:p>
  <w:p w14:paraId="149FD953" w14:textId="77777777" w:rsidR="00174EBA" w:rsidRDefault="00174EBA">
    <w:pPr>
      <w:pStyle w:val="Cabealho"/>
    </w:pPr>
  </w:p>
  <w:p w14:paraId="4E22DCA3" w14:textId="77777777" w:rsidR="00174EBA" w:rsidRDefault="00174E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C8043FB"/>
    <w:multiLevelType w:val="hybridMultilevel"/>
    <w:tmpl w:val="5DB8F68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9751972">
    <w:abstractNumId w:val="8"/>
  </w:num>
  <w:num w:numId="2" w16cid:durableId="938491208">
    <w:abstractNumId w:val="6"/>
  </w:num>
  <w:num w:numId="3" w16cid:durableId="233049864">
    <w:abstractNumId w:val="5"/>
  </w:num>
  <w:num w:numId="4" w16cid:durableId="1170021378">
    <w:abstractNumId w:val="4"/>
  </w:num>
  <w:num w:numId="5" w16cid:durableId="986671428">
    <w:abstractNumId w:val="7"/>
  </w:num>
  <w:num w:numId="6" w16cid:durableId="1041709651">
    <w:abstractNumId w:val="3"/>
  </w:num>
  <w:num w:numId="7" w16cid:durableId="1999377119">
    <w:abstractNumId w:val="2"/>
  </w:num>
  <w:num w:numId="8" w16cid:durableId="335117340">
    <w:abstractNumId w:val="1"/>
  </w:num>
  <w:num w:numId="9" w16cid:durableId="2019430052">
    <w:abstractNumId w:val="0"/>
  </w:num>
  <w:num w:numId="10" w16cid:durableId="20331918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D4EEF"/>
    <w:rsid w:val="0015074B"/>
    <w:rsid w:val="00174EBA"/>
    <w:rsid w:val="001E67CE"/>
    <w:rsid w:val="0029639D"/>
    <w:rsid w:val="00326F90"/>
    <w:rsid w:val="004C5D88"/>
    <w:rsid w:val="007B0368"/>
    <w:rsid w:val="007B3012"/>
    <w:rsid w:val="0095602B"/>
    <w:rsid w:val="00AA1D8D"/>
    <w:rsid w:val="00AF2894"/>
    <w:rsid w:val="00B47730"/>
    <w:rsid w:val="00CB0664"/>
    <w:rsid w:val="00D4097C"/>
    <w:rsid w:val="00D4665B"/>
    <w:rsid w:val="00E46729"/>
    <w:rsid w:val="00F849A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9627026"/>
  <w14:defaultImageDpi w14:val="300"/>
  <w15:docId w15:val="{167A2651-067B-495D-9700-E50B71735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/>
    </w:pPr>
    <w:rPr>
      <w:rFonts w:ascii="Arial" w:hAnsi="Arial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28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Fontepargpadro"/>
    <w:uiPriority w:val="99"/>
    <w:unhideWhenUsed/>
    <w:rsid w:val="00174EBA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74E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mprensa@itapeva.mg.gov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2479</Words>
  <Characters>13390</Characters>
  <Application>Microsoft Office Word</Application>
  <DocSecurity>0</DocSecurity>
  <Lines>111</Lines>
  <Paragraphs>31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Títulos</vt:lpstr>
      </vt:variant>
      <vt:variant>
        <vt:i4>18</vt:i4>
      </vt:variant>
      <vt:variant>
        <vt:lpstr>Title</vt:lpstr>
      </vt:variant>
      <vt:variant>
        <vt:i4>1</vt:i4>
      </vt:variant>
    </vt:vector>
  </HeadingPairs>
  <TitlesOfParts>
    <vt:vector size="20" baseType="lpstr">
      <vt:lpstr/>
      <vt:lpstr>1. DO OBJETO</vt:lpstr>
      <vt:lpstr>2. DA DATA, HORÁRIO E LOCAL</vt:lpstr>
      <vt:lpstr>3. DAS INSCRIÇÕES E DO CREDENCIAMENTO</vt:lpstr>
      <vt:lpstr>4. DAS CANDIDATURAS</vt:lpstr>
      <vt:lpstr/>
      <vt:lpstr>5. DA ORGANIZAÇÃO DO FÓRUM</vt:lpstr>
      <vt:lpstr>6. DA VOTAÇÃO</vt:lpstr>
      <vt:lpstr>7. DA APURAÇÃO E CLASSIFICAÇÃO</vt:lpstr>
      <vt:lpstr>8. DAS VAGAS NÃO PREENCHIDAS</vt:lpstr>
      <vt:lpstr>9. DO RESULTADO E DA POSSE</vt:lpstr>
      <vt:lpstr>10. DAS DISPOSIÇÕES FINAIS</vt:lpstr>
      <vt:lpstr>    SEGMENTO CULTURAL – assinale apenas um</vt:lpstr>
      <vt:lpstr>    MODALIDADE DE PARTICIPAÇÃO</vt:lpstr>
      <vt:lpstr>    ATUAÇÃO / VÍNCULO CULTURAL</vt:lpstr>
      <vt:lpstr>    DOCUMENTOS</vt:lpstr>
      <vt:lpstr>    DECLARAÇÃO</vt:lpstr>
      <vt:lpstr>    A) SEGMENTOS COM UMA VAGA</vt:lpstr>
      <vt:lpstr>    B) SEGMENTO MÚSICA – DUAS VAGAS</vt:lpstr>
      <vt:lpstr/>
    </vt:vector>
  </TitlesOfParts>
  <Manager/>
  <Company/>
  <LinksUpToDate>false</LinksUpToDate>
  <CharactersWithSpaces>15838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MARCELO GUIDO</cp:lastModifiedBy>
  <cp:revision>4</cp:revision>
  <cp:lastPrinted>2026-08-25T18:17:00Z</cp:lastPrinted>
  <dcterms:created xsi:type="dcterms:W3CDTF">2026-08-25T18:17:00Z</dcterms:created>
  <dcterms:modified xsi:type="dcterms:W3CDTF">2026-08-25T18:19:00Z</dcterms:modified>
  <cp:category/>
</cp:coreProperties>
</file>